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Partisan </w:t>
      </w:r>
      <w:r>
        <w:rPr>
          <w:b/>
          <w:i w:val="0"/>
          <w:smallCaps w:val="0"/>
          <w:strike w:val="0"/>
          <w:sz w:val="26"/>
          <w:u w:val="single"/>
        </w:rPr>
        <w:t>divides</w:t>
      </w:r>
      <w:r>
        <w:rPr>
          <w:b/>
          <w:i w:val="0"/>
          <w:smallCaps w:val="0"/>
          <w:strike w:val="0"/>
          <w:sz w:val="26"/>
          <w:u w:val="none"/>
        </w:rPr>
        <w:t xml:space="preserve"> exist in marijuana reform </w:t>
      </w:r>
      <w:r>
        <w:rPr>
          <w:b/>
          <w:i w:val="0"/>
          <w:smallCaps w:val="0"/>
          <w:strike w:val="0"/>
          <w:sz w:val="26"/>
          <w:u w:val="single"/>
        </w:rPr>
        <w:t>now</w:t>
      </w:r>
      <w:r>
        <w:rPr>
          <w:b/>
          <w:i w:val="0"/>
          <w:smallCaps w:val="0"/>
          <w:strike w:val="0"/>
          <w:sz w:val="26"/>
          <w:u w:val="none"/>
        </w:rPr>
        <w:t xml:space="preserve">. 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Kyle </w:t>
      </w:r>
      <w:r>
        <w:rPr>
          <w:b/>
          <w:i w:val="0"/>
          <w:smallCaps w:val="0"/>
          <w:strike w:val="0"/>
          <w:sz w:val="26"/>
          <w:u w:val="none"/>
        </w:rPr>
        <w:t>Jaeger 23</w:t>
      </w:r>
      <w:r>
        <w:rPr>
          <w:b w:val="0"/>
          <w:i w:val="0"/>
          <w:smallCaps w:val="0"/>
          <w:strike w:val="0"/>
          <w:u w:val="none"/>
        </w:rPr>
        <w:t xml:space="preserve">, Marijuana Moment's Sacramento-based managing editor, 8/9/2023, “Even With Republican Support For Marijuana Legalization At Record High, Partisan Gap Persists As More Democrats Embrace Reform, Gallup Finds,” </w:t>
      </w:r>
      <w:r>
        <w:rPr>
          <w:b w:val="0"/>
          <w:i w:val="0"/>
          <w:smallCaps w:val="0"/>
          <w:strike w:val="0"/>
          <w:u w:val="none"/>
        </w:rPr>
        <w:t>https://www.marijuanamoment.net/republican-support-for-marijuana-legalization-reaches-record-high-but-partisan-gap-persists-as-more-democrats-embrace-reform-gallup-finds/</w:t>
      </w:r>
      <w:r>
        <w:rPr>
          <w:b w:val="0"/>
          <w:i w:val="0"/>
          <w:smallCaps w:val="0"/>
          <w:strike w:val="0"/>
          <w:u w:val="none"/>
        </w:rPr>
        <w:t>, kav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Republican support for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marijuana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legalization might be at a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record high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nationally—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but despite majorities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voters in </w:t>
      </w:r>
      <w:r>
        <w:rPr>
          <w:b/>
          <w:i w:val="0"/>
          <w:smallCaps w:val="0"/>
          <w:strike w:val="0"/>
          <w:sz w:val="22"/>
          <w:u w:val="single"/>
        </w:rPr>
        <w:t>both parties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now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backing the reform, a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partisan divide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has widened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over the past two decades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as Democrats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have been </w:t>
      </w:r>
      <w:r>
        <w:rPr>
          <w:b/>
          <w:i w:val="0"/>
          <w:smallCaps w:val="0"/>
          <w:strike w:val="0"/>
          <w:sz w:val="22"/>
          <w:u w:val="single"/>
        </w:rPr>
        <w:t xml:space="preserve">even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quicker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to embrace the issue</w:t>
      </w:r>
      <w:r>
        <w:rPr>
          <w:b w:val="0"/>
          <w:i w:val="0"/>
          <w:smallCaps w:val="0"/>
          <w:strike w:val="0"/>
          <w:sz w:val="16"/>
          <w:u w:val="none"/>
        </w:rPr>
        <w:t>, according to new analysis of survey data from Gallup.</w:t>
      </w:r>
    </w:p>
    <w:p>
      <w:pPr>
        <w:pStyle w:val="Caption"/>
      </w:pPr>
      <w:r>
        <w:t>Source: Marijuana Neg - Michigan 7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