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Language itself</w:t>
      </w:r>
      <w:r>
        <w:rPr>
          <w:b/>
          <w:i w:val="0"/>
          <w:smallCaps w:val="0"/>
          <w:strike w:val="0"/>
          <w:sz w:val="26"/>
          <w:u w:val="none"/>
        </w:rPr>
        <w:t xml:space="preserve"> is mobilized to </w:t>
      </w:r>
      <w:r>
        <w:rPr>
          <w:b/>
          <w:i w:val="0"/>
          <w:smallCaps w:val="0"/>
          <w:strike w:val="0"/>
          <w:sz w:val="26"/>
          <w:u w:val="single"/>
        </w:rPr>
        <w:t>exterminate</w:t>
      </w:r>
      <w:r>
        <w:rPr>
          <w:b/>
          <w:i w:val="0"/>
          <w:smallCaps w:val="0"/>
          <w:strike w:val="0"/>
          <w:sz w:val="26"/>
          <w:u w:val="none"/>
        </w:rPr>
        <w:t xml:space="preserve"> that which does not feel neatly into the narrow categories delineated within cisness, to which the </w:t>
      </w:r>
      <w:r>
        <w:rPr>
          <w:b/>
          <w:i w:val="0"/>
          <w:smallCaps w:val="0"/>
          <w:strike w:val="0"/>
          <w:sz w:val="26"/>
          <w:u w:val="single"/>
        </w:rPr>
        <w:t>only</w:t>
      </w:r>
      <w:r>
        <w:rPr>
          <w:b/>
          <w:i w:val="0"/>
          <w:smallCaps w:val="0"/>
          <w:strike w:val="0"/>
          <w:sz w:val="26"/>
          <w:u w:val="none"/>
        </w:rPr>
        <w:t xml:space="preserve"> alternative must be </w:t>
      </w:r>
      <w:r>
        <w:rPr>
          <w:b/>
          <w:i w:val="0"/>
          <w:smallCaps w:val="0"/>
          <w:strike w:val="0"/>
          <w:sz w:val="26"/>
          <w:u w:val="single"/>
        </w:rPr>
        <w:t>constant refusal</w:t>
      </w:r>
      <w:r>
        <w:rPr>
          <w:b/>
          <w:i w:val="0"/>
          <w:smallCaps w:val="0"/>
          <w:strike w:val="0"/>
          <w:sz w:val="26"/>
          <w:u w:val="none"/>
        </w:rPr>
        <w:t xml:space="preserve">. </w:t>
      </w:r>
    </w:p>
    <w:p>
      <w:pPr>
        <w:spacing w:after="80"/>
      </w:pPr>
      <w:r>
        <w:rPr>
          <w:b w:val="0"/>
          <w:i w:val="0"/>
          <w:smallCaps w:val="0"/>
          <w:strike w:val="0"/>
          <w:u w:val="none"/>
        </w:rPr>
        <w:t xml:space="preserve">--this is slightly over-highlighted for rhetorical power &amp; explanation &gt; efficiency, so feel free to de-highlight as you see fit.  </w:t>
      </w:r>
    </w:p>
    <w:p>
      <w:pPr>
        <w:spacing w:after="60"/>
      </w:pPr>
      <w:r>
        <w:rPr>
          <w:b/>
          <w:i w:val="0"/>
          <w:smallCaps w:val="0"/>
          <w:strike w:val="0"/>
          <w:sz w:val="26"/>
          <w:u w:val="none"/>
        </w:rPr>
        <w:t xml:space="preserve">Bey ’22 </w:t>
      </w:r>
      <w:r>
        <w:rPr>
          <w:b w:val="0"/>
          <w:i w:val="0"/>
          <w:smallCaps w:val="0"/>
          <w:strike w:val="0"/>
          <w:u w:val="none"/>
        </w:rPr>
        <w:t>[</w:t>
      </w:r>
      <w:r>
        <w:rPr>
          <w:b w:val="0"/>
          <w:i w:val="0"/>
          <w:smallCaps w:val="0"/>
          <w:strike w:val="0"/>
          <w:u w:val="none"/>
        </w:rPr>
        <w:t xml:space="preserve">Marqius Bey, </w:t>
      </w:r>
      <w:r>
        <w:rPr>
          <w:b w:val="0"/>
          <w:i w:val="0"/>
          <w:smallCaps w:val="0"/>
          <w:strike w:val="0"/>
          <w:u w:val="none"/>
        </w:rPr>
        <w:t>Assistant Professor of African American Studies and English at Northwestern University</w:t>
      </w:r>
      <w:r>
        <w:rPr>
          <w:b w:val="0"/>
          <w:i w:val="0"/>
          <w:smallCaps w:val="0"/>
          <w:strike w:val="0"/>
          <w:u w:val="none"/>
        </w:rPr>
        <w:t xml:space="preserve">; “Cistem Failure: Essays on Blackness and Cisgender”; </w:t>
      </w:r>
      <w:r>
        <w:rPr>
          <w:b w:val="0"/>
          <w:i/>
          <w:smallCaps w:val="0"/>
          <w:strike w:val="0"/>
          <w:u w:val="none"/>
        </w:rPr>
        <w:t>Duke University Press</w:t>
      </w:r>
      <w:r>
        <w:rPr>
          <w:b w:val="0"/>
          <w:i w:val="0"/>
          <w:smallCaps w:val="0"/>
          <w:strike w:val="0"/>
          <w:u w:val="none"/>
        </w:rPr>
        <w:t xml:space="preserve">; 08-2022; </w:t>
      </w:r>
      <w:r>
        <w:rPr>
          <w:b w:val="0"/>
          <w:i w:val="0"/>
          <w:smallCaps w:val="0"/>
          <w:strike w:val="0"/>
          <w:u w:val="none"/>
        </w:rPr>
        <w:t>doi.org/10.2307/j.ctv2rr3g52</w:t>
      </w:r>
      <w:r>
        <w:rPr>
          <w:b w:val="0"/>
          <w:i w:val="0"/>
          <w:smallCaps w:val="0"/>
          <w:strike w:val="0"/>
          <w:u w:val="none"/>
        </w:rPr>
        <w:t>; accessed via University of Michigan libraries, 07-17-2024] dliang</w:t>
      </w:r>
    </w:p>
    <w:p>
      <w:pPr>
        <w:spacing w:after="60"/>
      </w:pPr>
      <w:r>
        <w:rPr>
          <w:b w:val="0"/>
          <w:i w:val="0"/>
          <w:smallCaps w:val="0"/>
          <w:strike w:val="0"/>
          <w:sz w:val="16"/>
          <w:u w:val="none"/>
        </w:rPr>
        <w:t xml:space="preserve">What I wish for deeply is something we don’t have yet that might emerge from a </w:t>
      </w:r>
      <w:r>
        <w:rPr>
          <w:b/>
          <w:i w:val="0"/>
          <w:smallCaps w:val="0"/>
          <w:strike w:val="0"/>
          <w:sz w:val="22"/>
          <w:highlight w:val="cyan"/>
          <w:u w:val="single"/>
        </w:rPr>
        <w:t>failure</w:t>
      </w:r>
      <w:r>
        <w:rPr>
          <w:b w:val="0"/>
          <w:i w:val="0"/>
          <w:smallCaps w:val="0"/>
          <w:strike w:val="0"/>
          <w:u w:val="single"/>
        </w:rPr>
        <w:t xml:space="preserve"> </w:t>
      </w:r>
      <w:r>
        <w:rPr>
          <w:b w:val="0"/>
          <w:i w:val="0"/>
          <w:smallCaps w:val="0"/>
          <w:strike w:val="0"/>
          <w:highlight w:val="cyan"/>
          <w:u w:val="single"/>
        </w:rPr>
        <w:t>to inherit the lineage</w:t>
      </w:r>
      <w:r>
        <w:rPr>
          <w:b w:val="0"/>
          <w:i w:val="0"/>
          <w:smallCaps w:val="0"/>
          <w:strike w:val="0"/>
          <w:sz w:val="16"/>
          <w:u w:val="none"/>
        </w:rPr>
        <w:t xml:space="preserve"> bestowed upon us. That which might emerge if we manage to </w:t>
      </w:r>
      <w:r>
        <w:rPr>
          <w:b w:val="0"/>
          <w:i w:val="0"/>
          <w:smallCaps w:val="0"/>
          <w:strike w:val="0"/>
          <w:u w:val="single"/>
        </w:rPr>
        <w:t>cultivate a</w:t>
      </w:r>
      <w:r>
        <w:rPr>
          <w:b w:val="0"/>
          <w:i w:val="0"/>
          <w:smallCaps w:val="0"/>
          <w:strike w:val="0"/>
          <w:sz w:val="16"/>
          <w:u w:val="none"/>
        </w:rPr>
        <w:t xml:space="preserve"> conditional </w:t>
      </w:r>
      <w:r>
        <w:rPr>
          <w:b/>
          <w:i w:val="0"/>
          <w:smallCaps w:val="0"/>
          <w:strike w:val="0"/>
          <w:sz w:val="22"/>
          <w:highlight w:val="cyan"/>
          <w:u w:val="single"/>
        </w:rPr>
        <w:t>refusal</w:t>
      </w:r>
      <w:r>
        <w:rPr>
          <w:b w:val="0"/>
          <w:i w:val="0"/>
          <w:smallCaps w:val="0"/>
          <w:strike w:val="0"/>
          <w:highlight w:val="cyan"/>
          <w:u w:val="single"/>
        </w:rPr>
        <w:t xml:space="preserve"> of </w:t>
      </w:r>
      <w:r>
        <w:rPr>
          <w:b/>
          <w:i w:val="0"/>
          <w:smallCaps w:val="0"/>
          <w:strike w:val="0"/>
          <w:sz w:val="22"/>
          <w:highlight w:val="cyan"/>
          <w:u w:val="single"/>
        </w:rPr>
        <w:t>cis alignment</w:t>
      </w:r>
      <w:r>
        <w:rPr>
          <w:b w:val="0"/>
          <w:i w:val="0"/>
          <w:smallCaps w:val="0"/>
          <w:strike w:val="0"/>
          <w:sz w:val="16"/>
          <w:u w:val="none"/>
        </w:rPr>
        <w:t xml:space="preserve"> and the violences therein, the thing that emerges when its condition of possibility is </w:t>
      </w:r>
      <w:r>
        <w:rPr>
          <w:b/>
          <w:i w:val="0"/>
          <w:smallCaps w:val="0"/>
          <w:strike w:val="0"/>
          <w:sz w:val="22"/>
          <w:highlight w:val="cyan"/>
          <w:u w:val="single"/>
        </w:rPr>
        <w:t>a constant refusal</w:t>
      </w:r>
      <w:r>
        <w:rPr>
          <w:b w:val="0"/>
          <w:i w:val="0"/>
          <w:smallCaps w:val="0"/>
          <w:strike w:val="0"/>
          <w:highlight w:val="cyan"/>
          <w:u w:val="single"/>
        </w:rPr>
        <w:t xml:space="preserve"> of what has come to be coercively demanded of us</w:t>
      </w:r>
      <w:r>
        <w:rPr>
          <w:b w:val="0"/>
          <w:i w:val="0"/>
          <w:smallCaps w:val="0"/>
          <w:strike w:val="0"/>
          <w:sz w:val="16"/>
          <w:u w:val="none"/>
        </w:rPr>
        <w:t>. The question that presents itself to us, in this initial moment, is why? Why do such a thing, why fail to inherit what we are told is our birthright, why give up that which gives us over to the world as the powerful, competent beasts we quite vigorously want to be, be, be?</w:t>
      </w:r>
    </w:p>
    <w:p>
      <w:pPr>
        <w:spacing w:after="60"/>
      </w:pPr>
      <w:r>
        <w:rPr>
          <w:b w:val="0"/>
          <w:i w:val="0"/>
          <w:smallCaps w:val="0"/>
          <w:strike w:val="0"/>
          <w:sz w:val="16"/>
          <w:u w:val="none"/>
        </w:rPr>
        <w:t xml:space="preserve">What is gained from </w:t>
      </w:r>
      <w:r>
        <w:rPr>
          <w:b/>
          <w:i w:val="0"/>
          <w:smallCaps w:val="0"/>
          <w:strike w:val="0"/>
          <w:sz w:val="22"/>
          <w:highlight w:val="cyan"/>
          <w:u w:val="single"/>
        </w:rPr>
        <w:t>this failure</w:t>
      </w:r>
      <w:r>
        <w:rPr>
          <w:b w:val="0"/>
          <w:i w:val="0"/>
          <w:smallCaps w:val="0"/>
          <w:strike w:val="0"/>
          <w:sz w:val="16"/>
          <w:u w:val="none"/>
        </w:rPr>
        <w:t xml:space="preserve"> </w:t>
      </w:r>
      <w:r>
        <w:rPr>
          <w:b w:val="0"/>
          <w:i w:val="0"/>
          <w:smallCaps w:val="0"/>
          <w:strike w:val="0"/>
          <w:highlight w:val="cyan"/>
          <w:u w:val="single"/>
        </w:rPr>
        <w:t xml:space="preserve">is </w:t>
      </w:r>
      <w:r>
        <w:rPr>
          <w:b/>
          <w:i w:val="0"/>
          <w:smallCaps w:val="0"/>
          <w:strike w:val="0"/>
          <w:sz w:val="22"/>
          <w:highlight w:val="cyan"/>
          <w:u w:val="single"/>
        </w:rPr>
        <w:t>another</w:t>
      </w:r>
      <w:r>
        <w:rPr>
          <w:b w:val="0"/>
          <w:i w:val="0"/>
          <w:smallCaps w:val="0"/>
          <w:strike w:val="0"/>
          <w:highlight w:val="cyan"/>
          <w:u w:val="single"/>
        </w:rPr>
        <w:t xml:space="preserve"> kind of </w:t>
      </w:r>
      <w:r>
        <w:rPr>
          <w:b/>
          <w:i w:val="0"/>
          <w:smallCaps w:val="0"/>
          <w:strike w:val="0"/>
          <w:sz w:val="22"/>
          <w:highlight w:val="cyan"/>
          <w:u w:val="single"/>
        </w:rPr>
        <w:t>life</w:t>
      </w:r>
      <w:r>
        <w:rPr>
          <w:b w:val="0"/>
          <w:i w:val="0"/>
          <w:smallCaps w:val="0"/>
          <w:strike w:val="0"/>
          <w:sz w:val="16"/>
          <w:u w:val="none"/>
        </w:rPr>
        <w:t xml:space="preserve"> to be lived </w:t>
      </w:r>
      <w:r>
        <w:rPr>
          <w:b w:val="0"/>
          <w:i w:val="0"/>
          <w:smallCaps w:val="0"/>
          <w:strike w:val="0"/>
          <w:u w:val="single"/>
        </w:rPr>
        <w:t xml:space="preserve">that </w:t>
      </w:r>
      <w:r>
        <w:rPr>
          <w:b/>
          <w:i w:val="0"/>
          <w:smallCaps w:val="0"/>
          <w:strike w:val="0"/>
          <w:sz w:val="22"/>
          <w:highlight w:val="cyan"/>
          <w:u w:val="single"/>
        </w:rPr>
        <w:t>does not require</w:t>
      </w:r>
      <w:r>
        <w:rPr>
          <w:b w:val="0"/>
          <w:i w:val="0"/>
          <w:smallCaps w:val="0"/>
          <w:strike w:val="0"/>
          <w:u w:val="single"/>
        </w:rPr>
        <w:t xml:space="preserve"> a </w:t>
      </w:r>
      <w:r>
        <w:rPr>
          <w:b/>
          <w:i w:val="0"/>
          <w:smallCaps w:val="0"/>
          <w:strike w:val="0"/>
          <w:sz w:val="22"/>
          <w:highlight w:val="cyan"/>
          <w:u w:val="single"/>
        </w:rPr>
        <w:t>constant murder</w:t>
      </w:r>
      <w:r>
        <w:rPr>
          <w:b w:val="0"/>
          <w:i w:val="0"/>
          <w:smallCaps w:val="0"/>
          <w:strike w:val="0"/>
          <w:highlight w:val="cyan"/>
          <w:u w:val="single"/>
        </w:rPr>
        <w:t xml:space="preserve"> of</w:t>
      </w:r>
      <w:r>
        <w:rPr>
          <w:b w:val="0"/>
          <w:i w:val="0"/>
          <w:smallCaps w:val="0"/>
          <w:strike w:val="0"/>
          <w:sz w:val="16"/>
          <w:u w:val="none"/>
        </w:rPr>
        <w:t xml:space="preserve"> emergent </w:t>
      </w:r>
      <w:r>
        <w:rPr>
          <w:b/>
          <w:i w:val="0"/>
          <w:smallCaps w:val="0"/>
          <w:strike w:val="0"/>
          <w:sz w:val="22"/>
          <w:highlight w:val="cyan"/>
          <w:u w:val="single"/>
        </w:rPr>
        <w:t>subjectivities</w:t>
      </w:r>
      <w:r>
        <w:rPr>
          <w:b w:val="0"/>
          <w:i w:val="0"/>
          <w:smallCaps w:val="0"/>
          <w:strike w:val="0"/>
          <w:highlight w:val="cyan"/>
          <w:u w:val="single"/>
        </w:rPr>
        <w:t xml:space="preserve"> that do not fit</w:t>
      </w:r>
      <w:r>
        <w:rPr>
          <w:b w:val="0"/>
          <w:i w:val="0"/>
          <w:smallCaps w:val="0"/>
          <w:strike w:val="0"/>
          <w:sz w:val="16"/>
          <w:u w:val="none"/>
        </w:rPr>
        <w:t xml:space="preserve">. Too, what is gained is a different groove for us to </w:t>
      </w:r>
      <w:r>
        <w:rPr>
          <w:b w:val="0"/>
          <w:i w:val="0"/>
          <w:smallCaps w:val="0"/>
          <w:strike w:val="0"/>
          <w:u w:val="single"/>
        </w:rPr>
        <w:t>trek along and to step to</w:t>
      </w:r>
      <w:r>
        <w:rPr>
          <w:b w:val="0"/>
          <w:i w:val="0"/>
          <w:smallCaps w:val="0"/>
          <w:strike w:val="0"/>
          <w:sz w:val="16"/>
          <w:u w:val="none"/>
        </w:rPr>
        <w:t xml:space="preserve">, </w:t>
      </w:r>
      <w:r>
        <w:rPr>
          <w:b w:val="0"/>
          <w:i w:val="0"/>
          <w:smallCaps w:val="0"/>
          <w:strike w:val="0"/>
          <w:u w:val="single"/>
        </w:rPr>
        <w:t>a groove that references a relation between us on grounds more hospitable</w:t>
      </w:r>
      <w:r>
        <w:rPr>
          <w:b w:val="0"/>
          <w:i w:val="0"/>
          <w:smallCaps w:val="0"/>
          <w:strike w:val="0"/>
          <w:sz w:val="16"/>
          <w:u w:val="none"/>
        </w:rPr>
        <w:t xml:space="preserve">, </w:t>
      </w:r>
      <w:r>
        <w:rPr>
          <w:b w:val="0"/>
          <w:i w:val="0"/>
          <w:smallCaps w:val="0"/>
          <w:strike w:val="0"/>
          <w:u w:val="single"/>
        </w:rPr>
        <w:t>loving</w:t>
      </w:r>
      <w:r>
        <w:rPr>
          <w:b w:val="0"/>
          <w:i w:val="0"/>
          <w:smallCaps w:val="0"/>
          <w:strike w:val="0"/>
          <w:sz w:val="16"/>
          <w:u w:val="none"/>
        </w:rPr>
        <w:t xml:space="preserve">, </w:t>
      </w:r>
      <w:r>
        <w:rPr>
          <w:b w:val="0"/>
          <w:i w:val="0"/>
          <w:smallCaps w:val="0"/>
          <w:strike w:val="0"/>
          <w:u w:val="single"/>
        </w:rPr>
        <w:t>open</w:t>
      </w:r>
      <w:r>
        <w:rPr>
          <w:b w:val="0"/>
          <w:i w:val="0"/>
          <w:smallCaps w:val="0"/>
          <w:strike w:val="0"/>
          <w:sz w:val="16"/>
          <w:u w:val="none"/>
        </w:rPr>
        <w:t xml:space="preserve">, </w:t>
      </w:r>
      <w:r>
        <w:rPr>
          <w:b w:val="0"/>
          <w:i w:val="0"/>
          <w:smallCaps w:val="0"/>
          <w:strike w:val="0"/>
          <w:u w:val="single"/>
        </w:rPr>
        <w:t>vulnerable</w:t>
      </w:r>
      <w:r>
        <w:rPr>
          <w:b w:val="0"/>
          <w:i w:val="0"/>
          <w:smallCaps w:val="0"/>
          <w:strike w:val="0"/>
          <w:sz w:val="16"/>
          <w:u w:val="none"/>
        </w:rPr>
        <w:t xml:space="preserve">, </w:t>
      </w:r>
      <w:r>
        <w:rPr>
          <w:b w:val="0"/>
          <w:i w:val="0"/>
          <w:smallCaps w:val="0"/>
          <w:strike w:val="0"/>
          <w:u w:val="single"/>
        </w:rPr>
        <w:t>proliferative</w:t>
      </w:r>
      <w:r>
        <w:rPr>
          <w:b w:val="0"/>
          <w:i w:val="0"/>
          <w:smallCaps w:val="0"/>
          <w:strike w:val="0"/>
          <w:sz w:val="16"/>
          <w:u w:val="none"/>
        </w:rPr>
        <w:t xml:space="preserve">. </w:t>
      </w:r>
      <w:r>
        <w:rPr>
          <w:b w:val="0"/>
          <w:i w:val="0"/>
          <w:smallCaps w:val="0"/>
          <w:strike w:val="0"/>
          <w:u w:val="single"/>
        </w:rPr>
        <w:t xml:space="preserve">To fail at our inheritance is to </w:t>
      </w:r>
      <w:r>
        <w:rPr>
          <w:b/>
          <w:i w:val="0"/>
          <w:smallCaps w:val="0"/>
          <w:strike w:val="0"/>
          <w:sz w:val="22"/>
          <w:highlight w:val="cyan"/>
          <w:u w:val="single"/>
        </w:rPr>
        <w:t>spit in our ancestors’ faces</w:t>
      </w:r>
      <w:r>
        <w:rPr>
          <w:b w:val="0"/>
          <w:i w:val="0"/>
          <w:smallCaps w:val="0"/>
          <w:strike w:val="0"/>
          <w:sz w:val="16"/>
          <w:u w:val="none"/>
        </w:rPr>
        <w:t xml:space="preserve">, </w:t>
      </w:r>
      <w:r>
        <w:rPr>
          <w:b w:val="0"/>
          <w:i w:val="0"/>
          <w:smallCaps w:val="0"/>
          <w:strike w:val="0"/>
          <w:highlight w:val="cyan"/>
          <w:u w:val="single"/>
        </w:rPr>
        <w:t>and</w:t>
      </w:r>
      <w:r>
        <w:rPr>
          <w:b w:val="0"/>
          <w:i w:val="0"/>
          <w:smallCaps w:val="0"/>
          <w:strike w:val="0"/>
          <w:u w:val="single"/>
        </w:rPr>
        <w:t xml:space="preserve"> </w:t>
      </w:r>
      <w:r>
        <w:rPr>
          <w:b/>
          <w:i w:val="0"/>
          <w:smallCaps w:val="0"/>
          <w:strike w:val="0"/>
          <w:sz w:val="22"/>
          <w:highlight w:val="cyan"/>
          <w:u w:val="single"/>
        </w:rPr>
        <w:t>I want the spit to be venomous</w:t>
      </w:r>
      <w:r>
        <w:rPr>
          <w:b w:val="0"/>
          <w:i w:val="0"/>
          <w:smallCaps w:val="0"/>
          <w:strike w:val="0"/>
          <w:sz w:val="16"/>
          <w:u w:val="none"/>
        </w:rPr>
        <w:t>. There is much talk, albeit from a diferent kind of lineage, about venerating o</w:t>
      </w:r>
      <w:r>
        <w:rPr>
          <w:b w:val="0"/>
          <w:i w:val="0"/>
          <w:smallCaps w:val="0"/>
          <w:strike w:val="0"/>
          <w:u w:val="single"/>
        </w:rPr>
        <w:t>ur ancestors</w:t>
      </w:r>
      <w:r>
        <w:rPr>
          <w:b w:val="0"/>
          <w:i w:val="0"/>
          <w:smallCaps w:val="0"/>
          <w:strike w:val="0"/>
          <w:sz w:val="16"/>
          <w:u w:val="none"/>
        </w:rPr>
        <w:t xml:space="preserve">, acknowledging how those before us have enabled our life. And I love those ancestors. We have, though, a hefty genealogy of ancestors, as </w:t>
      </w:r>
      <w:r>
        <w:rPr>
          <w:b w:val="0"/>
          <w:i w:val="0"/>
          <w:smallCaps w:val="0"/>
          <w:strike w:val="0"/>
          <w:u w:val="single"/>
        </w:rPr>
        <w:t>some of them are the drunk uncle who fucked up the planet for us</w:t>
      </w:r>
      <w:r>
        <w:rPr>
          <w:b w:val="0"/>
          <w:i w:val="0"/>
          <w:smallCaps w:val="0"/>
          <w:strike w:val="0"/>
          <w:sz w:val="16"/>
          <w:u w:val="none"/>
        </w:rPr>
        <w:t xml:space="preserve">, the shady cousin who gave us nudie magazines in our youth, the violent brother who used to hit us when mom’s back was turned, </w:t>
      </w:r>
      <w:r>
        <w:rPr>
          <w:b w:val="0"/>
          <w:i w:val="0"/>
          <w:smallCaps w:val="0"/>
          <w:strike w:val="0"/>
          <w:u w:val="single"/>
        </w:rPr>
        <w:t>the stepdad who told us that no one would eve</w:t>
      </w:r>
      <w:r>
        <w:rPr>
          <w:b w:val="0"/>
          <w:i w:val="0"/>
          <w:smallCaps w:val="0"/>
          <w:strike w:val="0"/>
          <w:sz w:val="16"/>
          <w:u w:val="none"/>
        </w:rPr>
        <w:t xml:space="preserve">r, ever </w:t>
      </w:r>
      <w:r>
        <w:rPr>
          <w:b/>
          <w:i w:val="0"/>
          <w:smallCaps w:val="0"/>
          <w:strike w:val="0"/>
          <w:sz w:val="22"/>
          <w:u w:val="single"/>
        </w:rPr>
        <w:t>love us</w:t>
      </w:r>
      <w:r>
        <w:rPr>
          <w:b w:val="0"/>
          <w:i w:val="0"/>
          <w:smallCaps w:val="0"/>
          <w:strike w:val="0"/>
          <w:sz w:val="16"/>
          <w:u w:val="none"/>
        </w:rPr>
        <w:t xml:space="preserve"> </w:t>
      </w:r>
      <w:r>
        <w:rPr>
          <w:b w:val="0"/>
          <w:i w:val="0"/>
          <w:smallCaps w:val="0"/>
          <w:strike w:val="0"/>
          <w:u w:val="single"/>
        </w:rPr>
        <w:t>if we did not</w:t>
      </w:r>
      <w:r>
        <w:rPr>
          <w:b w:val="0"/>
          <w:i w:val="0"/>
          <w:smallCaps w:val="0"/>
          <w:strike w:val="0"/>
          <w:sz w:val="16"/>
          <w:u w:val="none"/>
        </w:rPr>
        <w:t xml:space="preserve"> </w:t>
      </w:r>
      <w:r>
        <w:rPr>
          <w:b/>
          <w:i w:val="0"/>
          <w:smallCaps w:val="0"/>
          <w:strike w:val="0"/>
          <w:sz w:val="22"/>
          <w:u w:val="single"/>
        </w:rPr>
        <w:t>dominate</w:t>
      </w:r>
      <w:r>
        <w:rPr>
          <w:b w:val="0"/>
          <w:i w:val="0"/>
          <w:smallCaps w:val="0"/>
          <w:strike w:val="0"/>
          <w:sz w:val="16"/>
          <w:u w:val="none"/>
        </w:rPr>
        <w:t xml:space="preserve">, did not </w:t>
      </w:r>
      <w:r>
        <w:rPr>
          <w:b/>
          <w:i w:val="0"/>
          <w:smallCaps w:val="0"/>
          <w:strike w:val="0"/>
          <w:sz w:val="22"/>
          <w:u w:val="single"/>
        </w:rPr>
        <w:t>win</w:t>
      </w:r>
      <w:r>
        <w:rPr>
          <w:b w:val="0"/>
          <w:i w:val="0"/>
          <w:smallCaps w:val="0"/>
          <w:strike w:val="0"/>
          <w:sz w:val="16"/>
          <w:u w:val="none"/>
        </w:rPr>
        <w:t xml:space="preserve">, did not </w:t>
      </w:r>
      <w:r>
        <w:rPr>
          <w:b/>
          <w:i w:val="0"/>
          <w:smallCaps w:val="0"/>
          <w:strike w:val="0"/>
          <w:sz w:val="22"/>
          <w:u w:val="single"/>
        </w:rPr>
        <w:t>kill</w:t>
      </w:r>
      <w:r>
        <w:rPr>
          <w:b w:val="0"/>
          <w:i w:val="0"/>
          <w:smallCaps w:val="0"/>
          <w:strike w:val="0"/>
          <w:sz w:val="16"/>
          <w:u w:val="none"/>
        </w:rPr>
        <w:t xml:space="preserve">, did not </w:t>
      </w:r>
      <w:r>
        <w:rPr>
          <w:b/>
          <w:i w:val="0"/>
          <w:smallCaps w:val="0"/>
          <w:strike w:val="0"/>
          <w:sz w:val="22"/>
          <w:u w:val="single"/>
        </w:rPr>
        <w:t>devour</w:t>
      </w:r>
      <w:r>
        <w:rPr>
          <w:b w:val="0"/>
          <w:i w:val="0"/>
          <w:smallCaps w:val="0"/>
          <w:strike w:val="0"/>
          <w:sz w:val="16"/>
          <w:u w:val="none"/>
        </w:rPr>
        <w:t xml:space="preserve"> the lot of </w:t>
      </w:r>
      <w:r>
        <w:rPr>
          <w:b/>
          <w:i w:val="0"/>
          <w:smallCaps w:val="0"/>
          <w:strike w:val="0"/>
          <w:sz w:val="22"/>
          <w:u w:val="single"/>
        </w:rPr>
        <w:t>weaklings</w:t>
      </w:r>
      <w:r>
        <w:rPr>
          <w:b w:val="0"/>
          <w:i w:val="0"/>
          <w:smallCaps w:val="0"/>
          <w:strike w:val="0"/>
          <w:sz w:val="16"/>
          <w:u w:val="none"/>
        </w:rPr>
        <w:t xml:space="preserve"> in our path. Those </w:t>
      </w:r>
      <w:r>
        <w:rPr>
          <w:b w:val="0"/>
          <w:i w:val="0"/>
          <w:smallCaps w:val="0"/>
          <w:strike w:val="0"/>
          <w:u w:val="single"/>
        </w:rPr>
        <w:t>ancestors cannot continue to hold sway in how our world unfolds</w:t>
      </w:r>
      <w:r>
        <w:rPr>
          <w:b w:val="0"/>
          <w:i w:val="0"/>
          <w:smallCaps w:val="0"/>
          <w:strike w:val="0"/>
          <w:sz w:val="16"/>
          <w:u w:val="none"/>
        </w:rPr>
        <w:t xml:space="preserve">. </w:t>
      </w:r>
      <w:r>
        <w:rPr>
          <w:b w:val="0"/>
          <w:i w:val="0"/>
          <w:smallCaps w:val="0"/>
          <w:strike w:val="0"/>
          <w:u w:val="single"/>
        </w:rPr>
        <w:t>They cannot be forgotten</w:t>
      </w:r>
      <w:r>
        <w:rPr>
          <w:b w:val="0"/>
          <w:i w:val="0"/>
          <w:smallCaps w:val="0"/>
          <w:strike w:val="0"/>
          <w:sz w:val="16"/>
          <w:u w:val="none"/>
        </w:rPr>
        <w:t xml:space="preserve">, I know; </w:t>
      </w:r>
      <w:r>
        <w:rPr>
          <w:b/>
          <w:i w:val="0"/>
          <w:smallCaps w:val="0"/>
          <w:strike w:val="0"/>
          <w:sz w:val="22"/>
          <w:highlight w:val="cyan"/>
          <w:u w:val="single"/>
        </w:rPr>
        <w:t>they cannot be disowned</w:t>
      </w:r>
      <w:r>
        <w:rPr>
          <w:b w:val="0"/>
          <w:i w:val="0"/>
          <w:smallCaps w:val="0"/>
          <w:strike w:val="0"/>
          <w:sz w:val="16"/>
          <w:u w:val="none"/>
        </w:rPr>
        <w:t xml:space="preserve"> as if they did not place their grubby hands on the soil on which we try to walk. </w:t>
      </w:r>
      <w:r>
        <w:rPr>
          <w:b/>
          <w:i w:val="0"/>
          <w:smallCaps w:val="0"/>
          <w:strike w:val="0"/>
          <w:sz w:val="22"/>
          <w:highlight w:val="cyan"/>
          <w:u w:val="single"/>
        </w:rPr>
        <w:t>They can</w:t>
      </w:r>
      <w:r>
        <w:rPr>
          <w:b w:val="0"/>
          <w:i w:val="0"/>
          <w:smallCaps w:val="0"/>
          <w:strike w:val="0"/>
          <w:sz w:val="16"/>
          <w:u w:val="none"/>
        </w:rPr>
        <w:t xml:space="preserve">, though, </w:t>
      </w:r>
      <w:r>
        <w:rPr>
          <w:b/>
          <w:i w:val="0"/>
          <w:smallCaps w:val="0"/>
          <w:strike w:val="0"/>
          <w:sz w:val="22"/>
          <w:highlight w:val="cyan"/>
          <w:u w:val="single"/>
        </w:rPr>
        <w:t>be disavowed</w:t>
      </w:r>
      <w:r>
        <w:rPr>
          <w:b w:val="0"/>
          <w:i w:val="0"/>
          <w:smallCaps w:val="0"/>
          <w:strike w:val="0"/>
          <w:sz w:val="16"/>
          <w:u w:val="none"/>
        </w:rPr>
        <w:t>: declared invalid, recalled, refused to be associated with. They have given us something they felt sacred. Some of it we do not want, and dare not retain, for what they’ve given us is deadly.</w:t>
      </w:r>
    </w:p>
    <w:p>
      <w:pPr>
        <w:spacing w:after="60"/>
      </w:pPr>
      <w:r>
        <w:rPr>
          <w:b w:val="0"/>
          <w:i w:val="0"/>
          <w:smallCaps w:val="0"/>
          <w:strike w:val="0"/>
          <w:sz w:val="16"/>
          <w:u w:val="none"/>
        </w:rPr>
        <w:t xml:space="preserve">Inasmuch as I have been given this side as my own birthright and have been understood as having not given that up, I am uniquely called to task. What I have been called to task on is how I take my own strides, how my own subjectivity bears on my thinking. It is often an indictment, one I need, one that refuses to let me of the hook. </w:t>
      </w:r>
      <w:r>
        <w:rPr>
          <w:b w:val="0"/>
          <w:i w:val="0"/>
          <w:smallCaps w:val="0"/>
          <w:strike w:val="0"/>
          <w:u w:val="single"/>
        </w:rPr>
        <w:t>Are you</w:t>
      </w:r>
      <w:r>
        <w:rPr>
          <w:b w:val="0"/>
          <w:i w:val="0"/>
          <w:smallCaps w:val="0"/>
          <w:strike w:val="0"/>
          <w:sz w:val="16"/>
          <w:u w:val="none"/>
        </w:rPr>
        <w:t xml:space="preserve">, they ask, </w:t>
      </w:r>
      <w:r>
        <w:rPr>
          <w:b w:val="0"/>
          <w:i w:val="0"/>
          <w:smallCaps w:val="0"/>
          <w:strike w:val="0"/>
          <w:u w:val="single"/>
        </w:rPr>
        <w:t>blowing up your Narnia</w:t>
      </w:r>
      <w:r>
        <w:rPr>
          <w:b w:val="0"/>
          <w:i w:val="0"/>
          <w:smallCaps w:val="0"/>
          <w:strike w:val="0"/>
          <w:sz w:val="16"/>
          <w:u w:val="none"/>
        </w:rPr>
        <w:t xml:space="preserve">? Far from simply saying </w:t>
      </w:r>
      <w:r>
        <w:rPr>
          <w:b w:val="0"/>
          <w:i w:val="0"/>
          <w:smallCaps w:val="0"/>
          <w:strike w:val="0"/>
          <w:u w:val="single"/>
        </w:rPr>
        <w:t>Yes</w:t>
      </w:r>
      <w:r>
        <w:rPr>
          <w:b w:val="0"/>
          <w:i w:val="0"/>
          <w:smallCaps w:val="0"/>
          <w:strike w:val="0"/>
          <w:sz w:val="16"/>
          <w:u w:val="none"/>
        </w:rPr>
        <w:t>, digging my heels into my self-identification as a feminist—a weak-ass move if there ever was one, using identificatory proclamation in lieu of putting in the radical work of undoing one’s subjectivity and agitating, via myriad means, for sociopolitical devastation—</w:t>
      </w:r>
      <w:r>
        <w:rPr>
          <w:b w:val="0"/>
          <w:i w:val="0"/>
          <w:smallCaps w:val="0"/>
          <w:strike w:val="0"/>
          <w:u w:val="single"/>
        </w:rPr>
        <w:t xml:space="preserve">what I am indicted for is any trace of enjoying the fruits of what is often shallowly called privilege garnered by how my gender is </w:t>
      </w:r>
      <w:r>
        <w:rPr>
          <w:b w:val="0"/>
          <w:i w:val="0"/>
          <w:smallCaps w:val="0"/>
          <w:strike w:val="0"/>
          <w:u w:val="single"/>
        </w:rPr>
        <w:t>read</w:t>
      </w:r>
      <w:r>
        <w:rPr>
          <w:b w:val="0"/>
          <w:i w:val="0"/>
          <w:smallCaps w:val="0"/>
          <w:strike w:val="0"/>
          <w:sz w:val="16"/>
          <w:u w:val="none"/>
        </w:rPr>
        <w:t xml:space="preserve">. What I am </w:t>
      </w:r>
      <w:r>
        <w:rPr>
          <w:b w:val="0"/>
          <w:i w:val="0"/>
          <w:smallCaps w:val="0"/>
          <w:strike w:val="0"/>
          <w:u w:val="single"/>
        </w:rPr>
        <w:t>tasked with</w:t>
      </w:r>
      <w:r>
        <w:rPr>
          <w:b w:val="0"/>
          <w:i w:val="0"/>
          <w:smallCaps w:val="0"/>
          <w:strike w:val="0"/>
          <w:sz w:val="16"/>
          <w:u w:val="none"/>
        </w:rPr>
        <w:t xml:space="preserve">, then, is an </w:t>
      </w:r>
      <w:r>
        <w:rPr>
          <w:b/>
          <w:i w:val="0"/>
          <w:smallCaps w:val="0"/>
          <w:strike w:val="0"/>
          <w:sz w:val="22"/>
          <w:highlight w:val="cyan"/>
          <w:u w:val="single"/>
        </w:rPr>
        <w:t>unbecoming</w:t>
      </w:r>
      <w:r>
        <w:rPr>
          <w:b w:val="0"/>
          <w:i w:val="0"/>
          <w:smallCaps w:val="0"/>
          <w:strike w:val="0"/>
          <w:sz w:val="16"/>
          <w:u w:val="none"/>
        </w:rPr>
        <w:t xml:space="preserve">. That unbecoming is being called another name, a name that I timidly find myself enlivened by. </w:t>
      </w:r>
      <w:r>
        <w:rPr>
          <w:b w:val="0"/>
          <w:i w:val="0"/>
          <w:smallCaps w:val="0"/>
          <w:strike w:val="0"/>
          <w:u w:val="single"/>
        </w:rPr>
        <w:t>In some circles</w:t>
      </w:r>
      <w:r>
        <w:rPr>
          <w:b w:val="0"/>
          <w:i w:val="0"/>
          <w:smallCaps w:val="0"/>
          <w:strike w:val="0"/>
          <w:sz w:val="16"/>
          <w:u w:val="none"/>
        </w:rPr>
        <w:t xml:space="preserve"> the name is </w:t>
      </w:r>
      <w:r>
        <w:rPr>
          <w:b w:val="0"/>
          <w:i w:val="0"/>
          <w:smallCaps w:val="0"/>
          <w:strike w:val="0"/>
          <w:u w:val="single"/>
        </w:rPr>
        <w:t>queer</w:t>
      </w:r>
      <w:r>
        <w:rPr>
          <w:b w:val="0"/>
          <w:i w:val="0"/>
          <w:smallCaps w:val="0"/>
          <w:strike w:val="0"/>
          <w:sz w:val="16"/>
          <w:u w:val="none"/>
        </w:rPr>
        <w:t xml:space="preserve">, </w:t>
      </w:r>
      <w:r>
        <w:rPr>
          <w:b w:val="0"/>
          <w:i w:val="0"/>
          <w:smallCaps w:val="0"/>
          <w:strike w:val="0"/>
          <w:u w:val="single"/>
        </w:rPr>
        <w:t>in others trans</w:t>
      </w:r>
      <w:r>
        <w:rPr>
          <w:b w:val="0"/>
          <w:i w:val="0"/>
          <w:smallCaps w:val="0"/>
          <w:strike w:val="0"/>
          <w:sz w:val="16"/>
          <w:u w:val="none"/>
        </w:rPr>
        <w:t>. But sometimes I cannot lay claim to these names. And, some other times, they are the only names I ever want to call myself even if no one has ever called me them.</w:t>
      </w:r>
    </w:p>
    <w:p>
      <w:pPr>
        <w:spacing w:after="60"/>
      </w:pPr>
      <w:r>
        <w:rPr>
          <w:b w:val="0"/>
          <w:i w:val="0"/>
          <w:smallCaps w:val="0"/>
          <w:strike w:val="0"/>
          <w:sz w:val="16"/>
          <w:u w:val="none"/>
        </w:rPr>
        <w:t>remember when vines were a thing? Short clips of often humorous and instantly quotable occurrences in everyday people’s lives. I’ve grown to appreciate them more as I’ve gotten older, having on multiple occasions fallen down a YouTube rabbit hole of Vine after Vine. There is one that always gets me. A child in a field saturated with the squawks of moderately sized white birds. We call these birds “geese.” The camera scans the field’s avian serenity and lands on the child’s face, staring intently at the birds, then up to the sky at the flying birds we also call geese. But the child does not call these birds geese. “Look over there, look over there,” the child tells the person holding the camera. And then, with a flourish of the hand, the child says it, the phrase that went viral.</w:t>
      </w:r>
    </w:p>
    <w:p>
      <w:pPr>
        <w:spacing w:after="60"/>
      </w:pPr>
      <w:r>
        <w:rPr>
          <w:b w:val="0"/>
          <w:i w:val="0"/>
          <w:smallCaps w:val="0"/>
          <w:strike w:val="0"/>
          <w:sz w:val="16"/>
          <w:u w:val="none"/>
        </w:rPr>
        <w:t>Look at all those chickens!</w:t>
      </w:r>
    </w:p>
    <w:p>
      <w:pPr>
        <w:spacing w:after="60"/>
      </w:pPr>
      <w:r>
        <w:rPr>
          <w:b w:val="0"/>
          <w:i w:val="0"/>
          <w:smallCaps w:val="0"/>
          <w:strike w:val="0"/>
          <w:sz w:val="16"/>
          <w:u w:val="none"/>
        </w:rPr>
        <w:t xml:space="preserve">The kicker is that </w:t>
      </w:r>
      <w:r>
        <w:rPr>
          <w:b w:val="0"/>
          <w:i w:val="0"/>
          <w:smallCaps w:val="0"/>
          <w:strike w:val="0"/>
          <w:u w:val="single"/>
        </w:rPr>
        <w:t>the birds were not chickens</w:t>
      </w:r>
      <w:r>
        <w:rPr>
          <w:b w:val="0"/>
          <w:i w:val="0"/>
          <w:smallCaps w:val="0"/>
          <w:strike w:val="0"/>
          <w:sz w:val="16"/>
          <w:u w:val="none"/>
        </w:rPr>
        <w:t xml:space="preserve">; </w:t>
      </w:r>
      <w:r>
        <w:rPr>
          <w:b w:val="0"/>
          <w:i w:val="0"/>
          <w:smallCaps w:val="0"/>
          <w:strike w:val="0"/>
          <w:u w:val="single"/>
        </w:rPr>
        <w:t>they were geese</w:t>
      </w:r>
      <w:r>
        <w:rPr>
          <w:b w:val="0"/>
          <w:i w:val="0"/>
          <w:smallCaps w:val="0"/>
          <w:strike w:val="0"/>
          <w:sz w:val="16"/>
          <w:u w:val="none"/>
        </w:rPr>
        <w:t xml:space="preserve">. But the child was so sure, so confident that they were chickens. And perhaps </w:t>
      </w:r>
      <w:r>
        <w:rPr>
          <w:b/>
          <w:i w:val="0"/>
          <w:smallCaps w:val="0"/>
          <w:strike w:val="0"/>
          <w:sz w:val="22"/>
          <w:highlight w:val="cyan"/>
          <w:u w:val="single"/>
        </w:rPr>
        <w:t>the child</w:t>
      </w:r>
      <w:r>
        <w:rPr>
          <w:b w:val="0"/>
          <w:i w:val="0"/>
          <w:smallCaps w:val="0"/>
          <w:strike w:val="0"/>
          <w:sz w:val="16"/>
          <w:u w:val="none"/>
        </w:rPr>
        <w:t xml:space="preserve">, who could have been no more than five, </w:t>
      </w:r>
      <w:r>
        <w:rPr>
          <w:b w:val="0"/>
          <w:i w:val="0"/>
          <w:smallCaps w:val="0"/>
          <w:strike w:val="0"/>
          <w:highlight w:val="cyan"/>
          <w:u w:val="single"/>
        </w:rPr>
        <w:t>was not</w:t>
      </w:r>
      <w:r>
        <w:rPr>
          <w:b w:val="0"/>
          <w:i w:val="0"/>
          <w:smallCaps w:val="0"/>
          <w:strike w:val="0"/>
          <w:sz w:val="16"/>
          <w:u w:val="none"/>
        </w:rPr>
        <w:t xml:space="preserve"> “</w:t>
      </w:r>
      <w:r>
        <w:rPr>
          <w:b/>
          <w:i w:val="0"/>
          <w:smallCaps w:val="0"/>
          <w:strike w:val="0"/>
          <w:sz w:val="22"/>
          <w:highlight w:val="cyan"/>
          <w:u w:val="single"/>
        </w:rPr>
        <w:t>mistaken</w:t>
      </w:r>
      <w:r>
        <w:rPr>
          <w:b w:val="0"/>
          <w:i w:val="0"/>
          <w:smallCaps w:val="0"/>
          <w:strike w:val="0"/>
          <w:sz w:val="16"/>
          <w:u w:val="none"/>
        </w:rPr>
        <w:t xml:space="preserve">” per se </w:t>
      </w:r>
      <w:r>
        <w:rPr>
          <w:b/>
          <w:i w:val="0"/>
          <w:smallCaps w:val="0"/>
          <w:strike w:val="0"/>
          <w:sz w:val="22"/>
          <w:highlight w:val="cyan"/>
          <w:u w:val="single"/>
        </w:rPr>
        <w:t>but had only</w:t>
      </w:r>
      <w:r>
        <w:rPr>
          <w:b w:val="0"/>
          <w:i w:val="0"/>
          <w:smallCaps w:val="0"/>
          <w:strike w:val="0"/>
          <w:u w:val="single"/>
        </w:rPr>
        <w:t xml:space="preserve"> one word for winged</w:t>
      </w:r>
      <w:r>
        <w:rPr>
          <w:b w:val="0"/>
          <w:i w:val="0"/>
          <w:smallCaps w:val="0"/>
          <w:strike w:val="0"/>
          <w:sz w:val="16"/>
          <w:u w:val="none"/>
        </w:rPr>
        <w:t xml:space="preserve">, </w:t>
      </w:r>
      <w:r>
        <w:rPr>
          <w:b w:val="0"/>
          <w:i w:val="0"/>
          <w:smallCaps w:val="0"/>
          <w:strike w:val="0"/>
          <w:u w:val="single"/>
        </w:rPr>
        <w:t>feathery</w:t>
      </w:r>
      <w:r>
        <w:rPr>
          <w:b w:val="0"/>
          <w:i w:val="0"/>
          <w:smallCaps w:val="0"/>
          <w:strike w:val="0"/>
          <w:sz w:val="16"/>
          <w:u w:val="none"/>
        </w:rPr>
        <w:t xml:space="preserve">, </w:t>
      </w:r>
      <w:r>
        <w:rPr>
          <w:b w:val="0"/>
          <w:i w:val="0"/>
          <w:smallCaps w:val="0"/>
          <w:strike w:val="0"/>
          <w:u w:val="single"/>
        </w:rPr>
        <w:t>flying creatures</w:t>
      </w:r>
      <w:r>
        <w:rPr>
          <w:b w:val="0"/>
          <w:i w:val="0"/>
          <w:smallCaps w:val="0"/>
          <w:strike w:val="0"/>
          <w:sz w:val="16"/>
          <w:u w:val="none"/>
        </w:rPr>
        <w:t xml:space="preserve">: </w:t>
      </w:r>
      <w:r>
        <w:rPr>
          <w:b w:val="0"/>
          <w:i w:val="0"/>
          <w:smallCaps w:val="0"/>
          <w:strike w:val="0"/>
          <w:u w:val="single"/>
        </w:rPr>
        <w:t>chickens</w:t>
      </w:r>
      <w:r>
        <w:rPr>
          <w:b w:val="0"/>
          <w:i w:val="0"/>
          <w:smallCaps w:val="0"/>
          <w:strike w:val="0"/>
          <w:sz w:val="16"/>
          <w:u w:val="none"/>
        </w:rPr>
        <w:t xml:space="preserve">. When you have </w:t>
      </w:r>
      <w:r>
        <w:rPr>
          <w:b/>
          <w:i w:val="0"/>
          <w:smallCaps w:val="0"/>
          <w:strike w:val="0"/>
          <w:sz w:val="22"/>
          <w:highlight w:val="cyan"/>
          <w:u w:val="single"/>
        </w:rPr>
        <w:t>inadequate language</w:t>
      </w:r>
      <w:r>
        <w:rPr>
          <w:b w:val="0"/>
          <w:i w:val="0"/>
          <w:smallCaps w:val="0"/>
          <w:strike w:val="0"/>
          <w:sz w:val="16"/>
          <w:u w:val="none"/>
        </w:rPr>
        <w:t xml:space="preserve"> for a phenomenon you rely on what you have, paltry as it may be. </w:t>
      </w:r>
      <w:r>
        <w:rPr>
          <w:b w:val="0"/>
          <w:i w:val="0"/>
          <w:smallCaps w:val="0"/>
          <w:strike w:val="0"/>
          <w:u w:val="single"/>
        </w:rPr>
        <w:t>If unchecked</w:t>
      </w:r>
      <w:r>
        <w:rPr>
          <w:b w:val="0"/>
          <w:i w:val="0"/>
          <w:smallCaps w:val="0"/>
          <w:strike w:val="0"/>
          <w:sz w:val="16"/>
          <w:u w:val="none"/>
        </w:rPr>
        <w:t xml:space="preserve">, </w:t>
      </w:r>
      <w:r>
        <w:rPr>
          <w:b w:val="0"/>
          <w:i w:val="0"/>
          <w:smallCaps w:val="0"/>
          <w:strike w:val="0"/>
          <w:u w:val="single"/>
        </w:rPr>
        <w:t>you might become</w:t>
      </w:r>
      <w:r>
        <w:rPr>
          <w:b w:val="0"/>
          <w:i w:val="0"/>
          <w:smallCaps w:val="0"/>
          <w:strike w:val="0"/>
          <w:sz w:val="16"/>
          <w:u w:val="none"/>
        </w:rPr>
        <w:t xml:space="preserve"> </w:t>
      </w:r>
      <w:r>
        <w:rPr>
          <w:b w:val="0"/>
          <w:i w:val="0"/>
          <w:smallCaps w:val="0"/>
          <w:strike w:val="0"/>
          <w:u w:val="single"/>
        </w:rPr>
        <w:t>adamant</w:t>
      </w:r>
      <w:r>
        <w:rPr>
          <w:b w:val="0"/>
          <w:i w:val="0"/>
          <w:smallCaps w:val="0"/>
          <w:strike w:val="0"/>
          <w:sz w:val="16"/>
          <w:u w:val="none"/>
        </w:rPr>
        <w:t xml:space="preserve">, </w:t>
      </w:r>
      <w:r>
        <w:rPr>
          <w:b w:val="0"/>
          <w:i w:val="0"/>
          <w:smallCaps w:val="0"/>
          <w:strike w:val="0"/>
          <w:u w:val="single"/>
        </w:rPr>
        <w:t>maybe even violent</w:t>
      </w:r>
      <w:r>
        <w:rPr>
          <w:b w:val="0"/>
          <w:i w:val="0"/>
          <w:smallCaps w:val="0"/>
          <w:strike w:val="0"/>
          <w:sz w:val="16"/>
          <w:u w:val="none"/>
        </w:rPr>
        <w:t xml:space="preserve">, </w:t>
      </w:r>
      <w:r>
        <w:rPr>
          <w:b w:val="0"/>
          <w:i w:val="0"/>
          <w:smallCaps w:val="0"/>
          <w:strike w:val="0"/>
          <w:u w:val="single"/>
        </w:rPr>
        <w:t>about there being only chickens</w:t>
      </w:r>
      <w:r>
        <w:rPr>
          <w:b w:val="0"/>
          <w:i w:val="0"/>
          <w:smallCaps w:val="0"/>
          <w:strike w:val="0"/>
          <w:sz w:val="16"/>
          <w:u w:val="none"/>
        </w:rPr>
        <w:t xml:space="preserve">. </w:t>
      </w:r>
      <w:r>
        <w:rPr>
          <w:b/>
          <w:i w:val="0"/>
          <w:smallCaps w:val="0"/>
          <w:strike w:val="0"/>
          <w:sz w:val="22"/>
          <w:u w:val="single"/>
        </w:rPr>
        <w:t>There are no other birds</w:t>
      </w:r>
      <w:r>
        <w:rPr>
          <w:b w:val="0"/>
          <w:i w:val="0"/>
          <w:smallCaps w:val="0"/>
          <w:strike w:val="0"/>
          <w:sz w:val="16"/>
          <w:u w:val="none"/>
        </w:rPr>
        <w:t>. I’ve been calling them chickens my whole life. What are geese?</w:t>
      </w:r>
    </w:p>
    <w:p>
      <w:pPr>
        <w:spacing w:after="60"/>
      </w:pPr>
      <w:r>
        <w:rPr>
          <w:b/>
          <w:i w:val="0"/>
          <w:smallCaps w:val="0"/>
          <w:strike w:val="0"/>
          <w:sz w:val="22"/>
          <w:highlight w:val="cyan"/>
          <w:u w:val="single"/>
        </w:rPr>
        <w:t>Paltry language</w:t>
      </w:r>
      <w:r>
        <w:rPr>
          <w:b w:val="0"/>
          <w:i w:val="0"/>
          <w:smallCaps w:val="0"/>
          <w:strike w:val="0"/>
          <w:sz w:val="16"/>
          <w:u w:val="none"/>
        </w:rPr>
        <w:t xml:space="preserve"> </w:t>
      </w:r>
      <w:r>
        <w:rPr>
          <w:b/>
          <w:i w:val="0"/>
          <w:smallCaps w:val="0"/>
          <w:strike w:val="0"/>
          <w:sz w:val="22"/>
          <w:highlight w:val="cyan"/>
          <w:u w:val="single"/>
        </w:rPr>
        <w:t>is not merely</w:t>
      </w:r>
      <w:r>
        <w:rPr>
          <w:b w:val="0"/>
          <w:i w:val="0"/>
          <w:smallCaps w:val="0"/>
          <w:strike w:val="0"/>
          <w:sz w:val="16"/>
          <w:u w:val="none"/>
        </w:rPr>
        <w:t xml:space="preserve"> a shoulder-shrugging “Oh, well, </w:t>
      </w:r>
      <w:r>
        <w:rPr>
          <w:b/>
          <w:i w:val="0"/>
          <w:smallCaps w:val="0"/>
          <w:strike w:val="0"/>
          <w:sz w:val="22"/>
          <w:highlight w:val="cyan"/>
          <w:u w:val="single"/>
        </w:rPr>
        <w:t>this is all we have</w:t>
      </w:r>
      <w:r>
        <w:rPr>
          <w:b w:val="0"/>
          <w:i w:val="0"/>
          <w:smallCaps w:val="0"/>
          <w:strike w:val="0"/>
          <w:sz w:val="16"/>
          <w:u w:val="none"/>
        </w:rPr>
        <w:t xml:space="preserve">”; </w:t>
      </w:r>
      <w:r>
        <w:rPr>
          <w:b w:val="0"/>
          <w:i w:val="0"/>
          <w:smallCaps w:val="0"/>
          <w:strike w:val="0"/>
          <w:u w:val="single"/>
        </w:rPr>
        <w:t>linguistic</w:t>
      </w:r>
      <w:r>
        <w:rPr>
          <w:b w:val="0"/>
          <w:i w:val="0"/>
          <w:smallCaps w:val="0"/>
          <w:strike w:val="0"/>
          <w:sz w:val="16"/>
          <w:u w:val="none"/>
        </w:rPr>
        <w:t xml:space="preserve"> </w:t>
      </w:r>
      <w:r>
        <w:rPr>
          <w:b w:val="0"/>
          <w:i w:val="0"/>
          <w:smallCaps w:val="0"/>
          <w:strike w:val="0"/>
          <w:u w:val="single"/>
        </w:rPr>
        <w:t>scarcity is emplotted</w:t>
      </w:r>
      <w:r>
        <w:rPr>
          <w:b w:val="0"/>
          <w:i w:val="0"/>
          <w:smallCaps w:val="0"/>
          <w:strike w:val="0"/>
          <w:sz w:val="16"/>
          <w:u w:val="none"/>
        </w:rPr>
        <w:t xml:space="preserve">. </w:t>
      </w:r>
      <w:r>
        <w:rPr>
          <w:b w:val="0"/>
          <w:i w:val="0"/>
          <w:smallCaps w:val="0"/>
          <w:strike w:val="0"/>
          <w:u w:val="single"/>
        </w:rPr>
        <w:t xml:space="preserve">We have no language for something </w:t>
      </w:r>
      <w:r>
        <w:rPr>
          <w:b/>
          <w:i w:val="0"/>
          <w:smallCaps w:val="0"/>
          <w:strike w:val="0"/>
          <w:sz w:val="22"/>
          <w:highlight w:val="cyan"/>
          <w:u w:val="single"/>
        </w:rPr>
        <w:t>oftentimes</w:t>
      </w:r>
      <w:r>
        <w:rPr>
          <w:b w:val="0"/>
          <w:i w:val="0"/>
          <w:smallCaps w:val="0"/>
          <w:strike w:val="0"/>
          <w:u w:val="single"/>
        </w:rPr>
        <w:t xml:space="preserve"> because the </w:t>
      </w:r>
      <w:r>
        <w:rPr>
          <w:b/>
          <w:i w:val="0"/>
          <w:smallCaps w:val="0"/>
          <w:strike w:val="0"/>
          <w:sz w:val="22"/>
          <w:highlight w:val="cyan"/>
          <w:u w:val="single"/>
        </w:rPr>
        <w:t>existing language</w:t>
      </w:r>
      <w:r>
        <w:rPr>
          <w:b w:val="0"/>
          <w:i w:val="0"/>
          <w:smallCaps w:val="0"/>
          <w:strike w:val="0"/>
          <w:u w:val="single"/>
        </w:rPr>
        <w:t xml:space="preserve"> </w:t>
      </w:r>
      <w:r>
        <w:rPr>
          <w:b w:val="0"/>
          <w:i w:val="0"/>
          <w:smallCaps w:val="0"/>
          <w:strike w:val="0"/>
          <w:highlight w:val="cyan"/>
          <w:u w:val="single"/>
        </w:rPr>
        <w:t>claims</w:t>
      </w:r>
      <w:r>
        <w:rPr>
          <w:b w:val="0"/>
          <w:i w:val="0"/>
          <w:smallCaps w:val="0"/>
          <w:strike w:val="0"/>
          <w:sz w:val="16"/>
          <w:u w:val="none"/>
        </w:rPr>
        <w:t xml:space="preserve"> that </w:t>
      </w:r>
      <w:r>
        <w:rPr>
          <w:b w:val="0"/>
          <w:i w:val="0"/>
          <w:smallCaps w:val="0"/>
          <w:strike w:val="0"/>
          <w:highlight w:val="cyan"/>
          <w:u w:val="single"/>
        </w:rPr>
        <w:t xml:space="preserve">it is </w:t>
      </w:r>
      <w:r>
        <w:rPr>
          <w:b/>
          <w:i w:val="0"/>
          <w:smallCaps w:val="0"/>
          <w:strike w:val="0"/>
          <w:sz w:val="22"/>
          <w:highlight w:val="cyan"/>
          <w:u w:val="single"/>
        </w:rPr>
        <w:t>the only language</w:t>
      </w:r>
      <w:r>
        <w:rPr>
          <w:b w:val="0"/>
          <w:i w:val="0"/>
          <w:smallCaps w:val="0"/>
          <w:strike w:val="0"/>
          <w:highlight w:val="cyan"/>
          <w:u w:val="single"/>
        </w:rPr>
        <w:t xml:space="preserve"> there could and should be</w:t>
      </w:r>
      <w:r>
        <w:rPr>
          <w:b w:val="0"/>
          <w:i w:val="0"/>
          <w:smallCaps w:val="0"/>
          <w:strike w:val="0"/>
          <w:sz w:val="16"/>
          <w:u w:val="none"/>
        </w:rPr>
        <w:t xml:space="preserve">. </w:t>
      </w:r>
      <w:r>
        <w:rPr>
          <w:b/>
          <w:i w:val="0"/>
          <w:smallCaps w:val="0"/>
          <w:strike w:val="0"/>
          <w:sz w:val="22"/>
          <w:u w:val="single"/>
        </w:rPr>
        <w:t>Language</w:t>
      </w:r>
      <w:r>
        <w:rPr>
          <w:b w:val="0"/>
          <w:i w:val="0"/>
          <w:smallCaps w:val="0"/>
          <w:strike w:val="0"/>
          <w:sz w:val="16"/>
          <w:u w:val="none"/>
        </w:rPr>
        <w:t xml:space="preserve">, as Barthes would have it, </w:t>
      </w:r>
      <w:r>
        <w:rPr>
          <w:b/>
          <w:i w:val="0"/>
          <w:smallCaps w:val="0"/>
          <w:strike w:val="0"/>
          <w:sz w:val="22"/>
          <w:u w:val="single"/>
        </w:rPr>
        <w:t>is fascistic</w:t>
      </w:r>
      <w:r>
        <w:rPr>
          <w:b w:val="0"/>
          <w:i w:val="0"/>
          <w:smallCaps w:val="0"/>
          <w:strike w:val="0"/>
          <w:sz w:val="16"/>
          <w:u w:val="none"/>
        </w:rPr>
        <w:t xml:space="preserve">. </w:t>
      </w:r>
      <w:r>
        <w:rPr>
          <w:b/>
          <w:i w:val="0"/>
          <w:smallCaps w:val="0"/>
          <w:strike w:val="0"/>
          <w:sz w:val="22"/>
          <w:highlight w:val="cyan"/>
          <w:u w:val="single"/>
        </w:rPr>
        <w:t>To be possible</w:t>
      </w:r>
      <w:r>
        <w:rPr>
          <w:b w:val="0"/>
          <w:i w:val="0"/>
          <w:smallCaps w:val="0"/>
          <w:strike w:val="0"/>
          <w:sz w:val="16"/>
          <w:u w:val="none"/>
        </w:rPr>
        <w:t xml:space="preserve"> in the world </w:t>
      </w:r>
      <w:r>
        <w:rPr>
          <w:b/>
          <w:i w:val="0"/>
          <w:smallCaps w:val="0"/>
          <w:strike w:val="0"/>
          <w:sz w:val="22"/>
          <w:highlight w:val="cyan"/>
          <w:u w:val="single"/>
        </w:rPr>
        <w:t>is</w:t>
      </w:r>
      <w:r>
        <w:rPr>
          <w:b w:val="0"/>
          <w:i w:val="0"/>
          <w:smallCaps w:val="0"/>
          <w:strike w:val="0"/>
          <w:sz w:val="16"/>
          <w:u w:val="none"/>
        </w:rPr>
        <w:t xml:space="preserve">, in some ways, </w:t>
      </w:r>
      <w:r>
        <w:rPr>
          <w:b/>
          <w:i w:val="0"/>
          <w:smallCaps w:val="0"/>
          <w:strike w:val="0"/>
          <w:sz w:val="22"/>
          <w:highlight w:val="cyan"/>
          <w:u w:val="single"/>
        </w:rPr>
        <w:t>to be given language</w:t>
      </w:r>
      <w:r>
        <w:rPr>
          <w:b w:val="0"/>
          <w:i w:val="0"/>
          <w:smallCaps w:val="0"/>
          <w:strike w:val="0"/>
          <w:sz w:val="16"/>
          <w:u w:val="none"/>
        </w:rPr>
        <w:t xml:space="preserve"> through which to emerge. </w:t>
      </w:r>
      <w:r>
        <w:rPr>
          <w:b w:val="0"/>
          <w:i w:val="0"/>
          <w:smallCaps w:val="0"/>
          <w:strike w:val="0"/>
          <w:u w:val="single"/>
        </w:rPr>
        <w:t>I know who you are because I know what to call you</w:t>
      </w:r>
      <w:r>
        <w:rPr>
          <w:b w:val="0"/>
          <w:i w:val="0"/>
          <w:smallCaps w:val="0"/>
          <w:strike w:val="0"/>
          <w:sz w:val="16"/>
          <w:u w:val="none"/>
        </w:rPr>
        <w:t xml:space="preserve">, </w:t>
      </w:r>
      <w:r>
        <w:rPr>
          <w:b w:val="0"/>
          <w:i w:val="0"/>
          <w:smallCaps w:val="0"/>
          <w:strike w:val="0"/>
          <w:u w:val="single"/>
        </w:rPr>
        <w:t>and</w:t>
      </w:r>
      <w:r>
        <w:rPr>
          <w:b w:val="0"/>
          <w:i w:val="0"/>
          <w:smallCaps w:val="0"/>
          <w:strike w:val="0"/>
          <w:sz w:val="16"/>
          <w:u w:val="none"/>
        </w:rPr>
        <w:t xml:space="preserve"> thus </w:t>
      </w:r>
      <w:r>
        <w:rPr>
          <w:b w:val="0"/>
          <w:i w:val="0"/>
          <w:smallCaps w:val="0"/>
          <w:strike w:val="0"/>
          <w:u w:val="single"/>
        </w:rPr>
        <w:t>the rules and regulations for relating to you</w:t>
      </w:r>
      <w:r>
        <w:rPr>
          <w:b w:val="0"/>
          <w:i w:val="0"/>
          <w:smallCaps w:val="0"/>
          <w:strike w:val="0"/>
          <w:sz w:val="16"/>
          <w:u w:val="none"/>
        </w:rPr>
        <w:t xml:space="preserve">. </w:t>
      </w:r>
      <w:r>
        <w:rPr>
          <w:b w:val="0"/>
          <w:i w:val="0"/>
          <w:smallCaps w:val="0"/>
          <w:strike w:val="0"/>
          <w:u w:val="single"/>
        </w:rPr>
        <w:t>I call you chicken</w:t>
      </w:r>
      <w:r>
        <w:rPr>
          <w:b w:val="0"/>
          <w:i w:val="0"/>
          <w:smallCaps w:val="0"/>
          <w:strike w:val="0"/>
          <w:sz w:val="16"/>
          <w:u w:val="none"/>
        </w:rPr>
        <w:t xml:space="preserve">, </w:t>
      </w:r>
      <w:r>
        <w:rPr>
          <w:b w:val="0"/>
          <w:i w:val="0"/>
          <w:smallCaps w:val="0"/>
          <w:strike w:val="0"/>
          <w:u w:val="single"/>
        </w:rPr>
        <w:t>because that is the name</w:t>
      </w:r>
      <w:r>
        <w:rPr>
          <w:b w:val="0"/>
          <w:i w:val="0"/>
          <w:smallCaps w:val="0"/>
          <w:strike w:val="0"/>
          <w:sz w:val="16"/>
          <w:u w:val="none"/>
        </w:rPr>
        <w:t xml:space="preserve"> for someone like you, </w:t>
      </w:r>
      <w:r>
        <w:rPr>
          <w:b w:val="0"/>
          <w:i w:val="0"/>
          <w:smallCaps w:val="0"/>
          <w:strike w:val="0"/>
          <w:u w:val="single"/>
        </w:rPr>
        <w:t xml:space="preserve">and </w:t>
      </w:r>
      <w:r>
        <w:rPr>
          <w:b/>
          <w:i w:val="0"/>
          <w:smallCaps w:val="0"/>
          <w:strike w:val="0"/>
          <w:sz w:val="22"/>
          <w:u w:val="single"/>
        </w:rPr>
        <w:t>there are no other names</w:t>
      </w:r>
      <w:r>
        <w:rPr>
          <w:b w:val="0"/>
          <w:i w:val="0"/>
          <w:smallCaps w:val="0"/>
          <w:strike w:val="0"/>
          <w:u w:val="single"/>
        </w:rPr>
        <w:t xml:space="preserve"> for someone like you</w:t>
      </w:r>
      <w:r>
        <w:rPr>
          <w:b w:val="0"/>
          <w:i w:val="0"/>
          <w:smallCaps w:val="0"/>
          <w:strike w:val="0"/>
          <w:sz w:val="16"/>
          <w:u w:val="none"/>
        </w:rPr>
        <w:t xml:space="preserve">. And even if you look a bit of, like a weird chicken, all there are are chickens, so you are not a goose but a defective chicken. Which means </w:t>
      </w:r>
      <w:r>
        <w:rPr>
          <w:b/>
          <w:i w:val="0"/>
          <w:smallCaps w:val="0"/>
          <w:strike w:val="0"/>
          <w:sz w:val="22"/>
          <w:highlight w:val="cyan"/>
          <w:u w:val="single"/>
        </w:rPr>
        <w:t>you are a wrong chicken</w:t>
      </w:r>
      <w:r>
        <w:rPr>
          <w:b w:val="0"/>
          <w:i w:val="0"/>
          <w:smallCaps w:val="0"/>
          <w:strike w:val="0"/>
          <w:sz w:val="16"/>
          <w:u w:val="none"/>
        </w:rPr>
        <w:t xml:space="preserve">, </w:t>
      </w:r>
      <w:r>
        <w:rPr>
          <w:b/>
          <w:i w:val="0"/>
          <w:smallCaps w:val="0"/>
          <w:strike w:val="0"/>
          <w:sz w:val="22"/>
          <w:highlight w:val="cyan"/>
          <w:u w:val="single"/>
        </w:rPr>
        <w:t>not a right goose</w:t>
      </w:r>
      <w:r>
        <w:rPr>
          <w:b w:val="0"/>
          <w:i w:val="0"/>
          <w:smallCaps w:val="0"/>
          <w:strike w:val="0"/>
          <w:sz w:val="16"/>
          <w:u w:val="none"/>
        </w:rPr>
        <w:t xml:space="preserve">. The </w:t>
      </w:r>
      <w:r>
        <w:rPr>
          <w:b/>
          <w:i w:val="0"/>
          <w:smallCaps w:val="0"/>
          <w:strike w:val="0"/>
          <w:sz w:val="22"/>
          <w:highlight w:val="cyan"/>
          <w:u w:val="single"/>
        </w:rPr>
        <w:t>language</w:t>
      </w:r>
      <w:r>
        <w:rPr>
          <w:b w:val="0"/>
          <w:i w:val="0"/>
          <w:smallCaps w:val="0"/>
          <w:strike w:val="0"/>
          <w:u w:val="single"/>
        </w:rPr>
        <w:t xml:space="preserve"> and names</w:t>
      </w:r>
      <w:r>
        <w:rPr>
          <w:b w:val="0"/>
          <w:i w:val="0"/>
          <w:smallCaps w:val="0"/>
          <w:strike w:val="0"/>
          <w:sz w:val="16"/>
          <w:u w:val="none"/>
        </w:rPr>
        <w:t xml:space="preserve"> at hand </w:t>
      </w:r>
      <w:r>
        <w:rPr>
          <w:b/>
          <w:i w:val="0"/>
          <w:smallCaps w:val="0"/>
          <w:strike w:val="0"/>
          <w:sz w:val="22"/>
          <w:highlight w:val="cyan"/>
          <w:u w:val="single"/>
        </w:rPr>
        <w:t>amount to coercive laws</w:t>
      </w:r>
      <w:r>
        <w:rPr>
          <w:b w:val="0"/>
          <w:i w:val="0"/>
          <w:smallCaps w:val="0"/>
          <w:strike w:val="0"/>
          <w:sz w:val="16"/>
          <w:u w:val="none"/>
        </w:rPr>
        <w:t xml:space="preserve">, Barthes writes, laws </w:t>
      </w:r>
      <w:r>
        <w:rPr>
          <w:b w:val="0"/>
          <w:i w:val="0"/>
          <w:smallCaps w:val="0"/>
          <w:strike w:val="0"/>
          <w:u w:val="single"/>
        </w:rPr>
        <w:t>that</w:t>
      </w:r>
      <w:r>
        <w:rPr>
          <w:b w:val="0"/>
          <w:i w:val="0"/>
          <w:smallCaps w:val="0"/>
          <w:strike w:val="0"/>
          <w:sz w:val="16"/>
          <w:u w:val="none"/>
        </w:rPr>
        <w:t xml:space="preserve"> </w:t>
      </w:r>
      <w:r>
        <w:rPr>
          <w:b w:val="0"/>
          <w:i w:val="0"/>
          <w:smallCaps w:val="0"/>
          <w:strike w:val="0"/>
          <w:u w:val="single"/>
        </w:rPr>
        <w:t>permit communication</w:t>
      </w:r>
      <w:r>
        <w:rPr>
          <w:b w:val="0"/>
          <w:i w:val="0"/>
          <w:smallCaps w:val="0"/>
          <w:strike w:val="0"/>
          <w:sz w:val="16"/>
          <w:u w:val="none"/>
        </w:rPr>
        <w:t xml:space="preserve"> . . . but in exchange (or on the other hand) </w:t>
      </w:r>
      <w:r>
        <w:rPr>
          <w:b/>
          <w:i w:val="0"/>
          <w:smallCaps w:val="0"/>
          <w:strike w:val="0"/>
          <w:sz w:val="22"/>
          <w:highlight w:val="cyan"/>
          <w:u w:val="single"/>
        </w:rPr>
        <w:t>impose</w:t>
      </w:r>
      <w:r>
        <w:rPr>
          <w:b w:val="0"/>
          <w:i w:val="0"/>
          <w:smallCaps w:val="0"/>
          <w:strike w:val="0"/>
          <w:highlight w:val="cyan"/>
          <w:u w:val="single"/>
        </w:rPr>
        <w:t xml:space="preserve"> a way of being</w:t>
      </w:r>
      <w:r>
        <w:rPr>
          <w:b w:val="0"/>
          <w:i w:val="0"/>
          <w:smallCaps w:val="0"/>
          <w:strike w:val="0"/>
          <w:sz w:val="16"/>
          <w:u w:val="none"/>
        </w:rPr>
        <w:t xml:space="preserve">, a subjecthood, a subjectivity </w:t>
      </w:r>
      <w:r>
        <w:rPr>
          <w:b w:val="0"/>
          <w:i w:val="0"/>
          <w:smallCaps w:val="0"/>
          <w:strike w:val="0"/>
          <w:u w:val="single"/>
        </w:rPr>
        <w:t>on one:</w:t>
      </w:r>
      <w:r>
        <w:rPr>
          <w:b w:val="0"/>
          <w:i w:val="0"/>
          <w:smallCaps w:val="0"/>
          <w:strike w:val="0"/>
          <w:sz w:val="16"/>
          <w:u w:val="none"/>
        </w:rPr>
        <w:t xml:space="preserve"> </w:t>
      </w:r>
      <w:r>
        <w:rPr>
          <w:b/>
          <w:i w:val="0"/>
          <w:smallCaps w:val="0"/>
          <w:strike w:val="0"/>
          <w:sz w:val="22"/>
          <w:highlight w:val="cyan"/>
          <w:u w:val="single"/>
        </w:rPr>
        <w:t>under</w:t>
      </w:r>
      <w:r>
        <w:rPr>
          <w:b w:val="0"/>
          <w:i w:val="0"/>
          <w:smallCaps w:val="0"/>
          <w:strike w:val="0"/>
          <w:u w:val="single"/>
        </w:rPr>
        <w:t xml:space="preserve"> the weight of </w:t>
      </w:r>
      <w:r>
        <w:rPr>
          <w:b/>
          <w:i w:val="0"/>
          <w:smallCaps w:val="0"/>
          <w:strike w:val="0"/>
          <w:sz w:val="22"/>
          <w:highlight w:val="cyan"/>
          <w:u w:val="single"/>
        </w:rPr>
        <w:t>syntax</w:t>
      </w:r>
      <w:r>
        <w:rPr>
          <w:b w:val="0"/>
          <w:i w:val="0"/>
          <w:smallCaps w:val="0"/>
          <w:strike w:val="0"/>
          <w:sz w:val="16"/>
          <w:u w:val="none"/>
        </w:rPr>
        <w:t xml:space="preserve">, </w:t>
      </w:r>
      <w:r>
        <w:rPr>
          <w:b w:val="0"/>
          <w:i w:val="0"/>
          <w:smallCaps w:val="0"/>
          <w:strike w:val="0"/>
          <w:u w:val="single"/>
        </w:rPr>
        <w:t>one must be this very subject and not another</w:t>
      </w:r>
      <w:r>
        <w:rPr>
          <w:b w:val="0"/>
          <w:i w:val="0"/>
          <w:smallCaps w:val="0"/>
          <w:strike w:val="0"/>
          <w:sz w:val="16"/>
          <w:u w:val="none"/>
        </w:rPr>
        <w:t xml:space="preserve">.1 Be a chicken, or else. </w:t>
      </w:r>
      <w:r>
        <w:rPr>
          <w:b w:val="0"/>
          <w:i w:val="0"/>
          <w:smallCaps w:val="0"/>
          <w:strike w:val="0"/>
          <w:u w:val="single"/>
        </w:rPr>
        <w:t>If I see</w:t>
      </w:r>
      <w:r>
        <w:rPr>
          <w:b w:val="0"/>
          <w:i w:val="0"/>
          <w:smallCaps w:val="0"/>
          <w:strike w:val="0"/>
          <w:sz w:val="16"/>
          <w:u w:val="none"/>
        </w:rPr>
        <w:t xml:space="preserve"> “</w:t>
      </w:r>
      <w:r>
        <w:rPr>
          <w:b/>
          <w:i w:val="0"/>
          <w:smallCaps w:val="0"/>
          <w:strike w:val="0"/>
          <w:sz w:val="22"/>
          <w:highlight w:val="cyan"/>
          <w:u w:val="single"/>
        </w:rPr>
        <w:t>geese</w:t>
      </w:r>
      <w:r>
        <w:rPr>
          <w:b w:val="0"/>
          <w:i w:val="0"/>
          <w:smallCaps w:val="0"/>
          <w:strike w:val="0"/>
          <w:sz w:val="16"/>
          <w:u w:val="none"/>
        </w:rPr>
        <w:t xml:space="preserve">,” </w:t>
      </w:r>
      <w:r>
        <w:rPr>
          <w:b w:val="0"/>
          <w:i w:val="0"/>
          <w:smallCaps w:val="0"/>
          <w:strike w:val="0"/>
          <w:u w:val="single"/>
        </w:rPr>
        <w:t xml:space="preserve">which </w:t>
      </w:r>
      <w:r>
        <w:rPr>
          <w:b/>
          <w:i w:val="0"/>
          <w:smallCaps w:val="0"/>
          <w:strike w:val="0"/>
          <w:sz w:val="22"/>
          <w:highlight w:val="cyan"/>
          <w:u w:val="single"/>
        </w:rPr>
        <w:t>are not a thing</w:t>
      </w:r>
      <w:r>
        <w:rPr>
          <w:b w:val="0"/>
          <w:i w:val="0"/>
          <w:smallCaps w:val="0"/>
          <w:strike w:val="0"/>
          <w:sz w:val="16"/>
          <w:u w:val="none"/>
        </w:rPr>
        <w:t xml:space="preserve">, </w:t>
      </w:r>
      <w:r>
        <w:rPr>
          <w:b w:val="0"/>
          <w:i w:val="0"/>
          <w:smallCaps w:val="0"/>
          <w:strike w:val="0"/>
          <w:highlight w:val="cyan"/>
          <w:u w:val="single"/>
        </w:rPr>
        <w:t>I will</w:t>
      </w:r>
      <w:r>
        <w:rPr>
          <w:b w:val="0"/>
          <w:i w:val="0"/>
          <w:smallCaps w:val="0"/>
          <w:strike w:val="0"/>
          <w:u w:val="single"/>
        </w:rPr>
        <w:t xml:space="preserve"> </w:t>
      </w:r>
      <w:r>
        <w:rPr>
          <w:b/>
          <w:i w:val="0"/>
          <w:smallCaps w:val="0"/>
          <w:strike w:val="0"/>
          <w:sz w:val="22"/>
          <w:highlight w:val="cyan"/>
          <w:u w:val="single"/>
        </w:rPr>
        <w:t>exterminate them</w:t>
      </w:r>
      <w:r>
        <w:rPr>
          <w:b w:val="0"/>
          <w:i w:val="0"/>
          <w:smallCaps w:val="0"/>
          <w:strike w:val="0"/>
          <w:sz w:val="16"/>
          <w:u w:val="none"/>
        </w:rPr>
        <w:t xml:space="preserve">. </w:t>
      </w:r>
      <w:r>
        <w:rPr>
          <w:b w:val="0"/>
          <w:i w:val="0"/>
          <w:smallCaps w:val="0"/>
          <w:strike w:val="0"/>
          <w:highlight w:val="cyan"/>
          <w:u w:val="single"/>
        </w:rPr>
        <w:t>Because</w:t>
      </w:r>
      <w:r>
        <w:rPr>
          <w:b w:val="0"/>
          <w:i w:val="0"/>
          <w:smallCaps w:val="0"/>
          <w:strike w:val="0"/>
          <w:sz w:val="16"/>
          <w:u w:val="none"/>
        </w:rPr>
        <w:t xml:space="preserve"> </w:t>
      </w:r>
      <w:r>
        <w:rPr>
          <w:b/>
          <w:i w:val="0"/>
          <w:smallCaps w:val="0"/>
          <w:strike w:val="0"/>
          <w:sz w:val="22"/>
          <w:highlight w:val="cyan"/>
          <w:u w:val="single"/>
        </w:rPr>
        <w:t>geese</w:t>
      </w:r>
      <w:r>
        <w:rPr>
          <w:b w:val="0"/>
          <w:i w:val="0"/>
          <w:smallCaps w:val="0"/>
          <w:strike w:val="0"/>
          <w:u w:val="single"/>
        </w:rPr>
        <w:t xml:space="preserve"> will </w:t>
      </w:r>
      <w:r>
        <w:rPr>
          <w:b/>
          <w:i w:val="0"/>
          <w:smallCaps w:val="0"/>
          <w:strike w:val="0"/>
          <w:sz w:val="22"/>
          <w:highlight w:val="cyan"/>
          <w:u w:val="single"/>
        </w:rPr>
        <w:t>threaten</w:t>
      </w:r>
      <w:r>
        <w:rPr>
          <w:b w:val="0"/>
          <w:i w:val="0"/>
          <w:smallCaps w:val="0"/>
          <w:strike w:val="0"/>
          <w:u w:val="single"/>
        </w:rPr>
        <w:t xml:space="preserve"> the existence of </w:t>
      </w:r>
      <w:r>
        <w:rPr>
          <w:b/>
          <w:i w:val="0"/>
          <w:smallCaps w:val="0"/>
          <w:strike w:val="0"/>
          <w:sz w:val="22"/>
          <w:highlight w:val="cyan"/>
          <w:u w:val="single"/>
        </w:rPr>
        <w:t>chickens</w:t>
      </w:r>
      <w:r>
        <w:rPr>
          <w:b w:val="0"/>
          <w:i w:val="0"/>
          <w:smallCaps w:val="0"/>
          <w:strike w:val="0"/>
          <w:sz w:val="16"/>
          <w:u w:val="none"/>
        </w:rPr>
        <w:t xml:space="preserve">, </w:t>
      </w:r>
      <w:r>
        <w:rPr>
          <w:b/>
          <w:i w:val="0"/>
          <w:smallCaps w:val="0"/>
          <w:strike w:val="0"/>
          <w:sz w:val="22"/>
          <w:highlight w:val="cyan"/>
          <w:u w:val="single"/>
        </w:rPr>
        <w:t>which are all there are</w:t>
      </w:r>
      <w:r>
        <w:rPr>
          <w:b w:val="0"/>
          <w:i w:val="0"/>
          <w:smallCaps w:val="0"/>
          <w:strike w:val="0"/>
          <w:sz w:val="16"/>
          <w:u w:val="none"/>
        </w:rPr>
        <w:t xml:space="preserve">. </w:t>
      </w:r>
      <w:r>
        <w:rPr>
          <w:b w:val="0"/>
          <w:i w:val="0"/>
          <w:smallCaps w:val="0"/>
          <w:strike w:val="0"/>
          <w:u w:val="single"/>
        </w:rPr>
        <w:t>Be chickens because you can be nothing else</w:t>
      </w:r>
      <w:r>
        <w:rPr>
          <w:b w:val="0"/>
          <w:i w:val="0"/>
          <w:smallCaps w:val="0"/>
          <w:strike w:val="0"/>
          <w:sz w:val="16"/>
          <w:u w:val="none"/>
        </w:rPr>
        <w:t xml:space="preserve">. </w:t>
      </w:r>
      <w:r>
        <w:rPr>
          <w:b w:val="0"/>
          <w:i w:val="0"/>
          <w:smallCaps w:val="0"/>
          <w:strike w:val="0"/>
          <w:u w:val="single"/>
        </w:rPr>
        <w:t>Or</w:t>
      </w:r>
      <w:r>
        <w:rPr>
          <w:b w:val="0"/>
          <w:i w:val="0"/>
          <w:smallCaps w:val="0"/>
          <w:strike w:val="0"/>
          <w:sz w:val="16"/>
          <w:u w:val="none"/>
        </w:rPr>
        <w:t xml:space="preserve">, </w:t>
      </w:r>
      <w:r>
        <w:rPr>
          <w:b w:val="0"/>
          <w:i w:val="0"/>
          <w:smallCaps w:val="0"/>
          <w:strike w:val="0"/>
          <w:u w:val="single"/>
        </w:rPr>
        <w:t>be chickens or I will make sure that you can be nothing else</w:t>
      </w:r>
      <w:r>
        <w:rPr>
          <w:b w:val="0"/>
          <w:i w:val="0"/>
          <w:smallCaps w:val="0"/>
          <w:strike w:val="0"/>
          <w:sz w:val="16"/>
          <w:u w:val="none"/>
        </w:rPr>
        <w:t>.</w:t>
      </w:r>
    </w:p>
    <w:p>
      <w:pPr>
        <w:spacing w:after="60"/>
      </w:pPr>
      <w:r>
        <w:rPr>
          <w:b w:val="0"/>
          <w:i w:val="0"/>
          <w:smallCaps w:val="0"/>
          <w:strike w:val="0"/>
          <w:sz w:val="16"/>
          <w:u w:val="none"/>
        </w:rPr>
        <w:t xml:space="preserve">What happens when we (think we) only have two words for what people, and nonhuman animals, are? </w:t>
      </w:r>
      <w:r>
        <w:rPr>
          <w:b w:val="0"/>
          <w:i w:val="0"/>
          <w:smallCaps w:val="0"/>
          <w:strike w:val="0"/>
          <w:u w:val="single"/>
        </w:rPr>
        <w:t>We encounter human geese but so quickly</w:t>
      </w:r>
      <w:r>
        <w:rPr>
          <w:b w:val="0"/>
          <w:i w:val="0"/>
          <w:smallCaps w:val="0"/>
          <w:strike w:val="0"/>
          <w:sz w:val="16"/>
          <w:u w:val="none"/>
        </w:rPr>
        <w:t xml:space="preserve">, so confidently, </w:t>
      </w:r>
      <w:r>
        <w:rPr>
          <w:b w:val="0"/>
          <w:i w:val="0"/>
          <w:smallCaps w:val="0"/>
          <w:strike w:val="0"/>
          <w:u w:val="single"/>
        </w:rPr>
        <w:t>call them chickens</w:t>
      </w:r>
      <w:r>
        <w:rPr>
          <w:b w:val="0"/>
          <w:i w:val="0"/>
          <w:smallCaps w:val="0"/>
          <w:strike w:val="0"/>
          <w:sz w:val="16"/>
          <w:u w:val="none"/>
        </w:rPr>
        <w:t xml:space="preserve">, and </w:t>
      </w:r>
      <w:r>
        <w:rPr>
          <w:b w:val="0"/>
          <w:i w:val="0"/>
          <w:smallCaps w:val="0"/>
          <w:strike w:val="0"/>
          <w:u w:val="single"/>
        </w:rPr>
        <w:t>maybe hens</w:t>
      </w:r>
      <w:r>
        <w:rPr>
          <w:b w:val="0"/>
          <w:i w:val="0"/>
          <w:smallCaps w:val="0"/>
          <w:strike w:val="0"/>
          <w:sz w:val="16"/>
          <w:u w:val="none"/>
        </w:rPr>
        <w:t xml:space="preserve">. And </w:t>
      </w:r>
      <w:r>
        <w:rPr>
          <w:b/>
          <w:i w:val="0"/>
          <w:smallCaps w:val="0"/>
          <w:strike w:val="0"/>
          <w:sz w:val="22"/>
          <w:u w:val="single"/>
        </w:rPr>
        <w:t>that is all</w:t>
      </w:r>
      <w:r>
        <w:rPr>
          <w:b w:val="0"/>
          <w:i w:val="0"/>
          <w:smallCaps w:val="0"/>
          <w:strike w:val="0"/>
          <w:sz w:val="16"/>
          <w:u w:val="none"/>
        </w:rPr>
        <w:t xml:space="preserve">. You aren’t a chicken? Then what are you? You are a winged, feathery, flying creature, therefore you are a chicken. </w:t>
      </w:r>
      <w:r>
        <w:rPr>
          <w:b w:val="0"/>
          <w:i w:val="0"/>
          <w:smallCaps w:val="0"/>
          <w:strike w:val="0"/>
          <w:u w:val="single"/>
        </w:rPr>
        <w:t>There are no other kinds of birds</w:t>
      </w:r>
      <w:r>
        <w:rPr>
          <w:b w:val="0"/>
          <w:i w:val="0"/>
          <w:smallCaps w:val="0"/>
          <w:strike w:val="0"/>
          <w:sz w:val="16"/>
          <w:u w:val="none"/>
        </w:rPr>
        <w:t xml:space="preserve">. Just chickens. </w:t>
      </w:r>
      <w:r>
        <w:rPr>
          <w:b w:val="0"/>
          <w:i w:val="0"/>
          <w:smallCaps w:val="0"/>
          <w:strike w:val="0"/>
          <w:u w:val="single"/>
        </w:rPr>
        <w:t>Goose is made up</w:t>
      </w:r>
      <w:r>
        <w:rPr>
          <w:b w:val="0"/>
          <w:i w:val="0"/>
          <w:smallCaps w:val="0"/>
          <w:strike w:val="0"/>
          <w:sz w:val="16"/>
          <w:u w:val="none"/>
        </w:rPr>
        <w:t xml:space="preserve">, </w:t>
      </w:r>
      <w:r>
        <w:rPr>
          <w:b w:val="0"/>
          <w:i w:val="0"/>
          <w:smallCaps w:val="0"/>
          <w:strike w:val="0"/>
          <w:u w:val="single"/>
        </w:rPr>
        <w:t>a defiance in the face of nature</w:t>
      </w:r>
      <w:r>
        <w:rPr>
          <w:b w:val="0"/>
          <w:i w:val="0"/>
          <w:smallCaps w:val="0"/>
          <w:strike w:val="0"/>
          <w:sz w:val="16"/>
          <w:u w:val="none"/>
        </w:rPr>
        <w:t xml:space="preserve">. My </w:t>
      </w:r>
      <w:r>
        <w:rPr>
          <w:b w:val="0"/>
          <w:i w:val="0"/>
          <w:smallCaps w:val="0"/>
          <w:strike w:val="0"/>
          <w:u w:val="single"/>
        </w:rPr>
        <w:t>taxonomy is natural law</w:t>
      </w:r>
      <w:r>
        <w:rPr>
          <w:b w:val="0"/>
          <w:i w:val="0"/>
          <w:smallCaps w:val="0"/>
          <w:strike w:val="0"/>
          <w:sz w:val="16"/>
          <w:u w:val="none"/>
        </w:rPr>
        <w:t xml:space="preserve">; </w:t>
      </w:r>
      <w:r>
        <w:rPr>
          <w:b w:val="0"/>
          <w:i w:val="0"/>
          <w:smallCaps w:val="0"/>
          <w:strike w:val="0"/>
          <w:u w:val="single"/>
        </w:rPr>
        <w:t>here in Narnia we only have lions and witches and fauns</w:t>
      </w:r>
      <w:r>
        <w:rPr>
          <w:b w:val="0"/>
          <w:i w:val="0"/>
          <w:smallCaps w:val="0"/>
          <w:strike w:val="0"/>
          <w:sz w:val="16"/>
          <w:u w:val="none"/>
        </w:rPr>
        <w:t xml:space="preserve">. </w:t>
      </w:r>
      <w:r>
        <w:rPr>
          <w:b/>
          <w:i w:val="0"/>
          <w:smallCaps w:val="0"/>
          <w:strike w:val="0"/>
          <w:sz w:val="22"/>
          <w:u w:val="single"/>
        </w:rPr>
        <w:t>Humans?</w:t>
      </w:r>
      <w:r>
        <w:rPr>
          <w:b w:val="0"/>
          <w:i w:val="0"/>
          <w:smallCaps w:val="0"/>
          <w:strike w:val="0"/>
          <w:sz w:val="16"/>
          <w:u w:val="none"/>
        </w:rPr>
        <w:t xml:space="preserve"> </w:t>
      </w:r>
      <w:r>
        <w:rPr>
          <w:b/>
          <w:i w:val="0"/>
          <w:smallCaps w:val="0"/>
          <w:strike w:val="0"/>
          <w:sz w:val="22"/>
          <w:u w:val="single"/>
        </w:rPr>
        <w:t>Mythical</w:t>
      </w:r>
      <w:r>
        <w:rPr>
          <w:b w:val="0"/>
          <w:i w:val="0"/>
          <w:smallCaps w:val="0"/>
          <w:strike w:val="0"/>
          <w:sz w:val="16"/>
          <w:u w:val="none"/>
        </w:rPr>
        <w:t>.</w:t>
      </w:r>
    </w:p>
    <w:p>
      <w:pPr>
        <w:spacing w:after="60"/>
      </w:pPr>
      <w:r>
        <w:rPr>
          <w:b w:val="0"/>
          <w:i w:val="0"/>
          <w:smallCaps w:val="0"/>
          <w:strike w:val="0"/>
          <w:sz w:val="16"/>
          <w:u w:val="none"/>
        </w:rPr>
        <w:t xml:space="preserve">And </w:t>
      </w:r>
      <w:r>
        <w:rPr>
          <w:b/>
          <w:i w:val="0"/>
          <w:smallCaps w:val="0"/>
          <w:strike w:val="0"/>
          <w:sz w:val="22"/>
          <w:u w:val="single"/>
        </w:rPr>
        <w:t>yet humans there are</w:t>
      </w:r>
      <w:r>
        <w:rPr>
          <w:b w:val="0"/>
          <w:i w:val="0"/>
          <w:smallCaps w:val="0"/>
          <w:strike w:val="0"/>
          <w:sz w:val="16"/>
          <w:u w:val="none"/>
        </w:rPr>
        <w:t>.</w:t>
      </w:r>
    </w:p>
    <w:p>
      <w:pPr>
        <w:spacing w:after="60"/>
      </w:pPr>
      <w:r>
        <w:rPr>
          <w:b/>
          <w:i w:val="0"/>
          <w:smallCaps w:val="0"/>
          <w:strike w:val="0"/>
          <w:sz w:val="22"/>
          <w:u w:val="single"/>
        </w:rPr>
        <w:t>Identity failed me</w:t>
      </w:r>
      <w:r>
        <w:rPr>
          <w:b w:val="0"/>
          <w:i w:val="0"/>
          <w:smallCaps w:val="0"/>
          <w:strike w:val="0"/>
          <w:sz w:val="16"/>
          <w:u w:val="none"/>
        </w:rPr>
        <w:t xml:space="preserve">. . . . </w:t>
      </w:r>
      <w:r>
        <w:rPr>
          <w:b w:val="0"/>
          <w:i w:val="0"/>
          <w:smallCaps w:val="0"/>
          <w:strike w:val="0"/>
          <w:u w:val="single"/>
        </w:rPr>
        <w:t>I have been traversing the sunless territory of non-identity</w:t>
      </w:r>
      <w:r>
        <w:rPr>
          <w:b w:val="0"/>
          <w:i w:val="0"/>
          <w:smallCaps w:val="0"/>
          <w:strike w:val="0"/>
          <w:sz w:val="16"/>
          <w:u w:val="none"/>
        </w:rPr>
        <w:t>.—Virginia Woolf, The Waves, 1931</w:t>
      </w:r>
    </w:p>
    <w:p>
      <w:pPr>
        <w:spacing w:after="60"/>
      </w:pPr>
      <w:r>
        <w:rPr>
          <w:b w:val="0"/>
          <w:i w:val="0"/>
          <w:smallCaps w:val="0"/>
          <w:strike w:val="0"/>
          <w:u w:val="single"/>
        </w:rPr>
        <w:t>Cistem failure does not have an identifiable look</w:t>
      </w:r>
      <w:r>
        <w:rPr>
          <w:b w:val="0"/>
          <w:i w:val="0"/>
          <w:smallCaps w:val="0"/>
          <w:strike w:val="0"/>
          <w:sz w:val="16"/>
          <w:u w:val="none"/>
        </w:rPr>
        <w:t xml:space="preserve">. I mean, </w:t>
      </w:r>
      <w:r>
        <w:rPr>
          <w:b w:val="0"/>
          <w:i w:val="0"/>
          <w:smallCaps w:val="0"/>
          <w:strike w:val="0"/>
          <w:u w:val="single"/>
        </w:rPr>
        <w:t>one cannot read on another the failure of the cistem</w:t>
      </w:r>
      <w:r>
        <w:rPr>
          <w:b w:val="0"/>
          <w:i w:val="0"/>
          <w:smallCaps w:val="0"/>
          <w:strike w:val="0"/>
          <w:sz w:val="16"/>
          <w:u w:val="none"/>
        </w:rPr>
        <w:t xml:space="preserve">, as </w:t>
      </w:r>
      <w:r>
        <w:rPr>
          <w:b w:val="0"/>
          <w:i w:val="0"/>
          <w:smallCaps w:val="0"/>
          <w:strike w:val="0"/>
          <w:u w:val="single"/>
        </w:rPr>
        <w:t>such would in fact undermine the aim</w:t>
      </w:r>
      <w:r>
        <w:rPr>
          <w:b w:val="0"/>
          <w:i w:val="0"/>
          <w:smallCaps w:val="0"/>
          <w:strike w:val="0"/>
          <w:sz w:val="16"/>
          <w:u w:val="none"/>
        </w:rPr>
        <w:t xml:space="preserve">, partly: that one cannot make recourse to the identifiable body as revealing, transparently, the gender or nongender of that body. </w:t>
      </w:r>
      <w:r>
        <w:rPr>
          <w:b w:val="0"/>
          <w:i w:val="0"/>
          <w:smallCaps w:val="0"/>
          <w:strike w:val="0"/>
          <w:u w:val="single"/>
        </w:rPr>
        <w:t xml:space="preserve">The </w:t>
      </w:r>
      <w:r>
        <w:rPr>
          <w:b/>
          <w:i w:val="0"/>
          <w:smallCaps w:val="0"/>
          <w:strike w:val="0"/>
          <w:sz w:val="22"/>
          <w:highlight w:val="cyan"/>
          <w:u w:val="single"/>
        </w:rPr>
        <w:t>blowing up of Narnia</w:t>
      </w:r>
      <w:r>
        <w:rPr>
          <w:b w:val="0"/>
          <w:i w:val="0"/>
          <w:smallCaps w:val="0"/>
          <w:strike w:val="0"/>
          <w:highlight w:val="cyan"/>
          <w:u w:val="single"/>
        </w:rPr>
        <w:t xml:space="preserve"> and its</w:t>
      </w:r>
      <w:r>
        <w:rPr>
          <w:b w:val="0"/>
          <w:i w:val="0"/>
          <w:smallCaps w:val="0"/>
          <w:strike w:val="0"/>
          <w:u w:val="single"/>
        </w:rPr>
        <w:t xml:space="preserve"> attending </w:t>
      </w:r>
      <w:r>
        <w:rPr>
          <w:b/>
          <w:i w:val="0"/>
          <w:smallCaps w:val="0"/>
          <w:strike w:val="0"/>
          <w:sz w:val="22"/>
          <w:highlight w:val="cyan"/>
          <w:u w:val="single"/>
        </w:rPr>
        <w:t>cisnormative assumptions</w:t>
      </w:r>
      <w:r>
        <w:rPr>
          <w:b w:val="0"/>
          <w:i w:val="0"/>
          <w:smallCaps w:val="0"/>
          <w:strike w:val="0"/>
          <w:sz w:val="16"/>
          <w:u w:val="none"/>
        </w:rPr>
        <w:t xml:space="preserve">— </w:t>
      </w:r>
      <w:r>
        <w:rPr>
          <w:b w:val="0"/>
          <w:i w:val="0"/>
          <w:smallCaps w:val="0"/>
          <w:strike w:val="0"/>
          <w:highlight w:val="cyan"/>
          <w:u w:val="single"/>
        </w:rPr>
        <w:t>that</w:t>
      </w:r>
      <w:r>
        <w:rPr>
          <w:b w:val="0"/>
          <w:i w:val="0"/>
          <w:smallCaps w:val="0"/>
          <w:strike w:val="0"/>
          <w:sz w:val="16"/>
          <w:u w:val="none"/>
        </w:rPr>
        <w:t xml:space="preserve"> </w:t>
      </w:r>
      <w:r>
        <w:rPr>
          <w:b/>
          <w:i w:val="0"/>
          <w:smallCaps w:val="0"/>
          <w:strike w:val="0"/>
          <w:sz w:val="22"/>
          <w:highlight w:val="cyan"/>
          <w:u w:val="single"/>
        </w:rPr>
        <w:t>all bodies</w:t>
      </w:r>
      <w:r>
        <w:rPr>
          <w:b w:val="0"/>
          <w:i w:val="0"/>
          <w:smallCaps w:val="0"/>
          <w:strike w:val="0"/>
          <w:u w:val="single"/>
        </w:rPr>
        <w:t xml:space="preserve"> are and </w:t>
      </w:r>
      <w:r>
        <w:rPr>
          <w:b/>
          <w:i w:val="0"/>
          <w:smallCaps w:val="0"/>
          <w:strike w:val="0"/>
          <w:sz w:val="22"/>
          <w:highlight w:val="cyan"/>
          <w:u w:val="single"/>
        </w:rPr>
        <w:t>will only ever be cis</w:t>
      </w:r>
      <w:r>
        <w:rPr>
          <w:b w:val="0"/>
          <w:i w:val="0"/>
          <w:smallCaps w:val="0"/>
          <w:strike w:val="0"/>
          <w:sz w:val="16"/>
          <w:u w:val="none"/>
        </w:rPr>
        <w:t xml:space="preserve">, </w:t>
      </w:r>
      <w:r>
        <w:rPr>
          <w:b/>
          <w:i w:val="0"/>
          <w:smallCaps w:val="0"/>
          <w:strike w:val="0"/>
          <w:sz w:val="22"/>
          <w:highlight w:val="cyan"/>
          <w:u w:val="single"/>
        </w:rPr>
        <w:t>the transing of bodies</w:t>
      </w:r>
      <w:r>
        <w:rPr>
          <w:b w:val="0"/>
          <w:i w:val="0"/>
          <w:smallCaps w:val="0"/>
          <w:strike w:val="0"/>
          <w:sz w:val="16"/>
          <w:u w:val="none"/>
        </w:rPr>
        <w:t xml:space="preserve"> </w:t>
      </w:r>
      <w:r>
        <w:rPr>
          <w:b w:val="0"/>
          <w:i w:val="0"/>
          <w:smallCaps w:val="0"/>
          <w:strike w:val="0"/>
          <w:u w:val="single"/>
        </w:rPr>
        <w:t>and surgical interventions confirming gender subjectivity mere ruses papering over immutable hardware</w:t>
      </w:r>
      <w:r>
        <w:rPr>
          <w:b w:val="0"/>
          <w:i w:val="0"/>
          <w:smallCaps w:val="0"/>
          <w:strike w:val="0"/>
          <w:sz w:val="16"/>
          <w:u w:val="none"/>
        </w:rPr>
        <w:t>—</w:t>
      </w:r>
      <w:r>
        <w:rPr>
          <w:b/>
          <w:i w:val="0"/>
          <w:smallCaps w:val="0"/>
          <w:strike w:val="0"/>
          <w:sz w:val="22"/>
          <w:highlight w:val="cyan"/>
          <w:u w:val="single"/>
        </w:rPr>
        <w:t>results in</w:t>
      </w:r>
      <w:r>
        <w:rPr>
          <w:b w:val="0"/>
          <w:i w:val="0"/>
          <w:smallCaps w:val="0"/>
          <w:strike w:val="0"/>
          <w:u w:val="single"/>
        </w:rPr>
        <w:t xml:space="preserve"> the </w:t>
      </w:r>
      <w:r>
        <w:rPr>
          <w:b/>
          <w:i w:val="0"/>
          <w:smallCaps w:val="0"/>
          <w:strike w:val="0"/>
          <w:sz w:val="22"/>
          <w:highlight w:val="cyan"/>
          <w:u w:val="single"/>
        </w:rPr>
        <w:t>radical fracturing</w:t>
      </w:r>
      <w:r>
        <w:rPr>
          <w:b w:val="0"/>
          <w:i w:val="0"/>
          <w:smallCaps w:val="0"/>
          <w:strike w:val="0"/>
          <w:u w:val="single"/>
        </w:rPr>
        <w:t xml:space="preserve"> </w:t>
      </w:r>
      <w:r>
        <w:rPr>
          <w:b w:val="0"/>
          <w:i w:val="0"/>
          <w:smallCaps w:val="0"/>
          <w:strike w:val="0"/>
          <w:highlight w:val="cyan"/>
          <w:u w:val="single"/>
        </w:rPr>
        <w:t>of how we come to mean in relation to one another</w:t>
      </w:r>
      <w:r>
        <w:rPr>
          <w:b w:val="0"/>
          <w:i w:val="0"/>
          <w:smallCaps w:val="0"/>
          <w:strike w:val="0"/>
          <w:sz w:val="16"/>
          <w:u w:val="none"/>
        </w:rPr>
        <w:t xml:space="preserve">. It </w:t>
      </w:r>
      <w:r>
        <w:rPr>
          <w:b w:val="0"/>
          <w:i w:val="0"/>
          <w:smallCaps w:val="0"/>
          <w:strike w:val="0"/>
          <w:u w:val="single"/>
        </w:rPr>
        <w:t>opens up another possible world</w:t>
      </w:r>
      <w:r>
        <w:rPr>
          <w:b w:val="0"/>
          <w:i w:val="0"/>
          <w:smallCaps w:val="0"/>
          <w:strike w:val="0"/>
          <w:sz w:val="16"/>
          <w:u w:val="none"/>
        </w:rPr>
        <w:t xml:space="preserve">. Where I want to go is someplace else, ambling about in the remains of cut up men through a shadowy radical feminism enthralled with murky modes of undoing, unbecoming, and violating.2 </w:t>
      </w:r>
      <w:r>
        <w:rPr>
          <w:b w:val="0"/>
          <w:i w:val="0"/>
          <w:smallCaps w:val="0"/>
          <w:strike w:val="0"/>
          <w:u w:val="single"/>
        </w:rPr>
        <w:t xml:space="preserve">Where I want to go is the place </w:t>
      </w:r>
      <w:r>
        <w:rPr>
          <w:b/>
          <w:i w:val="0"/>
          <w:smallCaps w:val="0"/>
          <w:strike w:val="0"/>
          <w:sz w:val="22"/>
          <w:highlight w:val="cyan"/>
          <w:u w:val="single"/>
        </w:rPr>
        <w:t>where identity fails</w:t>
      </w:r>
      <w:r>
        <w:rPr>
          <w:b w:val="0"/>
          <w:i w:val="0"/>
          <w:smallCaps w:val="0"/>
          <w:strike w:val="0"/>
          <w:u w:val="single"/>
        </w:rPr>
        <w:t xml:space="preserve"> and we traverse Woolf ’s sun- less territory of non-identity because that right there</w:t>
      </w:r>
      <w:r>
        <w:rPr>
          <w:b w:val="0"/>
          <w:i w:val="0"/>
          <w:smallCaps w:val="0"/>
          <w:strike w:val="0"/>
          <w:sz w:val="16"/>
          <w:u w:val="none"/>
        </w:rPr>
        <w:t xml:space="preserve">, </w:t>
      </w:r>
      <w:r>
        <w:rPr>
          <w:b w:val="0"/>
          <w:i w:val="0"/>
          <w:smallCaps w:val="0"/>
          <w:strike w:val="0"/>
          <w:u w:val="single"/>
        </w:rPr>
        <w:t>with its non-ness</w:t>
      </w:r>
      <w:r>
        <w:rPr>
          <w:b w:val="0"/>
          <w:i w:val="0"/>
          <w:smallCaps w:val="0"/>
          <w:strike w:val="0"/>
          <w:sz w:val="16"/>
          <w:u w:val="none"/>
        </w:rPr>
        <w:t xml:space="preserve">, </w:t>
      </w:r>
      <w:r>
        <w:rPr>
          <w:b w:val="0"/>
          <w:i w:val="0"/>
          <w:smallCaps w:val="0"/>
          <w:strike w:val="0"/>
          <w:u w:val="single"/>
        </w:rPr>
        <w:t>its un-ness</w:t>
      </w:r>
      <w:r>
        <w:rPr>
          <w:b w:val="0"/>
          <w:i w:val="0"/>
          <w:smallCaps w:val="0"/>
          <w:strike w:val="0"/>
          <w:sz w:val="16"/>
          <w:u w:val="none"/>
        </w:rPr>
        <w:t xml:space="preserve">, </w:t>
      </w:r>
      <w:r>
        <w:rPr>
          <w:b w:val="0"/>
          <w:i w:val="0"/>
          <w:smallCaps w:val="0"/>
          <w:strike w:val="0"/>
          <w:highlight w:val="cyan"/>
          <w:u w:val="single"/>
        </w:rPr>
        <w:t>is the start of blowing</w:t>
      </w:r>
      <w:r>
        <w:rPr>
          <w:b w:val="0"/>
          <w:i w:val="0"/>
          <w:smallCaps w:val="0"/>
          <w:strike w:val="0"/>
          <w:u w:val="single"/>
        </w:rPr>
        <w:t xml:space="preserve"> stuf</w:t>
      </w:r>
      <w:r>
        <w:rPr>
          <w:b w:val="0"/>
          <w:i w:val="0"/>
          <w:smallCaps w:val="0"/>
          <w:strike w:val="0"/>
          <w:u w:val="single"/>
        </w:rPr>
        <w:t>f</w:t>
      </w:r>
      <w:r>
        <w:rPr>
          <w:b w:val="0"/>
          <w:i w:val="0"/>
          <w:smallCaps w:val="0"/>
          <w:strike w:val="0"/>
          <w:u w:val="single"/>
        </w:rPr>
        <w:t xml:space="preserve"> </w:t>
      </w:r>
      <w:r>
        <w:rPr>
          <w:b w:val="0"/>
          <w:i w:val="0"/>
          <w:smallCaps w:val="0"/>
          <w:strike w:val="0"/>
          <w:highlight w:val="cyan"/>
          <w:u w:val="single"/>
        </w:rPr>
        <w:t>up in</w:t>
      </w:r>
      <w:r>
        <w:rPr>
          <w:b w:val="0"/>
          <w:i w:val="0"/>
          <w:smallCaps w:val="0"/>
          <w:strike w:val="0"/>
          <w:u w:val="single"/>
        </w:rPr>
        <w:t xml:space="preserve"> the magical land of </w:t>
      </w:r>
      <w:r>
        <w:rPr>
          <w:b w:val="0"/>
          <w:i w:val="0"/>
          <w:smallCaps w:val="0"/>
          <w:strike w:val="0"/>
          <w:highlight w:val="cyan"/>
          <w:u w:val="single"/>
        </w:rPr>
        <w:t>Narnia</w:t>
      </w:r>
      <w:r>
        <w:rPr>
          <w:b w:val="0"/>
          <w:i w:val="0"/>
          <w:smallCaps w:val="0"/>
          <w:strike w:val="0"/>
          <w:sz w:val="16"/>
          <w:u w:val="none"/>
        </w:rPr>
        <w:t>.</w:t>
      </w:r>
    </w:p>
    <w:p>
      <w:pPr>
        <w:spacing w:after="60"/>
      </w:pPr>
      <w:r>
        <w:rPr>
          <w:b w:val="0"/>
          <w:i w:val="0"/>
          <w:smallCaps w:val="0"/>
          <w:strike w:val="0"/>
          <w:u w:val="single"/>
        </w:rPr>
        <w:t>Having no identity</w:t>
      </w:r>
      <w:r>
        <w:rPr>
          <w:b w:val="0"/>
          <w:i w:val="0"/>
          <w:smallCaps w:val="0"/>
          <w:strike w:val="0"/>
          <w:sz w:val="16"/>
          <w:u w:val="none"/>
        </w:rPr>
        <w:t xml:space="preserve">, </w:t>
      </w:r>
      <w:r>
        <w:rPr>
          <w:b/>
          <w:i w:val="0"/>
          <w:smallCaps w:val="0"/>
          <w:strike w:val="0"/>
          <w:sz w:val="22"/>
          <w:highlight w:val="cyan"/>
          <w:u w:val="single"/>
        </w:rPr>
        <w:t>things</w:t>
      </w:r>
      <w:r>
        <w:rPr>
          <w:b w:val="0"/>
          <w:i w:val="0"/>
          <w:smallCaps w:val="0"/>
          <w:strike w:val="0"/>
          <w:sz w:val="16"/>
          <w:u w:val="none"/>
        </w:rPr>
        <w:t xml:space="preserve"> then </w:t>
      </w:r>
      <w:r>
        <w:rPr>
          <w:b/>
          <w:i w:val="0"/>
          <w:smallCaps w:val="0"/>
          <w:strike w:val="0"/>
          <w:sz w:val="22"/>
          <w:highlight w:val="cyan"/>
          <w:u w:val="single"/>
        </w:rPr>
        <w:t>get</w:t>
      </w:r>
      <w:r>
        <w:rPr>
          <w:b w:val="0"/>
          <w:i w:val="0"/>
          <w:smallCaps w:val="0"/>
          <w:strike w:val="0"/>
          <w:sz w:val="16"/>
          <w:u w:val="none"/>
        </w:rPr>
        <w:t xml:space="preserve"> epically, beautifully, </w:t>
      </w:r>
      <w:r>
        <w:rPr>
          <w:b/>
          <w:i w:val="0"/>
          <w:smallCaps w:val="0"/>
          <w:strike w:val="0"/>
          <w:sz w:val="22"/>
          <w:highlight w:val="cyan"/>
          <w:u w:val="single"/>
        </w:rPr>
        <w:t>generatively weird</w:t>
      </w:r>
      <w:r>
        <w:rPr>
          <w:b w:val="0"/>
          <w:i w:val="0"/>
          <w:smallCaps w:val="0"/>
          <w:strike w:val="0"/>
          <w:sz w:val="16"/>
          <w:u w:val="none"/>
        </w:rPr>
        <w:t>. Dionne Brand said something once that messed me up, gloriously:</w:t>
      </w:r>
    </w:p>
    <w:p>
      <w:pPr>
        <w:spacing w:after="60"/>
      </w:pPr>
      <w:r>
        <w:rPr>
          <w:b w:val="0"/>
          <w:i w:val="0"/>
          <w:smallCaps w:val="0"/>
          <w:strike w:val="0"/>
          <w:sz w:val="16"/>
          <w:u w:val="none"/>
        </w:rPr>
        <w:t xml:space="preserve">And then there was one, another woman who did not want to be in the world, or the world she was dragged into, who noticed right away the fatal harm but who gave birth to a woman who wanted to be in the world true and absolutely whole and therefore lived with ghosts since that world could not happen yet. . . . These two women even when they gave birth to men the men were women. That is. They were undone by </w:t>
      </w:r>
      <w:r>
        <w:rPr>
          <w:b w:val="0"/>
          <w:i w:val="0"/>
          <w:smallCaps w:val="0"/>
          <w:strike w:val="0"/>
          <w:sz w:val="16"/>
          <w:u w:val="none"/>
        </w:rPr>
        <w:t>something or other and lay on apartment floors gurgling up some exhaustion with masculinity or killed that exhaustion in some violent Greyhound flight from Miami to New York.3</w:t>
      </w:r>
    </w:p>
    <w:p>
      <w:pPr>
        <w:spacing w:after="60"/>
      </w:pPr>
      <w:r>
        <w:rPr>
          <w:b w:val="0"/>
          <w:i w:val="0"/>
          <w:smallCaps w:val="0"/>
          <w:strike w:val="0"/>
          <w:sz w:val="16"/>
          <w:u w:val="none"/>
        </w:rPr>
        <w:t xml:space="preserve">The woman of whom she speaks is a woman who might not be a woman, “woman” being the closest approximation to that minoritarian force implicatory of an evacuation of racialized gendered normativity. </w:t>
      </w:r>
      <w:r>
        <w:rPr>
          <w:b w:val="0"/>
          <w:i w:val="0"/>
          <w:smallCaps w:val="0"/>
          <w:strike w:val="0"/>
          <w:u w:val="single"/>
        </w:rPr>
        <w:t>This woman</w:t>
      </w:r>
      <w:r>
        <w:rPr>
          <w:b w:val="0"/>
          <w:i w:val="0"/>
          <w:smallCaps w:val="0"/>
          <w:strike w:val="0"/>
          <w:sz w:val="16"/>
          <w:u w:val="none"/>
        </w:rPr>
        <w:t xml:space="preserve">, no doubt for Brand a woman </w:t>
      </w:r>
      <w:r>
        <w:rPr>
          <w:b/>
          <w:i w:val="0"/>
          <w:smallCaps w:val="0"/>
          <w:strike w:val="0"/>
          <w:sz w:val="22"/>
          <w:u w:val="single"/>
        </w:rPr>
        <w:t>colliding with blackness</w:t>
      </w:r>
      <w:r>
        <w:rPr>
          <w:b w:val="0"/>
          <w:i w:val="0"/>
          <w:smallCaps w:val="0"/>
          <w:strike w:val="0"/>
          <w:sz w:val="16"/>
          <w:u w:val="none"/>
        </w:rPr>
        <w:t xml:space="preserve">, </w:t>
      </w:r>
      <w:r>
        <w:rPr>
          <w:b w:val="0"/>
          <w:i w:val="0"/>
          <w:smallCaps w:val="0"/>
          <w:strike w:val="0"/>
          <w:u w:val="single"/>
        </w:rPr>
        <w:t xml:space="preserve">does not wish to be in the world because </w:t>
      </w:r>
      <w:r>
        <w:rPr>
          <w:b/>
          <w:i w:val="0"/>
          <w:smallCaps w:val="0"/>
          <w:strike w:val="0"/>
          <w:sz w:val="22"/>
          <w:highlight w:val="cyan"/>
          <w:u w:val="single"/>
        </w:rPr>
        <w:t>the world cannot hold her</w:t>
      </w:r>
      <w:r>
        <w:rPr>
          <w:b w:val="0"/>
          <w:i w:val="0"/>
          <w:smallCaps w:val="0"/>
          <w:strike w:val="0"/>
          <w:sz w:val="16"/>
          <w:u w:val="none"/>
        </w:rPr>
        <w:t xml:space="preserve">. She was thrown, dragged into the world when </w:t>
      </w:r>
      <w:r>
        <w:rPr>
          <w:b w:val="0"/>
          <w:i w:val="0"/>
          <w:smallCaps w:val="0"/>
          <w:strike w:val="0"/>
          <w:highlight w:val="cyan"/>
          <w:u w:val="single"/>
        </w:rPr>
        <w:t>she</w:t>
      </w:r>
      <w:r>
        <w:rPr>
          <w:b w:val="0"/>
          <w:i w:val="0"/>
          <w:smallCaps w:val="0"/>
          <w:strike w:val="0"/>
          <w:sz w:val="16"/>
          <w:u w:val="none"/>
        </w:rPr>
        <w:t xml:space="preserve"> did not and </w:t>
      </w:r>
      <w:r>
        <w:rPr>
          <w:b/>
          <w:i w:val="0"/>
          <w:smallCaps w:val="0"/>
          <w:strike w:val="0"/>
          <w:sz w:val="22"/>
          <w:highlight w:val="cyan"/>
          <w:u w:val="single"/>
        </w:rPr>
        <w:t>could not inhabit the world on terms of her own</w:t>
      </w:r>
      <w:r>
        <w:rPr>
          <w:b w:val="0"/>
          <w:i w:val="0"/>
          <w:smallCaps w:val="0"/>
          <w:strike w:val="0"/>
          <w:sz w:val="16"/>
          <w:u w:val="none"/>
        </w:rPr>
        <w:t xml:space="preserve"> precisely because </w:t>
      </w:r>
      <w:r>
        <w:rPr>
          <w:b/>
          <w:i w:val="0"/>
          <w:smallCaps w:val="0"/>
          <w:strike w:val="0"/>
          <w:sz w:val="22"/>
          <w:highlight w:val="cyan"/>
          <w:u w:val="single"/>
        </w:rPr>
        <w:t>those terms would render the destruction of the world</w:t>
      </w:r>
      <w:r>
        <w:rPr>
          <w:b w:val="0"/>
          <w:i w:val="0"/>
          <w:smallCaps w:val="0"/>
          <w:strike w:val="0"/>
          <w:sz w:val="16"/>
          <w:u w:val="none"/>
        </w:rPr>
        <w:t xml:space="preserve">. Those terms are unworldly terms. </w:t>
      </w:r>
      <w:r>
        <w:rPr>
          <w:b w:val="0"/>
          <w:i w:val="0"/>
          <w:smallCaps w:val="0"/>
          <w:strike w:val="0"/>
          <w:u w:val="single"/>
        </w:rPr>
        <w:t>She is</w:t>
      </w:r>
      <w:r>
        <w:rPr>
          <w:b w:val="0"/>
          <w:i w:val="0"/>
          <w:smallCaps w:val="0"/>
          <w:strike w:val="0"/>
          <w:sz w:val="16"/>
          <w:u w:val="none"/>
        </w:rPr>
        <w:t xml:space="preserve"> “</w:t>
      </w:r>
      <w:r>
        <w:rPr>
          <w:b w:val="0"/>
          <w:i w:val="0"/>
          <w:smallCaps w:val="0"/>
          <w:strike w:val="0"/>
          <w:u w:val="single"/>
        </w:rPr>
        <w:t>she</w:t>
      </w:r>
      <w:r>
        <w:rPr>
          <w:b w:val="0"/>
          <w:i w:val="0"/>
          <w:smallCaps w:val="0"/>
          <w:strike w:val="0"/>
          <w:sz w:val="16"/>
          <w:u w:val="none"/>
        </w:rPr>
        <w:t xml:space="preserve">,” she is </w:t>
      </w:r>
      <w:r>
        <w:rPr>
          <w:b w:val="0"/>
          <w:i w:val="0"/>
          <w:smallCaps w:val="0"/>
          <w:strike w:val="0"/>
          <w:u w:val="single"/>
        </w:rPr>
        <w:t>a</w:t>
      </w:r>
      <w:r>
        <w:rPr>
          <w:b w:val="0"/>
          <w:i w:val="0"/>
          <w:smallCaps w:val="0"/>
          <w:strike w:val="0"/>
          <w:sz w:val="16"/>
          <w:u w:val="none"/>
        </w:rPr>
        <w:t xml:space="preserve"> “</w:t>
      </w:r>
      <w:r>
        <w:rPr>
          <w:b w:val="0"/>
          <w:i w:val="0"/>
          <w:smallCaps w:val="0"/>
          <w:strike w:val="0"/>
          <w:u w:val="single"/>
        </w:rPr>
        <w:t>woman</w:t>
      </w:r>
      <w:r>
        <w:rPr>
          <w:b w:val="0"/>
          <w:i w:val="0"/>
          <w:smallCaps w:val="0"/>
          <w:strike w:val="0"/>
          <w:sz w:val="16"/>
          <w:u w:val="none"/>
        </w:rPr>
        <w:t xml:space="preserve">,” only because </w:t>
      </w:r>
      <w:r>
        <w:rPr>
          <w:b w:val="0"/>
          <w:i w:val="0"/>
          <w:smallCaps w:val="0"/>
          <w:strike w:val="0"/>
          <w:u w:val="single"/>
        </w:rPr>
        <w:t>those are what the world has given to her</w:t>
      </w:r>
      <w:r>
        <w:rPr>
          <w:b w:val="0"/>
          <w:i w:val="0"/>
          <w:smallCaps w:val="0"/>
          <w:strike w:val="0"/>
          <w:sz w:val="16"/>
          <w:u w:val="none"/>
        </w:rPr>
        <w:t xml:space="preserve">, but </w:t>
      </w:r>
      <w:r>
        <w:rPr>
          <w:b w:val="0"/>
          <w:i w:val="0"/>
          <w:smallCaps w:val="0"/>
          <w:strike w:val="0"/>
          <w:u w:val="single"/>
        </w:rPr>
        <w:t>she is more eruptive than that</w:t>
      </w:r>
      <w:r>
        <w:rPr>
          <w:b w:val="0"/>
          <w:i w:val="0"/>
          <w:smallCaps w:val="0"/>
          <w:strike w:val="0"/>
          <w:sz w:val="16"/>
          <w:u w:val="none"/>
        </w:rPr>
        <w:t xml:space="preserve">, and </w:t>
      </w:r>
      <w:r>
        <w:rPr>
          <w:b/>
          <w:i w:val="0"/>
          <w:smallCaps w:val="0"/>
          <w:strike w:val="0"/>
          <w:sz w:val="22"/>
          <w:highlight w:val="cyan"/>
          <w:u w:val="single"/>
        </w:rPr>
        <w:t>if</w:t>
      </w:r>
      <w:r>
        <w:rPr>
          <w:b w:val="0"/>
          <w:i w:val="0"/>
          <w:smallCaps w:val="0"/>
          <w:strike w:val="0"/>
          <w:u w:val="single"/>
        </w:rPr>
        <w:t xml:space="preserve"> that subjective </w:t>
      </w:r>
      <w:r>
        <w:rPr>
          <w:b/>
          <w:i w:val="0"/>
          <w:smallCaps w:val="0"/>
          <w:strike w:val="0"/>
          <w:sz w:val="22"/>
          <w:highlight w:val="cyan"/>
          <w:u w:val="single"/>
        </w:rPr>
        <w:t>eruption were</w:t>
      </w:r>
      <w:r>
        <w:rPr>
          <w:b/>
          <w:i w:val="0"/>
          <w:smallCaps w:val="0"/>
          <w:strike w:val="0"/>
          <w:sz w:val="16"/>
          <w:u w:val="none"/>
        </w:rPr>
        <w:t xml:space="preserve"> </w:t>
      </w:r>
      <w:r>
        <w:rPr>
          <w:b w:val="0"/>
          <w:i w:val="0"/>
          <w:smallCaps w:val="0"/>
          <w:strike w:val="0"/>
          <w:sz w:val="16"/>
          <w:u w:val="none"/>
        </w:rPr>
        <w:t xml:space="preserve">to be </w:t>
      </w:r>
      <w:r>
        <w:rPr>
          <w:b/>
          <w:i w:val="0"/>
          <w:smallCaps w:val="0"/>
          <w:strike w:val="0"/>
          <w:sz w:val="22"/>
          <w:highlight w:val="cyan"/>
          <w:u w:val="single"/>
        </w:rPr>
        <w:t>permitted</w:t>
      </w:r>
      <w:r>
        <w:rPr>
          <w:b w:val="0"/>
          <w:i w:val="0"/>
          <w:smallCaps w:val="0"/>
          <w:strike w:val="0"/>
          <w:u w:val="single"/>
        </w:rPr>
        <w:t xml:space="preserve"> </w:t>
      </w:r>
      <w:r>
        <w:rPr>
          <w:b w:val="0"/>
          <w:i w:val="0"/>
          <w:smallCaps w:val="0"/>
          <w:strike w:val="0"/>
          <w:highlight w:val="cyan"/>
          <w:u w:val="single"/>
        </w:rPr>
        <w:t>she would not be</w:t>
      </w:r>
      <w:r>
        <w:rPr>
          <w:b w:val="0"/>
          <w:i w:val="0"/>
          <w:smallCaps w:val="0"/>
          <w:strike w:val="0"/>
          <w:u w:val="single"/>
        </w:rPr>
        <w:t xml:space="preserve"> a being </w:t>
      </w:r>
      <w:r>
        <w:rPr>
          <w:b w:val="0"/>
          <w:i w:val="0"/>
          <w:smallCaps w:val="0"/>
          <w:strike w:val="0"/>
          <w:highlight w:val="cyan"/>
          <w:u w:val="single"/>
        </w:rPr>
        <w:t>in this world</w:t>
      </w:r>
      <w:r>
        <w:rPr>
          <w:b w:val="0"/>
          <w:i w:val="0"/>
          <w:smallCaps w:val="0"/>
          <w:strike w:val="0"/>
          <w:u w:val="single"/>
        </w:rPr>
        <w:t>.</w:t>
      </w:r>
      <w:r>
        <w:rPr>
          <w:b w:val="0"/>
          <w:i w:val="0"/>
          <w:smallCaps w:val="0"/>
          <w:strike w:val="0"/>
          <w:sz w:val="16"/>
          <w:u w:val="none"/>
        </w:rPr>
        <w:t xml:space="preserve"> Those are what she was given in order to inhabit, and to be allowed to remain uncritiqued in, the Narnia into which she was thrown, dragged. Narnia demanded either he or she. </w:t>
      </w:r>
      <w:r>
        <w:rPr>
          <w:b w:val="0"/>
          <w:i w:val="0"/>
          <w:smallCaps w:val="0"/>
          <w:strike w:val="0"/>
          <w:u w:val="single"/>
        </w:rPr>
        <w:t>The ghosts the woman birthed by the other woman were haunted by are specters of worlds outside of Narnia</w:t>
      </w:r>
      <w:r>
        <w:rPr>
          <w:b w:val="0"/>
          <w:i w:val="0"/>
          <w:smallCaps w:val="0"/>
          <w:strike w:val="0"/>
          <w:sz w:val="16"/>
          <w:u w:val="none"/>
        </w:rPr>
        <w:t xml:space="preserve">. </w:t>
      </w:r>
      <w:r>
        <w:rPr>
          <w:b w:val="0"/>
          <w:i w:val="0"/>
          <w:smallCaps w:val="0"/>
          <w:strike w:val="0"/>
          <w:u w:val="single"/>
        </w:rPr>
        <w:t>They bespeak a world that has not yet happened because Narnia has stanched its actualization</w:t>
      </w:r>
      <w:r>
        <w:rPr>
          <w:b w:val="0"/>
          <w:i w:val="0"/>
          <w:smallCaps w:val="0"/>
          <w:strike w:val="0"/>
          <w:sz w:val="16"/>
          <w:u w:val="none"/>
        </w:rPr>
        <w:t xml:space="preserve">, </w:t>
      </w:r>
      <w:r>
        <w:rPr>
          <w:b w:val="0"/>
          <w:i w:val="0"/>
          <w:smallCaps w:val="0"/>
          <w:strike w:val="0"/>
          <w:u w:val="single"/>
        </w:rPr>
        <w:t>for Narnia does not wish its own demise</w:t>
      </w:r>
      <w:r>
        <w:rPr>
          <w:b w:val="0"/>
          <w:i w:val="0"/>
          <w:smallCaps w:val="0"/>
          <w:strike w:val="0"/>
          <w:sz w:val="16"/>
          <w:u w:val="none"/>
        </w:rPr>
        <w:t>. The ghosts were futuristic traces of the ash of Narnia. And those ghosts were surely present when the women gave birth to men who were also women, because those men were surely black and could not be, did not wish to be, the kinds of men the world demanded they be. So, they were women, expressions of a kind of detonated first tier of Narnia, with innumerable tiers to go, but at least one is down. These men who were women strike me as illustrious possibilities, maybe even kin to me, my siblings, as maybe, if I could count myself worthy enough, we all came from the same womb. These men who were women gurgled up their exhaustion with cis masculinity, as I try to do; they came into the world via that exhaustion, as I hope to do. They live at the precipice of the end of Narnia’s reign.</w:t>
      </w:r>
    </w:p>
    <w:p>
      <w:pPr>
        <w:spacing w:after="60"/>
      </w:pPr>
      <w:r>
        <w:rPr>
          <w:b w:val="0"/>
          <w:i w:val="0"/>
          <w:smallCaps w:val="0"/>
          <w:strike w:val="0"/>
          <w:sz w:val="16"/>
          <w:u w:val="none"/>
        </w:rPr>
        <w:t xml:space="preserve">The aim is not just for men to “become” women. (I think “women” should also be in quotes. . . .) I do not want to become a woman; that, to me, is not what gendered liberation looks like, nor is it what must occur for me to “be” trans. “Woman,” categorically, is also a violence. Not of the same register and tenor of “man,” sure, but a violence nonetheless. In my younger years, when I, naïvely, thought to myself that maybe life would be better as not a girl, but, not a boy, I was reaching for something else. But maybe all I had then was a hope that “the other” gender would not constrict my airways as much, or would constrict them differently, a difference that would be welcomed if only because it might tap other pathways that might feel gentler. But now, in not wanting to be a man, not wanting to bound about the world launching masculinity’s archive ahead of me, I neither want to be a woman nor to proliferate, necessarily, femininity. I am certainly, by most metrics, not feminine. (Perhaps the issue is with metrics themselves?) At least not corporeally or sartorially. Though I suspect there might be a realm in which femininity treads that is not simply about the visual, a realm inclusive of other modalities of relation. But that’s the thing: Why must I be a gender? Must I be woman, feminine, if not man, masculine? If I assert another posture for my body and extra-/nonbody, will it inevitably be inducted into the closest category we have? It feels like I am in pursuit of becoming something else entirely by seeking, first, now, to be nobody. And that requires no spectacular alteration, it requires no passing of a threshold in order to enter into valid unterrain. </w:t>
      </w:r>
      <w:r>
        <w:rPr>
          <w:b w:val="0"/>
          <w:i w:val="0"/>
          <w:smallCaps w:val="0"/>
          <w:strike w:val="0"/>
          <w:u w:val="single"/>
        </w:rPr>
        <w:t xml:space="preserve">I wish </w:t>
      </w:r>
      <w:r>
        <w:rPr>
          <w:b/>
          <w:i w:val="0"/>
          <w:smallCaps w:val="0"/>
          <w:strike w:val="0"/>
          <w:sz w:val="22"/>
          <w:u w:val="single"/>
        </w:rPr>
        <w:t>not to be anybody</w:t>
      </w:r>
      <w:r>
        <w:rPr>
          <w:b w:val="0"/>
          <w:i w:val="0"/>
          <w:smallCaps w:val="0"/>
          <w:strike w:val="0"/>
          <w:sz w:val="16"/>
          <w:u w:val="none"/>
        </w:rPr>
        <w:t xml:space="preserve">, really, for </w:t>
      </w:r>
      <w:r>
        <w:rPr>
          <w:b/>
          <w:i w:val="0"/>
          <w:smallCaps w:val="0"/>
          <w:strike w:val="0"/>
          <w:sz w:val="22"/>
          <w:u w:val="single"/>
        </w:rPr>
        <w:t>to be somebody</w:t>
      </w:r>
      <w:r>
        <w:rPr>
          <w:b w:val="0"/>
          <w:i w:val="0"/>
          <w:smallCaps w:val="0"/>
          <w:strike w:val="0"/>
          <w:sz w:val="16"/>
          <w:u w:val="none"/>
        </w:rPr>
        <w:t xml:space="preserve"> </w:t>
      </w:r>
      <w:r>
        <w:rPr>
          <w:b w:val="0"/>
          <w:i w:val="0"/>
          <w:smallCaps w:val="0"/>
          <w:strike w:val="0"/>
          <w:u w:val="single"/>
        </w:rPr>
        <w:t>is subject to the extant registers that cannot hold breadth</w:t>
      </w:r>
      <w:r>
        <w:rPr>
          <w:b w:val="0"/>
          <w:i w:val="0"/>
          <w:smallCaps w:val="0"/>
          <w:strike w:val="0"/>
          <w:sz w:val="16"/>
          <w:u w:val="none"/>
        </w:rPr>
        <w:t xml:space="preserve">. While </w:t>
      </w:r>
      <w:r>
        <w:rPr>
          <w:b w:val="0"/>
          <w:i w:val="0"/>
          <w:smallCaps w:val="0"/>
          <w:strike w:val="0"/>
          <w:u w:val="single"/>
        </w:rPr>
        <w:t>being nobody</w:t>
      </w:r>
      <w:r>
        <w:rPr>
          <w:b w:val="0"/>
          <w:i w:val="0"/>
          <w:smallCaps w:val="0"/>
          <w:strike w:val="0"/>
          <w:sz w:val="16"/>
          <w:u w:val="none"/>
        </w:rPr>
        <w:t>—</w:t>
      </w:r>
      <w:r>
        <w:rPr>
          <w:b w:val="0"/>
          <w:i w:val="0"/>
          <w:smallCaps w:val="0"/>
          <w:strike w:val="0"/>
          <w:u w:val="single"/>
        </w:rPr>
        <w:t>not yet a blown up somebody</w:t>
      </w:r>
      <w:r>
        <w:rPr>
          <w:b w:val="0"/>
          <w:i w:val="0"/>
          <w:smallCaps w:val="0"/>
          <w:strike w:val="0"/>
          <w:sz w:val="16"/>
          <w:u w:val="none"/>
        </w:rPr>
        <w:t xml:space="preserve"> but perhaps </w:t>
      </w:r>
      <w:r>
        <w:rPr>
          <w:b/>
          <w:i w:val="0"/>
          <w:smallCaps w:val="0"/>
          <w:strike w:val="0"/>
          <w:sz w:val="22"/>
          <w:u w:val="single"/>
        </w:rPr>
        <w:t>a somebody</w:t>
      </w:r>
      <w:r>
        <w:rPr>
          <w:b w:val="0"/>
          <w:i w:val="0"/>
          <w:smallCaps w:val="0"/>
          <w:strike w:val="0"/>
          <w:u w:val="single"/>
        </w:rPr>
        <w:t xml:space="preserve"> </w:t>
      </w:r>
      <w:r>
        <w:rPr>
          <w:b/>
          <w:i w:val="0"/>
          <w:smallCaps w:val="0"/>
          <w:strike w:val="0"/>
          <w:sz w:val="22"/>
          <w:u w:val="single"/>
        </w:rPr>
        <w:t>with</w:t>
      </w:r>
      <w:r>
        <w:rPr>
          <w:b w:val="0"/>
          <w:i w:val="0"/>
          <w:smallCaps w:val="0"/>
          <w:strike w:val="0"/>
          <w:u w:val="single"/>
        </w:rPr>
        <w:t xml:space="preserve"> ticking timebombs strapped to</w:t>
      </w:r>
      <w:r>
        <w:rPr>
          <w:b w:val="0"/>
          <w:i w:val="0"/>
          <w:smallCaps w:val="0"/>
          <w:strike w:val="0"/>
          <w:sz w:val="16"/>
          <w:u w:val="none"/>
        </w:rPr>
        <w:t xml:space="preserve"> </w:t>
      </w:r>
      <w:r>
        <w:rPr>
          <w:b w:val="0"/>
          <w:i w:val="0"/>
          <w:smallCaps w:val="0"/>
          <w:strike w:val="0"/>
          <w:u w:val="single"/>
        </w:rPr>
        <w:t>it</w:t>
      </w:r>
      <w:r>
        <w:rPr>
          <w:b w:val="0"/>
          <w:i w:val="0"/>
          <w:smallCaps w:val="0"/>
          <w:strike w:val="0"/>
          <w:sz w:val="16"/>
          <w:u w:val="none"/>
        </w:rPr>
        <w:t xml:space="preserve">, </w:t>
      </w:r>
      <w:r>
        <w:rPr>
          <w:b/>
          <w:i w:val="0"/>
          <w:smallCaps w:val="0"/>
          <w:strike w:val="0"/>
          <w:sz w:val="22"/>
          <w:u w:val="single"/>
        </w:rPr>
        <w:t>impending doom</w:t>
      </w:r>
      <w:r>
        <w:rPr>
          <w:b w:val="0"/>
          <w:i w:val="0"/>
          <w:smallCaps w:val="0"/>
          <w:strike w:val="0"/>
          <w:u w:val="single"/>
        </w:rPr>
        <w:t xml:space="preserve"> lived ebulliently</w:t>
      </w:r>
      <w:r>
        <w:rPr>
          <w:b w:val="0"/>
          <w:i w:val="0"/>
          <w:smallCaps w:val="0"/>
          <w:strike w:val="0"/>
          <w:sz w:val="16"/>
          <w:u w:val="none"/>
        </w:rPr>
        <w:t xml:space="preserve">—I’m chillin’ with ghosts and specters who, too, are nobodies, having no gender because they never lived and were not subject to this world’s grammars, and thus never really died either.4 I would like some other kind of being, ungendered or nongendered or too enthralled with something else </w:t>
      </w:r>
      <w:r>
        <w:rPr>
          <w:b w:val="0"/>
          <w:i w:val="0"/>
          <w:smallCaps w:val="0"/>
          <w:strike w:val="0"/>
          <w:u w:val="single"/>
        </w:rPr>
        <w:t>there is no time to consider gender</w:t>
      </w:r>
      <w:r>
        <w:rPr>
          <w:b w:val="0"/>
          <w:i w:val="0"/>
          <w:smallCaps w:val="0"/>
          <w:strike w:val="0"/>
          <w:sz w:val="16"/>
          <w:u w:val="none"/>
        </w:rPr>
        <w:t xml:space="preserve">. And </w:t>
      </w:r>
      <w:r>
        <w:rPr>
          <w:b w:val="0"/>
          <w:i w:val="0"/>
          <w:smallCaps w:val="0"/>
          <w:strike w:val="0"/>
          <w:u w:val="single"/>
        </w:rPr>
        <w:t>I would like to not have to die to get there</w:t>
      </w:r>
      <w:r>
        <w:rPr>
          <w:b w:val="0"/>
          <w:i w:val="0"/>
          <w:smallCaps w:val="0"/>
          <w:strike w:val="0"/>
          <w:sz w:val="16"/>
          <w:u w:val="none"/>
        </w:rPr>
        <w:t xml:space="preserve">. Or </w:t>
      </w:r>
      <w:r>
        <w:rPr>
          <w:b w:val="0"/>
          <w:i w:val="0"/>
          <w:smallCaps w:val="0"/>
          <w:strike w:val="0"/>
          <w:u w:val="single"/>
        </w:rPr>
        <w:t>maybe I must die to get there</w:t>
      </w:r>
      <w:r>
        <w:rPr>
          <w:b w:val="0"/>
          <w:i w:val="0"/>
          <w:smallCaps w:val="0"/>
          <w:strike w:val="0"/>
          <w:sz w:val="16"/>
          <w:u w:val="none"/>
        </w:rPr>
        <w:t xml:space="preserve">. </w:t>
      </w:r>
      <w:r>
        <w:rPr>
          <w:b/>
          <w:i w:val="0"/>
          <w:smallCaps w:val="0"/>
          <w:strike w:val="0"/>
          <w:sz w:val="22"/>
          <w:u w:val="single"/>
        </w:rPr>
        <w:t>And then I’ll finally be able to live</w:t>
      </w:r>
      <w:r>
        <w:rPr>
          <w:b w:val="0"/>
          <w:i w:val="0"/>
          <w:smallCaps w:val="0"/>
          <w:strike w:val="0"/>
          <w:sz w:val="16"/>
          <w:u w:val="none"/>
        </w:rPr>
        <w:t>.</w:t>
      </w:r>
    </w:p>
    <w:p>
      <w:pPr>
        <w:spacing w:after="60"/>
      </w:pPr>
      <w:r>
        <w:rPr>
          <w:b w:val="0"/>
          <w:i w:val="0"/>
          <w:smallCaps w:val="0"/>
          <w:strike w:val="0"/>
          <w:sz w:val="16"/>
          <w:u w:val="none"/>
        </w:rPr>
        <w:t xml:space="preserve">the conflagratory language I use to denote the dismantling of </w:t>
      </w:r>
      <w:r>
        <w:rPr>
          <w:b w:val="0"/>
          <w:i w:val="0"/>
          <w:smallCaps w:val="0"/>
          <w:strike w:val="0"/>
          <w:u w:val="single"/>
        </w:rPr>
        <w:t>cis genders</w:t>
      </w:r>
      <w:r>
        <w:rPr>
          <w:b w:val="0"/>
          <w:i w:val="0"/>
          <w:smallCaps w:val="0"/>
          <w:strike w:val="0"/>
          <w:sz w:val="16"/>
          <w:u w:val="none"/>
        </w:rPr>
        <w:t xml:space="preserve"> might belie my intentions, both that of how </w:t>
      </w:r>
      <w:r>
        <w:rPr>
          <w:b/>
          <w:i w:val="0"/>
          <w:smallCaps w:val="0"/>
          <w:strike w:val="0"/>
          <w:sz w:val="22"/>
          <w:highlight w:val="cyan"/>
          <w:u w:val="single"/>
        </w:rPr>
        <w:t>cisness happens via accrual</w:t>
      </w:r>
      <w:r>
        <w:rPr>
          <w:b w:val="0"/>
          <w:i w:val="0"/>
          <w:smallCaps w:val="0"/>
          <w:strike w:val="0"/>
          <w:sz w:val="16"/>
          <w:u w:val="none"/>
        </w:rPr>
        <w:t xml:space="preserve"> as well as that of how blowing things up can be read along masculinist lines. I am sorry for this, I am. And I hope such a slippage is permitted if only because, as I see it, the demise of the gargantuan citadel that is alignment with the gender binary is helpfully understood in language that evokes the spectacular. But, really, </w:t>
      </w:r>
      <w:r>
        <w:rPr>
          <w:b w:val="0"/>
          <w:i w:val="0"/>
          <w:smallCaps w:val="0"/>
          <w:strike w:val="0"/>
          <w:highlight w:val="cyan"/>
          <w:u w:val="single"/>
        </w:rPr>
        <w:t>it is</w:t>
      </w:r>
      <w:r>
        <w:rPr>
          <w:b w:val="0"/>
          <w:i w:val="0"/>
          <w:smallCaps w:val="0"/>
          <w:strike w:val="0"/>
          <w:sz w:val="16"/>
          <w:u w:val="none"/>
        </w:rPr>
        <w:t xml:space="preserve"> a tiny, </w:t>
      </w:r>
      <w:r>
        <w:rPr>
          <w:b/>
          <w:i w:val="0"/>
          <w:smallCaps w:val="0"/>
          <w:strike w:val="0"/>
          <w:sz w:val="22"/>
          <w:highlight w:val="cyan"/>
          <w:u w:val="single"/>
        </w:rPr>
        <w:t>quotidian</w:t>
      </w:r>
      <w:r>
        <w:rPr>
          <w:b w:val="0"/>
          <w:i w:val="0"/>
          <w:smallCaps w:val="0"/>
          <w:strike w:val="0"/>
          <w:sz w:val="16"/>
          <w:u w:val="none"/>
        </w:rPr>
        <w:t xml:space="preserve"> accrual </w:t>
      </w:r>
      <w:r>
        <w:rPr>
          <w:b w:val="0"/>
          <w:i w:val="0"/>
          <w:smallCaps w:val="0"/>
          <w:strike w:val="0"/>
          <w:highlight w:val="cyan"/>
          <w:u w:val="single"/>
        </w:rPr>
        <w:t>that makes cis genders so inviolable</w:t>
      </w:r>
      <w:r>
        <w:rPr>
          <w:b w:val="0"/>
          <w:i w:val="0"/>
          <w:smallCaps w:val="0"/>
          <w:strike w:val="0"/>
          <w:sz w:val="16"/>
          <w:u w:val="none"/>
        </w:rPr>
        <w:t xml:space="preserve">. It </w:t>
      </w:r>
      <w:r>
        <w:rPr>
          <w:b w:val="0"/>
          <w:i w:val="0"/>
          <w:smallCaps w:val="0"/>
          <w:strike w:val="0"/>
          <w:u w:val="single"/>
        </w:rPr>
        <w:t>happens and happens</w:t>
      </w:r>
      <w:r>
        <w:rPr>
          <w:b w:val="0"/>
          <w:i w:val="0"/>
          <w:smallCaps w:val="0"/>
          <w:strike w:val="0"/>
          <w:sz w:val="16"/>
          <w:u w:val="none"/>
        </w:rPr>
        <w:t xml:space="preserve">, </w:t>
      </w:r>
      <w:r>
        <w:rPr>
          <w:b/>
          <w:i w:val="0"/>
          <w:smallCaps w:val="0"/>
          <w:strike w:val="0"/>
          <w:sz w:val="22"/>
          <w:highlight w:val="cyan"/>
          <w:u w:val="single"/>
        </w:rPr>
        <w:t>in small gestures and moments</w:t>
      </w:r>
      <w:r>
        <w:rPr>
          <w:b w:val="0"/>
          <w:i w:val="0"/>
          <w:smallCaps w:val="0"/>
          <w:strike w:val="0"/>
          <w:sz w:val="16"/>
          <w:u w:val="none"/>
        </w:rPr>
        <w:t xml:space="preserve">, in quiet and timid events. </w:t>
      </w:r>
      <w:r>
        <w:rPr>
          <w:b w:val="0"/>
          <w:i w:val="0"/>
          <w:smallCaps w:val="0"/>
          <w:strike w:val="0"/>
          <w:u w:val="single"/>
        </w:rPr>
        <w:t>Almost imperceptible at times</w:t>
      </w:r>
      <w:r>
        <w:rPr>
          <w:b w:val="0"/>
          <w:i w:val="0"/>
          <w:smallCaps w:val="0"/>
          <w:strike w:val="0"/>
          <w:sz w:val="16"/>
          <w:u w:val="none"/>
        </w:rPr>
        <w:t xml:space="preserve">, </w:t>
      </w:r>
      <w:r>
        <w:rPr>
          <w:b w:val="0"/>
          <w:i w:val="0"/>
          <w:smallCaps w:val="0"/>
          <w:strike w:val="0"/>
          <w:u w:val="single"/>
        </w:rPr>
        <w:t>natural and normal at other times</w:t>
      </w:r>
      <w:r>
        <w:rPr>
          <w:b w:val="0"/>
          <w:i w:val="0"/>
          <w:smallCaps w:val="0"/>
          <w:strike w:val="0"/>
          <w:sz w:val="16"/>
          <w:u w:val="none"/>
        </w:rPr>
        <w:t xml:space="preserve">. </w:t>
      </w:r>
      <w:r>
        <w:rPr>
          <w:b w:val="0"/>
          <w:i w:val="0"/>
          <w:smallCaps w:val="0"/>
          <w:strike w:val="0"/>
          <w:u w:val="single"/>
        </w:rPr>
        <w:t>This is how it works so well</w:t>
      </w:r>
      <w:r>
        <w:rPr>
          <w:b w:val="0"/>
          <w:i w:val="0"/>
          <w:smallCaps w:val="0"/>
          <w:strike w:val="0"/>
          <w:sz w:val="16"/>
          <w:u w:val="none"/>
        </w:rPr>
        <w:t>. If we don’t notice something is happening we cannot say that something has happened, only that this is how it is, nothing happened, in fact, it just is, was, and always will be. Such is its strength, its longevity. How sneaky it is, creeping along the sides of walls.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