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Black capitalism and IP rights in particular are key to racial progress that gives full rights to black creators and undermines a legacy of theft and exploitation by corporations</w:t>
      </w:r>
      <w:r>
        <w:rPr>
          <w:b/>
          <w:i w:val="0"/>
          <w:smallCaps w:val="0"/>
          <w:strike w:val="0"/>
          <w:sz w:val="26"/>
          <w:u w:val="none"/>
        </w:rPr>
        <w:t>.</w:t>
      </w:r>
    </w:p>
    <w:p>
      <w:pPr>
        <w:spacing w:after="80"/>
      </w:pPr>
      <w:r>
        <w:rPr>
          <w:b/>
          <w:i w:val="0"/>
          <w:smallCaps w:val="0"/>
          <w:strike w:val="0"/>
          <w:sz w:val="26"/>
          <w:u w:val="none"/>
        </w:rPr>
        <w:t xml:space="preserve">Vats </w:t>
      </w:r>
      <w:r>
        <w:rPr>
          <w:b/>
          <w:i w:val="0"/>
          <w:smallCaps w:val="0"/>
          <w:strike w:val="0"/>
          <w:sz w:val="26"/>
          <w:u w:val="none"/>
        </w:rPr>
        <w:t>’</w:t>
      </w:r>
      <w:r>
        <w:rPr>
          <w:b/>
          <w:i w:val="0"/>
          <w:smallCaps w:val="0"/>
          <w:strike w:val="0"/>
          <w:sz w:val="26"/>
          <w:u w:val="none"/>
        </w:rPr>
        <w:t>19</w:t>
      </w:r>
      <w:r>
        <w:rPr>
          <w:b/>
          <w:i w:val="0"/>
          <w:smallCaps w:val="0"/>
          <w:strike w:val="0"/>
          <w:sz w:val="26"/>
          <w:u w:val="none"/>
        </w:rPr>
        <w:t xml:space="preserve"> </w:t>
      </w:r>
      <w:r>
        <w:rPr>
          <w:b w:val="0"/>
          <w:i w:val="0"/>
          <w:smallCaps w:val="0"/>
          <w:strike w:val="0"/>
          <w:u w:val="none"/>
        </w:rPr>
        <w:t>[Anjali Vats, 1-23-2019, "Prince of Intellectual Property: On Creatorship, Ownership, and Black Capitalism in Purple Afterworlds (Prince in/as Blackness)," Taylor &amp; Francis, https://www.tandfonline.com/doi/full/10.1080/10646175.2018.1523760,]//owen</w:t>
      </w:r>
      <w:r>
        <w:rPr>
          <w:b w:val="0"/>
          <w:i w:val="0"/>
          <w:smallCaps w:val="0"/>
          <w:strike w:val="0"/>
          <w:u w:val="none"/>
        </w:rPr>
        <w:t xml:space="preserve"> *brackets present in original text </w:t>
      </w:r>
    </w:p>
    <w:p>
      <w:pPr>
        <w:spacing w:after="60"/>
      </w:pPr>
      <w:r>
        <w:rPr>
          <w:b w:val="0"/>
          <w:i w:val="0"/>
          <w:smallCaps w:val="0"/>
          <w:strike w:val="0"/>
          <w:sz w:val="14"/>
          <w:u w:val="none"/>
        </w:rPr>
        <w:t>In part, Prince’s about face on music was related to industry-wide struggles over</w:t>
      </w:r>
      <w:r>
        <w:rPr>
          <w:b w:val="0"/>
          <w:i w:val="0"/>
          <w:smallCaps w:val="0"/>
          <w:strike w:val="0"/>
          <w:sz w:val="12"/>
          <w:u w:val="none"/>
        </w:rPr>
        <w:t>¶</w:t>
      </w:r>
      <w:r>
        <w:rPr>
          <w:b w:val="0"/>
          <w:i w:val="0"/>
          <w:smallCaps w:val="0"/>
          <w:strike w:val="0"/>
          <w:sz w:val="14"/>
          <w:u w:val="none"/>
        </w:rPr>
        <w:t xml:space="preserve"> copyright infringement, specifically music piracy. Prince redoubled his efforts to combat</w:t>
      </w:r>
      <w:r>
        <w:rPr>
          <w:b w:val="0"/>
          <w:i w:val="0"/>
          <w:smallCaps w:val="0"/>
          <w:strike w:val="0"/>
          <w:sz w:val="12"/>
          <w:u w:val="none"/>
        </w:rPr>
        <w:t>¶</w:t>
      </w:r>
      <w:r>
        <w:rPr>
          <w:b w:val="0"/>
          <w:i w:val="0"/>
          <w:smallCaps w:val="0"/>
          <w:strike w:val="0"/>
          <w:sz w:val="14"/>
          <w:u w:val="none"/>
        </w:rPr>
        <w:t xml:space="preserve"> piracy, including copyright infringement of his music and images, sometimes alienating</w:t>
      </w:r>
      <w:r>
        <w:rPr>
          <w:b w:val="0"/>
          <w:i w:val="0"/>
          <w:smallCaps w:val="0"/>
          <w:strike w:val="0"/>
          <w:sz w:val="12"/>
          <w:u w:val="none"/>
        </w:rPr>
        <w:t>¶</w:t>
      </w:r>
      <w:r>
        <w:rPr>
          <w:b w:val="0"/>
          <w:i w:val="0"/>
          <w:smallCaps w:val="0"/>
          <w:strike w:val="0"/>
          <w:sz w:val="14"/>
          <w:u w:val="none"/>
        </w:rPr>
        <w:t xml:space="preserve"> his fans with his zealousness. Yet </w:t>
      </w:r>
      <w:r>
        <w:rPr>
          <w:b w:val="0"/>
          <w:i w:val="0"/>
          <w:smallCaps w:val="0"/>
          <w:strike w:val="0"/>
          <w:sz w:val="22"/>
          <w:u w:val="single"/>
        </w:rPr>
        <w:t xml:space="preserve">in pushing for </w:t>
      </w:r>
      <w:r>
        <w:rPr>
          <w:b w:val="0"/>
          <w:i w:val="0"/>
          <w:smallCaps w:val="0"/>
          <w:strike w:val="0"/>
          <w:sz w:val="22"/>
          <w:highlight w:val="cyan"/>
          <w:u w:val="single"/>
        </w:rPr>
        <w:t>strong copyright protection,</w:t>
      </w:r>
      <w:r>
        <w:rPr>
          <w:b w:val="0"/>
          <w:i w:val="0"/>
          <w:smallCaps w:val="0"/>
          <w:strike w:val="0"/>
          <w:sz w:val="22"/>
          <w:u w:val="single"/>
        </w:rPr>
        <w:t xml:space="preserve"> </w:t>
      </w:r>
      <w:r>
        <w:rPr>
          <w:b/>
          <w:i w:val="0"/>
          <w:smallCaps w:val="0"/>
          <w:strike w:val="0"/>
          <w:sz w:val="22"/>
          <w:u w:val="single"/>
        </w:rPr>
        <w:t>Prince</w:t>
      </w:r>
      <w:r>
        <w:rPr>
          <w:b/>
          <w:i w:val="0"/>
          <w:smallCaps w:val="0"/>
          <w:strike w:val="0"/>
          <w:sz w:val="12"/>
          <w:u w:val="none"/>
        </w:rPr>
        <w:t>¶</w:t>
      </w:r>
      <w:r>
        <w:rPr>
          <w:b/>
          <w:i w:val="0"/>
          <w:smallCaps w:val="0"/>
          <w:strike w:val="0"/>
          <w:sz w:val="22"/>
          <w:u w:val="single"/>
        </w:rPr>
        <w:t xml:space="preserve"> </w:t>
      </w:r>
      <w:r>
        <w:rPr>
          <w:b/>
          <w:i w:val="0"/>
          <w:smallCaps w:val="0"/>
          <w:strike w:val="0"/>
          <w:sz w:val="22"/>
          <w:highlight w:val="cyan"/>
          <w:u w:val="single"/>
        </w:rPr>
        <w:t>took aim at hundreds of years of theft and “racial plagiarism</w:t>
      </w:r>
      <w:r>
        <w:rPr>
          <w:b w:val="0"/>
          <w:i w:val="0"/>
          <w:smallCaps w:val="0"/>
          <w:strike w:val="0"/>
          <w:sz w:val="22"/>
          <w:u w:val="single"/>
        </w:rPr>
        <w:t xml:space="preserve">” (Pham, 2017) </w:t>
      </w:r>
      <w:r>
        <w:rPr>
          <w:b w:val="0"/>
          <w:i w:val="0"/>
          <w:smallCaps w:val="0"/>
          <w:strike w:val="0"/>
          <w:sz w:val="22"/>
          <w:highlight w:val="cyan"/>
          <w:u w:val="single"/>
        </w:rPr>
        <w:t>of Black</w:t>
      </w:r>
      <w:r>
        <w:rPr>
          <w:b w:val="0"/>
          <w:i w:val="0"/>
          <w:smallCaps w:val="0"/>
          <w:strike w:val="0"/>
          <w:sz w:val="12"/>
          <w:highlight w:val="cyan"/>
          <w:u w:val="single"/>
        </w:rPr>
        <w:t xml:space="preserve">¶ </w:t>
      </w:r>
      <w:r>
        <w:rPr>
          <w:b w:val="0"/>
          <w:i w:val="0"/>
          <w:smallCaps w:val="0"/>
          <w:strike w:val="0"/>
          <w:sz w:val="22"/>
          <w:highlight w:val="cyan"/>
          <w:u w:val="single"/>
        </w:rPr>
        <w:t>art,</w:t>
      </w:r>
      <w:r>
        <w:rPr>
          <w:b w:val="0"/>
          <w:i w:val="0"/>
          <w:smallCaps w:val="0"/>
          <w:strike w:val="0"/>
          <w:sz w:val="22"/>
          <w:u w:val="single"/>
        </w:rPr>
        <w:t xml:space="preserve"> including music from Blues to jazz, </w:t>
      </w:r>
      <w:r>
        <w:rPr>
          <w:b w:val="0"/>
          <w:i w:val="0"/>
          <w:smallCaps w:val="0"/>
          <w:strike w:val="0"/>
          <w:sz w:val="22"/>
          <w:highlight w:val="cyan"/>
          <w:u w:val="single"/>
        </w:rPr>
        <w:t>and the underlying commitment to treating</w:t>
      </w:r>
      <w:r>
        <w:rPr>
          <w:b w:val="0"/>
          <w:i w:val="0"/>
          <w:smallCaps w:val="0"/>
          <w:strike w:val="0"/>
          <w:sz w:val="12"/>
          <w:highlight w:val="cyan"/>
          <w:u w:val="single"/>
        </w:rPr>
        <w:t xml:space="preserve">¶ </w:t>
      </w:r>
      <w:r>
        <w:rPr>
          <w:b w:val="0"/>
          <w:i w:val="0"/>
          <w:smallCaps w:val="0"/>
          <w:strike w:val="0"/>
          <w:sz w:val="22"/>
          <w:highlight w:val="cyan"/>
          <w:u w:val="single"/>
        </w:rPr>
        <w:t>Black people as property</w:t>
      </w:r>
      <w:r>
        <w:rPr>
          <w:b w:val="0"/>
          <w:i w:val="0"/>
          <w:smallCaps w:val="0"/>
          <w:strike w:val="0"/>
          <w:sz w:val="22"/>
          <w:u w:val="single"/>
        </w:rPr>
        <w:t>, not humans.</w:t>
      </w:r>
      <w:r>
        <w:rPr>
          <w:b w:val="0"/>
          <w:i w:val="0"/>
          <w:smallCaps w:val="0"/>
          <w:strike w:val="0"/>
          <w:sz w:val="14"/>
          <w:u w:val="none"/>
        </w:rPr>
        <w:t xml:space="preserve"> Take, for instance, a statement that he made several years ago in an interview with the Guardian: “</w:t>
      </w:r>
      <w:r>
        <w:rPr>
          <w:b w:val="0"/>
          <w:i w:val="0"/>
          <w:smallCaps w:val="0"/>
          <w:strike w:val="0"/>
          <w:sz w:val="22"/>
          <w:highlight w:val="cyan"/>
          <w:u w:val="single"/>
        </w:rPr>
        <w:t>We made money</w:t>
      </w:r>
      <w:r>
        <w:rPr>
          <w:b w:val="0"/>
          <w:i w:val="0"/>
          <w:smallCaps w:val="0"/>
          <w:strike w:val="0"/>
          <w:sz w:val="22"/>
          <w:u w:val="single"/>
        </w:rPr>
        <w:t xml:space="preserve"> [online] </w:t>
      </w:r>
      <w:r>
        <w:rPr>
          <w:b w:val="0"/>
          <w:i w:val="0"/>
          <w:smallCaps w:val="0"/>
          <w:strike w:val="0"/>
          <w:sz w:val="22"/>
          <w:highlight w:val="cyan"/>
          <w:u w:val="single"/>
        </w:rPr>
        <w:t>before piracy</w:t>
      </w:r>
      <w:r>
        <w:rPr>
          <w:b w:val="0"/>
          <w:i w:val="0"/>
          <w:smallCaps w:val="0"/>
          <w:strike w:val="0"/>
          <w:sz w:val="22"/>
          <w:u w:val="single"/>
        </w:rPr>
        <w:t xml:space="preserve"> was real crazy. </w:t>
      </w:r>
      <w:r>
        <w:rPr>
          <w:b w:val="0"/>
          <w:i w:val="0"/>
          <w:smallCaps w:val="0"/>
          <w:strike w:val="0"/>
          <w:sz w:val="22"/>
          <w:highlight w:val="cyan"/>
          <w:u w:val="single"/>
        </w:rPr>
        <w:t>Nobody’s making money now except</w:t>
      </w:r>
      <w:r>
        <w:rPr>
          <w:b w:val="0"/>
          <w:i w:val="0"/>
          <w:smallCaps w:val="0"/>
          <w:strike w:val="0"/>
          <w:sz w:val="22"/>
          <w:u w:val="single"/>
        </w:rPr>
        <w:t xml:space="preserve"> phone </w:t>
      </w:r>
      <w:r>
        <w:rPr>
          <w:b w:val="0"/>
          <w:i w:val="0"/>
          <w:smallCaps w:val="0"/>
          <w:strike w:val="0"/>
          <w:sz w:val="22"/>
          <w:highlight w:val="cyan"/>
          <w:u w:val="single"/>
        </w:rPr>
        <w:t>companies,</w:t>
      </w:r>
      <w:r>
        <w:rPr>
          <w:b w:val="0"/>
          <w:i w:val="0"/>
          <w:smallCaps w:val="0"/>
          <w:strike w:val="0"/>
          <w:sz w:val="22"/>
          <w:u w:val="single"/>
        </w:rPr>
        <w:t xml:space="preserve"> Apple and</w:t>
      </w:r>
      <w:r>
        <w:rPr>
          <w:b w:val="0"/>
          <w:i w:val="0"/>
          <w:smallCaps w:val="0"/>
          <w:strike w:val="0"/>
          <w:sz w:val="12"/>
          <w:u w:val="single"/>
        </w:rPr>
        <w:t>¶</w:t>
      </w:r>
      <w:r>
        <w:rPr>
          <w:b w:val="0"/>
          <w:i w:val="0"/>
          <w:smallCaps w:val="0"/>
          <w:strike w:val="0"/>
          <w:sz w:val="12"/>
          <w:u w:val="single"/>
        </w:rPr>
        <w:t xml:space="preserve"> </w:t>
      </w:r>
      <w:r>
        <w:rPr>
          <w:b w:val="0"/>
          <w:i w:val="0"/>
          <w:smallCaps w:val="0"/>
          <w:strike w:val="0"/>
          <w:sz w:val="22"/>
          <w:u w:val="single"/>
        </w:rPr>
        <w:t>Google. I’m supposed to go to the White House to talk about copyright protection</w:t>
      </w:r>
      <w:r>
        <w:rPr>
          <w:b w:val="0"/>
          <w:i w:val="0"/>
          <w:smallCaps w:val="0"/>
          <w:strike w:val="0"/>
          <w:sz w:val="14"/>
          <w:u w:val="none"/>
        </w:rPr>
        <w:t>. It’s</w:t>
      </w:r>
      <w:r>
        <w:rPr>
          <w:b w:val="0"/>
          <w:i w:val="0"/>
          <w:smallCaps w:val="0"/>
          <w:strike w:val="0"/>
          <w:sz w:val="12"/>
          <w:u w:val="none"/>
        </w:rPr>
        <w:t>¶</w:t>
      </w:r>
      <w:r>
        <w:rPr>
          <w:b w:val="0"/>
          <w:i w:val="0"/>
          <w:smallCaps w:val="0"/>
          <w:strike w:val="0"/>
          <w:sz w:val="14"/>
          <w:u w:val="none"/>
        </w:rPr>
        <w:t xml:space="preserve"> like the gold rush out there. Or a carjacking. There’s no boundaries” (Lynskey, 2011).</w:t>
      </w:r>
      <w:r>
        <w:rPr>
          <w:b w:val="0"/>
          <w:i w:val="0"/>
          <w:smallCaps w:val="0"/>
          <w:strike w:val="0"/>
          <w:sz w:val="12"/>
          <w:u w:val="none"/>
        </w:rPr>
        <w:t>¶</w:t>
      </w:r>
      <w:r>
        <w:rPr>
          <w:b w:val="0"/>
          <w:i w:val="0"/>
          <w:smallCaps w:val="0"/>
          <w:strike w:val="0"/>
          <w:sz w:val="14"/>
          <w:u w:val="none"/>
        </w:rPr>
        <w:t xml:space="preserve"> </w:t>
      </w:r>
      <w:r>
        <w:rPr>
          <w:b w:val="0"/>
          <w:i w:val="0"/>
          <w:smallCaps w:val="0"/>
          <w:strike w:val="0"/>
          <w:sz w:val="22"/>
          <w:u w:val="single"/>
        </w:rPr>
        <w:t xml:space="preserve">Through his </w:t>
      </w:r>
      <w:r>
        <w:rPr>
          <w:b w:val="0"/>
          <w:i w:val="0"/>
          <w:smallCaps w:val="0"/>
          <w:strike w:val="0"/>
          <w:sz w:val="22"/>
          <w:highlight w:val="cyan"/>
          <w:u w:val="single"/>
        </w:rPr>
        <w:t>anti-piratical stance</w:t>
      </w:r>
      <w:r>
        <w:rPr>
          <w:b w:val="0"/>
          <w:i w:val="0"/>
          <w:smallCaps w:val="0"/>
          <w:strike w:val="0"/>
          <w:sz w:val="22"/>
          <w:u w:val="single"/>
        </w:rPr>
        <w:t xml:space="preserve">, Prince </w:t>
      </w:r>
      <w:r>
        <w:rPr>
          <w:b w:val="0"/>
          <w:i w:val="0"/>
          <w:smallCaps w:val="0"/>
          <w:strike w:val="0"/>
          <w:sz w:val="22"/>
          <w:highlight w:val="cyan"/>
          <w:u w:val="single"/>
        </w:rPr>
        <w:t>made clear that Black musicians, like their</w:t>
      </w:r>
      <w:r>
        <w:rPr>
          <w:b w:val="0"/>
          <w:i w:val="0"/>
          <w:smallCaps w:val="0"/>
          <w:strike w:val="0"/>
          <w:sz w:val="12"/>
          <w:highlight w:val="cyan"/>
          <w:u w:val="single"/>
        </w:rPr>
        <w:t xml:space="preserve">¶ </w:t>
      </w:r>
      <w:r>
        <w:rPr>
          <w:b w:val="0"/>
          <w:i w:val="0"/>
          <w:smallCaps w:val="0"/>
          <w:strike w:val="0"/>
          <w:sz w:val="22"/>
          <w:highlight w:val="cyan"/>
          <w:u w:val="single"/>
        </w:rPr>
        <w:t xml:space="preserve">White counterparts, </w:t>
      </w:r>
      <w:r>
        <w:rPr>
          <w:b/>
          <w:i w:val="0"/>
          <w:smallCaps w:val="0"/>
          <w:strike w:val="0"/>
          <w:sz w:val="22"/>
          <w:highlight w:val="cyan"/>
          <w:u w:val="single"/>
        </w:rPr>
        <w:t>deserve full property rights for their creative works</w:t>
      </w:r>
      <w:r>
        <w:rPr>
          <w:b w:val="0"/>
          <w:i w:val="0"/>
          <w:smallCaps w:val="0"/>
          <w:strike w:val="0"/>
          <w:sz w:val="14"/>
          <w:highlight w:val="cyan"/>
          <w:u w:val="none"/>
        </w:rPr>
        <w:t>.</w:t>
      </w:r>
      <w:r>
        <w:rPr>
          <w:b w:val="0"/>
          <w:i w:val="0"/>
          <w:smallCaps w:val="0"/>
          <w:strike w:val="0"/>
          <w:sz w:val="14"/>
          <w:u w:val="none"/>
        </w:rPr>
        <w:t xml:space="preserve"> Prince’s call</w:t>
      </w:r>
      <w:r>
        <w:rPr>
          <w:b w:val="0"/>
          <w:i w:val="0"/>
          <w:smallCaps w:val="0"/>
          <w:strike w:val="0"/>
          <w:sz w:val="12"/>
          <w:u w:val="none"/>
        </w:rPr>
        <w:t>¶</w:t>
      </w:r>
      <w:r>
        <w:rPr>
          <w:b w:val="0"/>
          <w:i w:val="0"/>
          <w:smallCaps w:val="0"/>
          <w:strike w:val="0"/>
          <w:sz w:val="14"/>
          <w:u w:val="none"/>
        </w:rPr>
        <w:t xml:space="preserve"> for property ownership in the Rally 4 Peace was </w:t>
      </w:r>
      <w:r>
        <w:rPr>
          <w:b w:val="0"/>
          <w:i w:val="0"/>
          <w:smallCaps w:val="0"/>
          <w:strike w:val="0"/>
          <w:sz w:val="22"/>
          <w:highlight w:val="cyan"/>
          <w:u w:val="single"/>
        </w:rPr>
        <w:t xml:space="preserve">emblematic of </w:t>
      </w:r>
      <w:r>
        <w:rPr>
          <w:b w:val="0"/>
          <w:i w:val="0"/>
          <w:smallCaps w:val="0"/>
          <w:strike w:val="0"/>
          <w:sz w:val="22"/>
          <w:u w:val="single"/>
        </w:rPr>
        <w:t xml:space="preserve">his </w:t>
      </w:r>
      <w:r>
        <w:rPr>
          <w:b w:val="0"/>
          <w:i w:val="0"/>
          <w:smallCaps w:val="0"/>
          <w:strike w:val="0"/>
          <w:sz w:val="22"/>
          <w:highlight w:val="cyan"/>
          <w:u w:val="single"/>
        </w:rPr>
        <w:t>embrace of Black</w:t>
      </w:r>
      <w:r>
        <w:rPr>
          <w:b w:val="0"/>
          <w:i w:val="0"/>
          <w:smallCaps w:val="0"/>
          <w:strike w:val="0"/>
          <w:sz w:val="12"/>
          <w:highlight w:val="cyan"/>
          <w:u w:val="single"/>
        </w:rPr>
        <w:t xml:space="preserve">¶ </w:t>
      </w:r>
      <w:r>
        <w:rPr>
          <w:b w:val="0"/>
          <w:i w:val="0"/>
          <w:smallCaps w:val="0"/>
          <w:strike w:val="0"/>
          <w:sz w:val="22"/>
          <w:highlight w:val="cyan"/>
          <w:u w:val="single"/>
        </w:rPr>
        <w:t>capitalism</w:t>
      </w:r>
      <w:r>
        <w:rPr>
          <w:b w:val="0"/>
          <w:i w:val="0"/>
          <w:smallCaps w:val="0"/>
          <w:strike w:val="0"/>
          <w:sz w:val="14"/>
          <w:u w:val="none"/>
        </w:rPr>
        <w:t xml:space="preserve"> as is his lyric in “Dear Mr. Man,” “</w:t>
      </w:r>
      <w:r>
        <w:rPr>
          <w:b w:val="0"/>
          <w:i w:val="0"/>
          <w:smallCaps w:val="0"/>
          <w:strike w:val="0"/>
          <w:sz w:val="22"/>
          <w:highlight w:val="cyan"/>
          <w:u w:val="single"/>
        </w:rPr>
        <w:t>Your thousand years are up; now you got</w:t>
      </w:r>
      <w:r>
        <w:rPr>
          <w:b w:val="0"/>
          <w:i w:val="0"/>
          <w:smallCaps w:val="0"/>
          <w:strike w:val="0"/>
          <w:sz w:val="12"/>
          <w:highlight w:val="cyan"/>
          <w:u w:val="single"/>
        </w:rPr>
        <w:t xml:space="preserve">¶ </w:t>
      </w:r>
      <w:r>
        <w:rPr>
          <w:b w:val="0"/>
          <w:i w:val="0"/>
          <w:smallCaps w:val="0"/>
          <w:strike w:val="0"/>
          <w:sz w:val="22"/>
          <w:highlight w:val="cyan"/>
          <w:u w:val="single"/>
        </w:rPr>
        <w:t>to share the land</w:t>
      </w:r>
      <w:r>
        <w:rPr>
          <w:b w:val="0"/>
          <w:i w:val="0"/>
          <w:smallCaps w:val="0"/>
          <w:strike w:val="0"/>
          <w:sz w:val="22"/>
          <w:u w:val="single"/>
        </w:rPr>
        <w:t>.</w:t>
      </w:r>
      <w:r>
        <w:rPr>
          <w:b w:val="0"/>
          <w:i w:val="0"/>
          <w:smallCaps w:val="0"/>
          <w:strike w:val="0"/>
          <w:sz w:val="14"/>
          <w:u w:val="none"/>
        </w:rPr>
        <w:t xml:space="preserve">” Prince crafted a narrative of </w:t>
      </w:r>
      <w:r>
        <w:rPr>
          <w:b/>
          <w:i w:val="0"/>
          <w:smallCaps w:val="0"/>
          <w:strike w:val="0"/>
          <w:sz w:val="22"/>
          <w:highlight w:val="cyan"/>
          <w:u w:val="single"/>
        </w:rPr>
        <w:t>Black entrepreneurship and Black communitarianism</w:t>
      </w:r>
      <w:r>
        <w:rPr>
          <w:b w:val="0"/>
          <w:i w:val="0"/>
          <w:smallCaps w:val="0"/>
          <w:strike w:val="0"/>
          <w:sz w:val="22"/>
          <w:u w:val="single"/>
        </w:rPr>
        <w:t xml:space="preserve"> </w:t>
      </w:r>
      <w:r>
        <w:rPr>
          <w:b w:val="0"/>
          <w:i w:val="0"/>
          <w:smallCaps w:val="0"/>
          <w:strike w:val="0"/>
          <w:sz w:val="14"/>
          <w:u w:val="none"/>
        </w:rPr>
        <w:t>that</w:t>
      </w:r>
      <w:r>
        <w:rPr>
          <w:b w:val="0"/>
          <w:i w:val="0"/>
          <w:smallCaps w:val="0"/>
          <w:strike w:val="0"/>
          <w:sz w:val="22"/>
          <w:u w:val="single"/>
        </w:rPr>
        <w:t xml:space="preserve"> </w:t>
      </w:r>
      <w:r>
        <w:rPr>
          <w:b w:val="0"/>
          <w:i w:val="0"/>
          <w:smallCaps w:val="0"/>
          <w:strike w:val="0"/>
          <w:sz w:val="22"/>
          <w:highlight w:val="cyan"/>
          <w:u w:val="single"/>
        </w:rPr>
        <w:t>celebrates the work of Black creators and values Black lives</w:t>
      </w:r>
      <w:r>
        <w:rPr>
          <w:b w:val="0"/>
          <w:i w:val="0"/>
          <w:smallCaps w:val="0"/>
          <w:strike w:val="0"/>
          <w:sz w:val="22"/>
          <w:u w:val="single"/>
        </w:rPr>
        <w:t>. In</w:t>
      </w:r>
      <w:r>
        <w:rPr>
          <w:b w:val="0"/>
          <w:i w:val="0"/>
          <w:smallCaps w:val="0"/>
          <w:strike w:val="0"/>
          <w:sz w:val="12"/>
          <w:u w:val="single"/>
        </w:rPr>
        <w:t>¶</w:t>
      </w:r>
      <w:r>
        <w:rPr>
          <w:b w:val="0"/>
          <w:i w:val="0"/>
          <w:smallCaps w:val="0"/>
          <w:strike w:val="0"/>
          <w:sz w:val="12"/>
          <w:u w:val="single"/>
        </w:rPr>
        <w:t xml:space="preserve"> </w:t>
      </w:r>
      <w:r>
        <w:rPr>
          <w:b w:val="0"/>
          <w:i w:val="0"/>
          <w:smallCaps w:val="0"/>
          <w:strike w:val="0"/>
          <w:sz w:val="14"/>
          <w:u w:val="none"/>
        </w:rPr>
        <w:t>Prince’s narrative, Black people are equal citizens who have a right to access the</w:t>
      </w:r>
      <w:r>
        <w:rPr>
          <w:b w:val="0"/>
          <w:i w:val="0"/>
          <w:smallCaps w:val="0"/>
          <w:strike w:val="0"/>
          <w:sz w:val="12"/>
          <w:u w:val="none"/>
        </w:rPr>
        <w:t>¶</w:t>
      </w:r>
      <w:r>
        <w:rPr>
          <w:b w:val="0"/>
          <w:i w:val="0"/>
          <w:smallCaps w:val="0"/>
          <w:strike w:val="0"/>
          <w:sz w:val="14"/>
          <w:u w:val="none"/>
        </w:rPr>
        <w:t xml:space="preserve"> American Dream, which James Baldwin argues in his famous speech “The American</w:t>
      </w:r>
      <w:r>
        <w:rPr>
          <w:b w:val="0"/>
          <w:i w:val="0"/>
          <w:smallCaps w:val="0"/>
          <w:strike w:val="0"/>
          <w:sz w:val="12"/>
          <w:u w:val="none"/>
        </w:rPr>
        <w:t>¶</w:t>
      </w:r>
      <w:r>
        <w:rPr>
          <w:b w:val="0"/>
          <w:i w:val="0"/>
          <w:smallCaps w:val="0"/>
          <w:strike w:val="0"/>
          <w:sz w:val="14"/>
          <w:u w:val="none"/>
        </w:rPr>
        <w:t xml:space="preserve"> Dream and the American Negro,” was never granted to them (Baldwin, 1965). Unlike</w:t>
      </w:r>
      <w:r>
        <w:rPr>
          <w:b w:val="0"/>
          <w:i w:val="0"/>
          <w:smallCaps w:val="0"/>
          <w:strike w:val="0"/>
          <w:sz w:val="12"/>
          <w:u w:val="none"/>
        </w:rPr>
        <w:t>¶</w:t>
      </w:r>
      <w:r>
        <w:rPr>
          <w:b w:val="0"/>
          <w:i w:val="0"/>
          <w:smallCaps w:val="0"/>
          <w:strike w:val="0"/>
          <w:sz w:val="14"/>
          <w:u w:val="none"/>
        </w:rPr>
        <w:t xml:space="preserve"> in the world of racial capitalism that Cedric Robinson pointedly noted has existed since</w:t>
      </w:r>
      <w:r>
        <w:rPr>
          <w:b w:val="0"/>
          <w:i w:val="0"/>
          <w:smallCaps w:val="0"/>
          <w:strike w:val="0"/>
          <w:sz w:val="12"/>
          <w:u w:val="none"/>
        </w:rPr>
        <w:t>¶</w:t>
      </w:r>
      <w:r>
        <w:rPr>
          <w:b w:val="0"/>
          <w:i w:val="0"/>
          <w:smallCaps w:val="0"/>
          <w:strike w:val="0"/>
          <w:sz w:val="14"/>
          <w:u w:val="none"/>
        </w:rPr>
        <w:t xml:space="preserve"> the beginning of colonialism, </w:t>
      </w:r>
      <w:r>
        <w:rPr>
          <w:b w:val="0"/>
          <w:i w:val="0"/>
          <w:smallCaps w:val="0"/>
          <w:strike w:val="0"/>
          <w:sz w:val="22"/>
          <w:u w:val="single"/>
        </w:rPr>
        <w:t xml:space="preserve">Prince’s </w:t>
      </w:r>
      <w:r>
        <w:rPr>
          <w:b w:val="0"/>
          <w:i w:val="0"/>
          <w:smallCaps w:val="0"/>
          <w:strike w:val="0"/>
          <w:sz w:val="22"/>
          <w:highlight w:val="cyan"/>
          <w:u w:val="single"/>
        </w:rPr>
        <w:t>Black capitalism imagines new and powerful labor</w:t>
      </w:r>
      <w:r>
        <w:rPr>
          <w:b w:val="0"/>
          <w:i w:val="0"/>
          <w:smallCaps w:val="0"/>
          <w:strike w:val="0"/>
          <w:sz w:val="12"/>
          <w:highlight w:val="cyan"/>
          <w:u w:val="single"/>
        </w:rPr>
        <w:t xml:space="preserve">¶ </w:t>
      </w:r>
      <w:r>
        <w:rPr>
          <w:b w:val="0"/>
          <w:i w:val="0"/>
          <w:smallCaps w:val="0"/>
          <w:strike w:val="0"/>
          <w:sz w:val="22"/>
          <w:highlight w:val="cyan"/>
          <w:u w:val="single"/>
        </w:rPr>
        <w:t>and commodity relations</w:t>
      </w:r>
      <w:r>
        <w:rPr>
          <w:b w:val="0"/>
          <w:i w:val="0"/>
          <w:smallCaps w:val="0"/>
          <w:strike w:val="0"/>
          <w:sz w:val="22"/>
          <w:u w:val="single"/>
        </w:rPr>
        <w:t xml:space="preserve">. </w:t>
      </w:r>
      <w:r>
        <w:rPr>
          <w:b w:val="0"/>
          <w:i w:val="0"/>
          <w:smallCaps w:val="0"/>
          <w:strike w:val="0"/>
          <w:sz w:val="14"/>
          <w:u w:val="none"/>
        </w:rPr>
        <w:t>Although Black capitalism, as Prince imagines it, is not radically invested in undoing the inequities produced by capitalism or intellectual property</w:t>
      </w:r>
      <w:r>
        <w:rPr>
          <w:b w:val="0"/>
          <w:i w:val="0"/>
          <w:smallCaps w:val="0"/>
          <w:strike w:val="0"/>
          <w:sz w:val="12"/>
          <w:u w:val="none"/>
        </w:rPr>
        <w:t>¶</w:t>
      </w:r>
      <w:r>
        <w:rPr>
          <w:b w:val="0"/>
          <w:i w:val="0"/>
          <w:smallCaps w:val="0"/>
          <w:strike w:val="0"/>
          <w:sz w:val="14"/>
          <w:u w:val="none"/>
        </w:rPr>
        <w:t xml:space="preserve"> law, it is </w:t>
      </w:r>
      <w:r>
        <w:rPr>
          <w:b w:val="0"/>
          <w:i w:val="0"/>
          <w:smallCaps w:val="0"/>
          <w:strike w:val="0"/>
          <w:sz w:val="22"/>
          <w:highlight w:val="cyan"/>
          <w:u w:val="single"/>
        </w:rPr>
        <w:t>invested in undoing the racist logics that make dispossession and disenfranchisement thinkable political and social options</w:t>
      </w:r>
      <w:r>
        <w:rPr>
          <w:b w:val="0"/>
          <w:i w:val="0"/>
          <w:smallCaps w:val="0"/>
          <w:strike w:val="0"/>
          <w:sz w:val="14"/>
          <w:u w:val="none"/>
        </w:rPr>
        <w:t>. Prince’s imaginings of commodity relations have formed the foundations for a popular cultural narrative of Black capitalism in which Black art merits respect and protection. For instance, Fox’s hit television show, Empire, takes up Prince’s piracy narrative</w:t>
      </w:r>
      <w:r>
        <w:rPr>
          <w:b w:val="0"/>
          <w:i w:val="0"/>
          <w:smallCaps w:val="0"/>
          <w:strike w:val="0"/>
          <w:sz w:val="12"/>
          <w:u w:val="none"/>
        </w:rPr>
        <w:t>¶</w:t>
      </w:r>
      <w:r>
        <w:rPr>
          <w:b w:val="0"/>
          <w:i w:val="0"/>
          <w:smallCaps w:val="0"/>
          <w:strike w:val="0"/>
          <w:sz w:val="14"/>
          <w:u w:val="none"/>
        </w:rPr>
        <w:t xml:space="preserve"> with surprising realism. In the first episode of the show, rap and R &amp; B magnate</w:t>
      </w:r>
      <w:r>
        <w:rPr>
          <w:b w:val="0"/>
          <w:i w:val="0"/>
          <w:smallCaps w:val="0"/>
          <w:strike w:val="0"/>
          <w:sz w:val="12"/>
          <w:u w:val="none"/>
        </w:rPr>
        <w:t>¶</w:t>
      </w:r>
      <w:r>
        <w:rPr>
          <w:b w:val="0"/>
          <w:i w:val="0"/>
          <w:smallCaps w:val="0"/>
          <w:strike w:val="0"/>
          <w:sz w:val="14"/>
          <w:u w:val="none"/>
        </w:rPr>
        <w:t xml:space="preserve"> Lucious Lyon explains in a prelude to announcing that his company is going public, in</w:t>
      </w:r>
      <w:r>
        <w:rPr>
          <w:b w:val="0"/>
          <w:i w:val="0"/>
          <w:smallCaps w:val="0"/>
          <w:strike w:val="0"/>
          <w:sz w:val="12"/>
          <w:u w:val="none"/>
        </w:rPr>
        <w:t>¶</w:t>
      </w:r>
      <w:r>
        <w:rPr>
          <w:b w:val="0"/>
          <w:i w:val="0"/>
          <w:smallCaps w:val="0"/>
          <w:strike w:val="0"/>
          <w:sz w:val="14"/>
          <w:u w:val="none"/>
        </w:rPr>
        <w:t xml:space="preserve"> words almost identical to those that Prince used just a few years earlier before testifying</w:t>
      </w:r>
      <w:r>
        <w:rPr>
          <w:b w:val="0"/>
          <w:i w:val="0"/>
          <w:smallCaps w:val="0"/>
          <w:strike w:val="0"/>
          <w:sz w:val="12"/>
          <w:u w:val="none"/>
        </w:rPr>
        <w:t>¶</w:t>
      </w:r>
      <w:r>
        <w:rPr>
          <w:b w:val="0"/>
          <w:i w:val="0"/>
          <w:smallCaps w:val="0"/>
          <w:strike w:val="0"/>
          <w:sz w:val="14"/>
          <w:u w:val="none"/>
        </w:rPr>
        <w:t xml:space="preserve"> about copyright policy before Congress:</w:t>
      </w:r>
      <w:r>
        <w:rPr>
          <w:b w:val="0"/>
          <w:i w:val="0"/>
          <w:smallCaps w:val="0"/>
          <w:strike w:val="0"/>
          <w:sz w:val="12"/>
          <w:u w:val="none"/>
        </w:rPr>
        <w:t>¶</w:t>
      </w:r>
      <w:r>
        <w:rPr>
          <w:b w:val="0"/>
          <w:i w:val="0"/>
          <w:smallCaps w:val="0"/>
          <w:strike w:val="0"/>
          <w:sz w:val="14"/>
          <w:u w:val="none"/>
        </w:rPr>
        <w:t xml:space="preserve"> I started selling drugs when I was nine years old in Philadelphia. I did it to feed myself.</w:t>
      </w:r>
      <w:r>
        <w:rPr>
          <w:b w:val="0"/>
          <w:i w:val="0"/>
          <w:smallCaps w:val="0"/>
          <w:strike w:val="0"/>
          <w:sz w:val="12"/>
          <w:u w:val="none"/>
        </w:rPr>
        <w:t>¶</w:t>
      </w:r>
      <w:r>
        <w:rPr>
          <w:b w:val="0"/>
          <w:i w:val="0"/>
          <w:smallCaps w:val="0"/>
          <w:strike w:val="0"/>
          <w:sz w:val="14"/>
          <w:u w:val="none"/>
        </w:rPr>
        <w:t xml:space="preserve"> But it was the music that played in my head that kept me alive when I thought I was</w:t>
      </w:r>
      <w:r>
        <w:rPr>
          <w:b w:val="0"/>
          <w:i w:val="0"/>
          <w:smallCaps w:val="0"/>
          <w:strike w:val="0"/>
          <w:sz w:val="12"/>
          <w:u w:val="none"/>
        </w:rPr>
        <w:t>¶</w:t>
      </w:r>
      <w:r>
        <w:rPr>
          <w:b w:val="0"/>
          <w:i w:val="0"/>
          <w:smallCaps w:val="0"/>
          <w:strike w:val="0"/>
          <w:sz w:val="14"/>
          <w:u w:val="none"/>
        </w:rPr>
        <w:t xml:space="preserve"> gonna get shot … Times have changed, though. The Internet has destroyed the musician’s</w:t>
      </w:r>
      <w:r>
        <w:rPr>
          <w:b w:val="0"/>
          <w:i w:val="0"/>
          <w:smallCaps w:val="0"/>
          <w:strike w:val="0"/>
          <w:sz w:val="12"/>
          <w:u w:val="none"/>
        </w:rPr>
        <w:t>¶</w:t>
      </w:r>
      <w:r>
        <w:rPr>
          <w:b w:val="0"/>
          <w:i w:val="0"/>
          <w:smallCaps w:val="0"/>
          <w:strike w:val="0"/>
          <w:sz w:val="14"/>
          <w:u w:val="none"/>
        </w:rPr>
        <w:t xml:space="preserve"> ability to make money because our work is downloaded for free online. And now it’s</w:t>
      </w:r>
      <w:r>
        <w:rPr>
          <w:b w:val="0"/>
          <w:i w:val="0"/>
          <w:smallCaps w:val="0"/>
          <w:strike w:val="0"/>
          <w:sz w:val="12"/>
          <w:u w:val="none"/>
        </w:rPr>
        <w:t>¶</w:t>
      </w:r>
      <w:r>
        <w:rPr>
          <w:b w:val="0"/>
          <w:i w:val="0"/>
          <w:smallCaps w:val="0"/>
          <w:strike w:val="0"/>
          <w:sz w:val="14"/>
          <w:u w:val="none"/>
        </w:rPr>
        <w:t xml:space="preserve"> impossible for the disenfranchised kids growing up in the projects to overcome poverty the</w:t>
      </w:r>
      <w:r>
        <w:rPr>
          <w:b w:val="0"/>
          <w:i w:val="0"/>
          <w:smallCaps w:val="0"/>
          <w:strike w:val="0"/>
          <w:sz w:val="12"/>
          <w:u w:val="none"/>
        </w:rPr>
        <w:t>¶</w:t>
      </w:r>
      <w:r>
        <w:rPr>
          <w:b w:val="0"/>
          <w:i w:val="0"/>
          <w:smallCaps w:val="0"/>
          <w:strike w:val="0"/>
          <w:sz w:val="14"/>
          <w:u w:val="none"/>
        </w:rPr>
        <w:t xml:space="preserve"> way that I did. We are gonna change all of that. (Empire, 2015)</w:t>
      </w:r>
      <w:r>
        <w:rPr>
          <w:b w:val="0"/>
          <w:i w:val="0"/>
          <w:smallCaps w:val="0"/>
          <w:strike w:val="0"/>
          <w:sz w:val="12"/>
          <w:u w:val="none"/>
        </w:rPr>
        <w:t>¶</w:t>
      </w:r>
      <w:r>
        <w:rPr>
          <w:b w:val="0"/>
          <w:i w:val="0"/>
          <w:smallCaps w:val="0"/>
          <w:strike w:val="0"/>
          <w:sz w:val="14"/>
          <w:u w:val="none"/>
        </w:rPr>
        <w:t xml:space="preserve"> In Lucious’ fictional world, Empire Entertainment posits itself as the protector of the</w:t>
      </w:r>
      <w:r>
        <w:rPr>
          <w:b w:val="0"/>
          <w:i w:val="0"/>
          <w:smallCaps w:val="0"/>
          <w:strike w:val="0"/>
          <w:sz w:val="12"/>
          <w:u w:val="none"/>
        </w:rPr>
        <w:t>¶</w:t>
      </w:r>
      <w:r>
        <w:rPr>
          <w:b w:val="0"/>
          <w:i w:val="0"/>
          <w:smallCaps w:val="0"/>
          <w:strike w:val="0"/>
          <w:sz w:val="14"/>
          <w:u w:val="none"/>
        </w:rPr>
        <w:t xml:space="preserve"> Black urban poor, providing a way out of the confines of the structural oppression of</w:t>
      </w:r>
      <w:r>
        <w:rPr>
          <w:b w:val="0"/>
          <w:i w:val="0"/>
          <w:smallCaps w:val="0"/>
          <w:strike w:val="0"/>
          <w:sz w:val="12"/>
          <w:u w:val="none"/>
        </w:rPr>
        <w:t>¶</w:t>
      </w:r>
      <w:r>
        <w:rPr>
          <w:b w:val="0"/>
          <w:i w:val="0"/>
          <w:smallCaps w:val="0"/>
          <w:strike w:val="0"/>
          <w:sz w:val="14"/>
          <w:u w:val="none"/>
        </w:rPr>
        <w:t xml:space="preserve"> race and class. Lucious, in selling Empire Entertainment, asserts that Black musicians,</w:t>
      </w:r>
      <w:r>
        <w:rPr>
          <w:b w:val="0"/>
          <w:i w:val="0"/>
          <w:smallCaps w:val="0"/>
          <w:strike w:val="0"/>
          <w:sz w:val="12"/>
          <w:u w:val="none"/>
        </w:rPr>
        <w:t>¶</w:t>
      </w:r>
      <w:r>
        <w:rPr>
          <w:b w:val="0"/>
          <w:i w:val="0"/>
          <w:smallCaps w:val="0"/>
          <w:strike w:val="0"/>
          <w:sz w:val="14"/>
          <w:u w:val="none"/>
        </w:rPr>
        <w:t xml:space="preserve"> particularly during the rise of rap and hip hop, used music as a tool of racial uplift. The</w:t>
      </w:r>
      <w:r>
        <w:rPr>
          <w:b w:val="0"/>
          <w:i w:val="0"/>
          <w:smallCaps w:val="0"/>
          <w:strike w:val="0"/>
          <w:sz w:val="12"/>
          <w:u w:val="none"/>
        </w:rPr>
        <w:t>¶</w:t>
      </w:r>
      <w:r>
        <w:rPr>
          <w:b w:val="0"/>
          <w:i w:val="0"/>
          <w:smallCaps w:val="0"/>
          <w:strike w:val="0"/>
          <w:sz w:val="14"/>
          <w:u w:val="none"/>
        </w:rPr>
        <w:t xml:space="preserve"> realities of intellectual property ownership are more complicated than Empire would</w:t>
      </w:r>
      <w:r>
        <w:rPr>
          <w:b w:val="0"/>
          <w:i w:val="0"/>
          <w:smallCaps w:val="0"/>
          <w:strike w:val="0"/>
          <w:sz w:val="12"/>
          <w:u w:val="none"/>
        </w:rPr>
        <w:t>¶</w:t>
      </w:r>
      <w:r>
        <w:rPr>
          <w:b w:val="0"/>
          <w:i w:val="0"/>
          <w:smallCaps w:val="0"/>
          <w:strike w:val="0"/>
          <w:sz w:val="14"/>
          <w:u w:val="none"/>
        </w:rPr>
        <w:t xml:space="preserve"> have us believe. After all, for an artist to own their catalog is likely a necessary, though</w:t>
      </w:r>
      <w:r>
        <w:rPr>
          <w:b w:val="0"/>
          <w:i w:val="0"/>
          <w:smallCaps w:val="0"/>
          <w:strike w:val="0"/>
          <w:sz w:val="12"/>
          <w:u w:val="none"/>
        </w:rPr>
        <w:t>¶</w:t>
      </w:r>
      <w:r>
        <w:rPr>
          <w:b w:val="0"/>
          <w:i w:val="0"/>
          <w:smallCaps w:val="0"/>
          <w:strike w:val="0"/>
          <w:sz w:val="14"/>
          <w:u w:val="none"/>
        </w:rPr>
        <w:t xml:space="preserve"> not sufficient, means of undoing the structural inequalities that fuel systematic oppression. Nonetheless, the music mogul’s own success is represented in the show as a means</w:t>
      </w:r>
      <w:r>
        <w:rPr>
          <w:b w:val="0"/>
          <w:i w:val="0"/>
          <w:smallCaps w:val="0"/>
          <w:strike w:val="0"/>
          <w:sz w:val="12"/>
          <w:u w:val="none"/>
        </w:rPr>
        <w:t>¶</w:t>
      </w:r>
      <w:r>
        <w:rPr>
          <w:b w:val="0"/>
          <w:i w:val="0"/>
          <w:smallCaps w:val="0"/>
          <w:strike w:val="0"/>
          <w:sz w:val="14"/>
          <w:u w:val="none"/>
        </w:rPr>
        <w:t xml:space="preserve"> of empowering Black youth. In a scene later in the season, at Cousin Bunky’s funeral,</w:t>
      </w:r>
      <w:r>
        <w:rPr>
          <w:b w:val="0"/>
          <w:i w:val="0"/>
          <w:smallCaps w:val="0"/>
          <w:strike w:val="0"/>
          <w:sz w:val="12"/>
          <w:u w:val="none"/>
        </w:rPr>
        <w:t>¶</w:t>
      </w:r>
      <w:r>
        <w:rPr>
          <w:b w:val="0"/>
          <w:i w:val="0"/>
          <w:smallCaps w:val="0"/>
          <w:strike w:val="0"/>
          <w:sz w:val="14"/>
          <w:u w:val="none"/>
        </w:rPr>
        <w:t xml:space="preserve"> Lucious gives a child an advance on his first record, symbolically showing how he parlays</w:t>
      </w:r>
      <w:r>
        <w:rPr>
          <w:b w:val="0"/>
          <w:i w:val="0"/>
          <w:smallCaps w:val="0"/>
          <w:strike w:val="0"/>
          <w:sz w:val="12"/>
          <w:u w:val="none"/>
        </w:rPr>
        <w:t>¶</w:t>
      </w:r>
      <w:r>
        <w:rPr>
          <w:b w:val="0"/>
          <w:i w:val="0"/>
          <w:smallCaps w:val="0"/>
          <w:strike w:val="0"/>
          <w:sz w:val="14"/>
          <w:u w:val="none"/>
        </w:rPr>
        <w:t xml:space="preserve"> his success into support for the Black community. The micronarrative of copyright law</w:t>
      </w:r>
      <w:r>
        <w:rPr>
          <w:b w:val="0"/>
          <w:i w:val="0"/>
          <w:smallCaps w:val="0"/>
          <w:strike w:val="0"/>
          <w:sz w:val="12"/>
          <w:u w:val="none"/>
        </w:rPr>
        <w:t>¶</w:t>
      </w:r>
      <w:r>
        <w:rPr>
          <w:b w:val="0"/>
          <w:i w:val="0"/>
          <w:smallCaps w:val="0"/>
          <w:strike w:val="0"/>
          <w:sz w:val="14"/>
          <w:u w:val="none"/>
        </w:rPr>
        <w:t xml:space="preserve"> and creatorship that show creator Lee Daniels tells through Lucious is part of a notably</w:t>
      </w:r>
      <w:r>
        <w:rPr>
          <w:b w:val="0"/>
          <w:i w:val="0"/>
          <w:smallCaps w:val="0"/>
          <w:strike w:val="0"/>
          <w:sz w:val="12"/>
          <w:u w:val="none"/>
        </w:rPr>
        <w:t>¶</w:t>
      </w:r>
      <w:r>
        <w:rPr>
          <w:b w:val="0"/>
          <w:i w:val="0"/>
          <w:smallCaps w:val="0"/>
          <w:strike w:val="0"/>
          <w:sz w:val="14"/>
          <w:u w:val="none"/>
        </w:rPr>
        <w:t xml:space="preserve"> intersectional, though still quite imperfect, story of Black creatorship and Black entrepreneurism that the show weaves. In later seasons of the show, Cookie, not Lucious,</w:t>
      </w:r>
      <w:r>
        <w:rPr>
          <w:b w:val="0"/>
          <w:i w:val="0"/>
          <w:smallCaps w:val="0"/>
          <w:strike w:val="0"/>
          <w:sz w:val="12"/>
          <w:u w:val="none"/>
        </w:rPr>
        <w:t>¶</w:t>
      </w:r>
      <w:r>
        <w:rPr>
          <w:b w:val="0"/>
          <w:i w:val="0"/>
          <w:smallCaps w:val="0"/>
          <w:strike w:val="0"/>
          <w:sz w:val="14"/>
          <w:u w:val="none"/>
        </w:rPr>
        <w:t xml:space="preserve"> becomes the hustler extraordinaire that keeps the company and the family together. She</w:t>
      </w:r>
      <w:r>
        <w:rPr>
          <w:b w:val="0"/>
          <w:i w:val="0"/>
          <w:smallCaps w:val="0"/>
          <w:strike w:val="0"/>
          <w:sz w:val="12"/>
          <w:u w:val="none"/>
        </w:rPr>
        <w:t>¶</w:t>
      </w:r>
      <w:r>
        <w:rPr>
          <w:b w:val="0"/>
          <w:i w:val="0"/>
          <w:smallCaps w:val="0"/>
          <w:strike w:val="0"/>
          <w:sz w:val="14"/>
          <w:u w:val="none"/>
        </w:rPr>
        <w:t xml:space="preserve"> is coded as a Black woman with the intellectual prowess, street smarts, and esthetic</w:t>
      </w:r>
      <w:r>
        <w:rPr>
          <w:b w:val="0"/>
          <w:i w:val="0"/>
          <w:smallCaps w:val="0"/>
          <w:strike w:val="0"/>
          <w:sz w:val="12"/>
          <w:u w:val="none"/>
        </w:rPr>
        <w:t>¶</w:t>
      </w:r>
      <w:r>
        <w:rPr>
          <w:b w:val="0"/>
          <w:i w:val="0"/>
          <w:smallCaps w:val="0"/>
          <w:strike w:val="0"/>
          <w:sz w:val="14"/>
          <w:u w:val="none"/>
        </w:rPr>
        <w:t xml:space="preserve"> instincts to keep Empire Entertainment afloat. Yet there are no illusions that she does so</w:t>
      </w:r>
      <w:r>
        <w:rPr>
          <w:b w:val="0"/>
          <w:i w:val="0"/>
          <w:smallCaps w:val="0"/>
          <w:strike w:val="0"/>
          <w:sz w:val="12"/>
          <w:u w:val="none"/>
        </w:rPr>
        <w:t>¶</w:t>
      </w:r>
      <w:r>
        <w:rPr>
          <w:b w:val="0"/>
          <w:i w:val="0"/>
          <w:smallCaps w:val="0"/>
          <w:strike w:val="0"/>
          <w:sz w:val="14"/>
          <w:u w:val="none"/>
        </w:rPr>
        <w:t xml:space="preserve"> through government subsidies or small business loans. Cookie’s founding donation to</w:t>
      </w:r>
      <w:r>
        <w:rPr>
          <w:b w:val="0"/>
          <w:i w:val="0"/>
          <w:smallCaps w:val="0"/>
          <w:strike w:val="0"/>
          <w:sz w:val="12"/>
          <w:u w:val="none"/>
        </w:rPr>
        <w:t>¶</w:t>
      </w:r>
      <w:r>
        <w:rPr>
          <w:b w:val="0"/>
          <w:i w:val="0"/>
          <w:smallCaps w:val="0"/>
          <w:strike w:val="0"/>
          <w:sz w:val="14"/>
          <w:u w:val="none"/>
        </w:rPr>
        <w:t xml:space="preserve"> Empire Entertainment is drug money for which she pays—and ultimately profits.</w:t>
      </w:r>
      <w:r>
        <w:rPr>
          <w:b w:val="0"/>
          <w:i w:val="0"/>
          <w:smallCaps w:val="0"/>
          <w:strike w:val="0"/>
          <w:sz w:val="12"/>
          <w:u w:val="none"/>
        </w:rPr>
        <w:t>¶</w:t>
      </w:r>
      <w:r>
        <w:rPr>
          <w:b w:val="0"/>
          <w:i w:val="0"/>
          <w:smallCaps w:val="0"/>
          <w:strike w:val="0"/>
          <w:sz w:val="14"/>
          <w:u w:val="none"/>
        </w:rPr>
        <w:t xml:space="preserve"> Netflix’s series, The Get Down, reflects a similar narrative. Though crime is represented as endemic to the Bronx in the late 1970s, music, both disco and hip hop, offer</w:t>
      </w:r>
      <w:r>
        <w:rPr>
          <w:b w:val="0"/>
          <w:i w:val="0"/>
          <w:smallCaps w:val="0"/>
          <w:strike w:val="0"/>
          <w:sz w:val="12"/>
          <w:u w:val="none"/>
        </w:rPr>
        <w:t>¶</w:t>
      </w:r>
      <w:r>
        <w:rPr>
          <w:b w:val="0"/>
          <w:i w:val="0"/>
          <w:smallCaps w:val="0"/>
          <w:strike w:val="0"/>
          <w:sz w:val="14"/>
          <w:u w:val="none"/>
        </w:rPr>
        <w:t xml:space="preserve"> a way out of the deteriorating neighborhood in New York. In one of the show’s central</w:t>
      </w:r>
      <w:r>
        <w:rPr>
          <w:b w:val="0"/>
          <w:i w:val="0"/>
          <w:smallCaps w:val="0"/>
          <w:strike w:val="0"/>
          <w:sz w:val="12"/>
          <w:u w:val="none"/>
        </w:rPr>
        <w:t>¶</w:t>
      </w:r>
      <w:r>
        <w:rPr>
          <w:b w:val="0"/>
          <w:i w:val="0"/>
          <w:smallCaps w:val="0"/>
          <w:strike w:val="0"/>
          <w:sz w:val="14"/>
          <w:u w:val="none"/>
        </w:rPr>
        <w:t xml:space="preserve"> plots in the first season, DJ-in-training Shaolin Fantastic and his crew must demonstrate</w:t>
      </w:r>
      <w:r>
        <w:rPr>
          <w:b w:val="0"/>
          <w:i w:val="0"/>
          <w:smallCaps w:val="0"/>
          <w:strike w:val="0"/>
          <w:sz w:val="12"/>
          <w:u w:val="none"/>
        </w:rPr>
        <w:t>¶</w:t>
      </w:r>
      <w:r>
        <w:rPr>
          <w:b w:val="0"/>
          <w:i w:val="0"/>
          <w:smallCaps w:val="0"/>
          <w:strike w:val="0"/>
          <w:sz w:val="14"/>
          <w:u w:val="none"/>
        </w:rPr>
        <w:t xml:space="preserve"> their loyalty after getting caught with a Grandmaster Flash bootleg tape. Though the</w:t>
      </w:r>
      <w:r>
        <w:rPr>
          <w:b w:val="0"/>
          <w:i w:val="0"/>
          <w:smallCaps w:val="0"/>
          <w:strike w:val="0"/>
          <w:sz w:val="12"/>
          <w:u w:val="none"/>
        </w:rPr>
        <w:t>¶</w:t>
      </w:r>
      <w:r>
        <w:rPr>
          <w:b w:val="0"/>
          <w:i w:val="0"/>
          <w:smallCaps w:val="0"/>
          <w:strike w:val="0"/>
          <w:sz w:val="14"/>
          <w:u w:val="none"/>
        </w:rPr>
        <w:t xml:space="preserve"> show’s creator, Baz Luhrmann, had a history of collaboration with Prince, including on</w:t>
      </w:r>
      <w:r>
        <w:rPr>
          <w:b w:val="0"/>
          <w:i w:val="0"/>
          <w:smallCaps w:val="0"/>
          <w:strike w:val="0"/>
          <w:sz w:val="12"/>
          <w:u w:val="none"/>
        </w:rPr>
        <w:t>¶</w:t>
      </w:r>
      <w:r>
        <w:rPr>
          <w:b w:val="0"/>
          <w:i w:val="0"/>
          <w:smallCaps w:val="0"/>
          <w:strike w:val="0"/>
          <w:sz w:val="14"/>
          <w:u w:val="none"/>
        </w:rPr>
        <w:t xml:space="preserve"> Romeo þ Juliet and The Great Gatsby (Tribeca, 2016), The Get Down does not explicitly</w:t>
      </w:r>
      <w:r>
        <w:rPr>
          <w:b w:val="0"/>
          <w:i w:val="0"/>
          <w:smallCaps w:val="0"/>
          <w:strike w:val="0"/>
          <w:sz w:val="12"/>
          <w:u w:val="none"/>
        </w:rPr>
        <w:t>¶</w:t>
      </w:r>
      <w:r>
        <w:rPr>
          <w:b w:val="0"/>
          <w:i w:val="0"/>
          <w:smallCaps w:val="0"/>
          <w:strike w:val="0"/>
          <w:sz w:val="14"/>
          <w:u w:val="none"/>
        </w:rPr>
        <w:t xml:space="preserve"> echo Prince’s language in the same way as Empire. It nonetheless partakes in mythmaking around the American Dream and Black entrepreneurialism that echoes Prince’s thematic foci. Grandmaster Flash seeks only to protect his intellectual property, which as</w:t>
      </w:r>
      <w:r>
        <w:rPr>
          <w:b w:val="0"/>
          <w:i w:val="0"/>
          <w:smallCaps w:val="0"/>
          <w:strike w:val="0"/>
          <w:sz w:val="12"/>
          <w:u w:val="none"/>
        </w:rPr>
        <w:t>¶</w:t>
      </w:r>
      <w:r>
        <w:rPr>
          <w:b w:val="0"/>
          <w:i w:val="0"/>
          <w:smallCaps w:val="0"/>
          <w:strike w:val="0"/>
          <w:sz w:val="14"/>
          <w:u w:val="none"/>
        </w:rPr>
        <w:t xml:space="preserve"> we know from historical hindsight, gives rise to an entire new genre of music. The first</w:t>
      </w:r>
      <w:r>
        <w:rPr>
          <w:b w:val="0"/>
          <w:i w:val="0"/>
          <w:smallCaps w:val="0"/>
          <w:strike w:val="0"/>
          <w:sz w:val="12"/>
          <w:u w:val="none"/>
        </w:rPr>
        <w:t>¶</w:t>
      </w:r>
      <w:r>
        <w:rPr>
          <w:b w:val="0"/>
          <w:i w:val="0"/>
          <w:smallCaps w:val="0"/>
          <w:strike w:val="0"/>
          <w:sz w:val="14"/>
          <w:u w:val="none"/>
        </w:rPr>
        <w:t xml:space="preserve"> season sets protagonist Ezekiel on the road to success, confirmed in the shows frequent</w:t>
      </w:r>
      <w:r>
        <w:rPr>
          <w:b w:val="0"/>
          <w:i w:val="0"/>
          <w:smallCaps w:val="0"/>
          <w:strike w:val="0"/>
          <w:sz w:val="12"/>
          <w:u w:val="none"/>
        </w:rPr>
        <w:t>¶</w:t>
      </w:r>
      <w:r>
        <w:rPr>
          <w:b w:val="0"/>
          <w:i w:val="0"/>
          <w:smallCaps w:val="0"/>
          <w:strike w:val="0"/>
          <w:sz w:val="14"/>
          <w:u w:val="none"/>
        </w:rPr>
        <w:t xml:space="preserve"> flash forward moments. By preventing the circulation of bootleg tapes, Grandmaster</w:t>
      </w:r>
      <w:r>
        <w:rPr>
          <w:b w:val="0"/>
          <w:i w:val="0"/>
          <w:smallCaps w:val="0"/>
          <w:strike w:val="0"/>
          <w:sz w:val="12"/>
          <w:u w:val="none"/>
        </w:rPr>
        <w:t>¶</w:t>
      </w:r>
      <w:r>
        <w:rPr>
          <w:b w:val="0"/>
          <w:i w:val="0"/>
          <w:smallCaps w:val="0"/>
          <w:strike w:val="0"/>
          <w:sz w:val="14"/>
          <w:u w:val="none"/>
        </w:rPr>
        <w:t xml:space="preserve"> Flash ensures the value of the good he is selling. If it is only possible to consume his</w:t>
      </w:r>
      <w:r>
        <w:rPr>
          <w:b w:val="0"/>
          <w:i w:val="0"/>
          <w:smallCaps w:val="0"/>
          <w:strike w:val="0"/>
          <w:sz w:val="12"/>
          <w:u w:val="none"/>
        </w:rPr>
        <w:t>¶</w:t>
      </w:r>
      <w:r>
        <w:rPr>
          <w:b w:val="0"/>
          <w:i w:val="0"/>
          <w:smallCaps w:val="0"/>
          <w:strike w:val="0"/>
          <w:sz w:val="14"/>
          <w:u w:val="none"/>
        </w:rPr>
        <w:t xml:space="preserve"> music at his parties, he must profit. Many years later, Prince used the digital version of</w:t>
      </w:r>
      <w:r>
        <w:rPr>
          <w:b w:val="0"/>
          <w:i w:val="0"/>
          <w:smallCaps w:val="0"/>
          <w:strike w:val="0"/>
          <w:sz w:val="12"/>
          <w:u w:val="none"/>
        </w:rPr>
        <w:t>¶</w:t>
      </w:r>
      <w:r>
        <w:rPr>
          <w:b w:val="0"/>
          <w:i w:val="0"/>
          <w:smallCaps w:val="0"/>
          <w:strike w:val="0"/>
          <w:sz w:val="14"/>
          <w:u w:val="none"/>
        </w:rPr>
        <w:t xml:space="preserve"> Grandmaster Flash’s theory of preventing bootlegging to posthumously secure a record</w:t>
      </w:r>
      <w:r>
        <w:rPr>
          <w:b w:val="0"/>
          <w:i w:val="0"/>
          <w:smallCaps w:val="0"/>
          <w:strike w:val="0"/>
          <w:sz w:val="12"/>
          <w:u w:val="none"/>
        </w:rPr>
        <w:t>¶</w:t>
      </w:r>
      <w:r>
        <w:rPr>
          <w:b w:val="0"/>
          <w:i w:val="0"/>
          <w:smallCaps w:val="0"/>
          <w:strike w:val="0"/>
          <w:sz w:val="14"/>
          <w:u w:val="none"/>
        </w:rPr>
        <w:t xml:space="preserve"> breaking five spots in the Billboard Top 10. As such, The Get Down becomes part of a</w:t>
      </w:r>
      <w:r>
        <w:rPr>
          <w:b w:val="0"/>
          <w:i w:val="0"/>
          <w:smallCaps w:val="0"/>
          <w:strike w:val="0"/>
          <w:sz w:val="12"/>
          <w:u w:val="none"/>
        </w:rPr>
        <w:t>¶</w:t>
      </w:r>
      <w:r>
        <w:rPr>
          <w:b w:val="0"/>
          <w:i w:val="0"/>
          <w:smallCaps w:val="0"/>
          <w:strike w:val="0"/>
          <w:sz w:val="14"/>
          <w:u w:val="none"/>
        </w:rPr>
        <w:t xml:space="preserve"> larger metanarrative of Black creatorship. In a post-Prince world with post-Prince popular culture, there is public space in which to engage that question. Moreover, there is</w:t>
      </w:r>
      <w:r>
        <w:rPr>
          <w:b w:val="0"/>
          <w:i w:val="0"/>
          <w:smallCaps w:val="0"/>
          <w:strike w:val="0"/>
          <w:sz w:val="12"/>
          <w:u w:val="none"/>
        </w:rPr>
        <w:t>¶</w:t>
      </w:r>
      <w:r>
        <w:rPr>
          <w:b w:val="0"/>
          <w:i w:val="0"/>
          <w:smallCaps w:val="0"/>
          <w:strike w:val="0"/>
          <w:sz w:val="14"/>
          <w:u w:val="none"/>
        </w:rPr>
        <w:t xml:space="preserve"> greater ideological space than ever </w:t>
      </w:r>
      <w:r>
        <w:rPr>
          <w:b w:val="0"/>
          <w:i w:val="0"/>
          <w:smallCaps w:val="0"/>
          <w:strike w:val="0"/>
          <w:sz w:val="14"/>
          <w:u w:val="none"/>
        </w:rPr>
        <w:t xml:space="preserve">before </w:t>
      </w:r>
      <w:r>
        <w:rPr>
          <w:b w:val="0"/>
          <w:i w:val="0"/>
          <w:smallCaps w:val="0"/>
          <w:strike w:val="0"/>
          <w:sz w:val="22"/>
          <w:highlight w:val="cyan"/>
          <w:u w:val="single"/>
        </w:rPr>
        <w:t>for Black artists to</w:t>
      </w:r>
      <w:r>
        <w:rPr>
          <w:b w:val="0"/>
          <w:i w:val="0"/>
          <w:smallCaps w:val="0"/>
          <w:strike w:val="0"/>
          <w:sz w:val="22"/>
          <w:u w:val="single"/>
        </w:rPr>
        <w:t xml:space="preserve"> think not only about</w:t>
      </w:r>
      <w:r>
        <w:rPr>
          <w:b w:val="0"/>
          <w:i w:val="0"/>
          <w:smallCaps w:val="0"/>
          <w:strike w:val="0"/>
          <w:sz w:val="12"/>
          <w:u w:val="single"/>
        </w:rPr>
        <w:t>¶</w:t>
      </w:r>
      <w:r>
        <w:rPr>
          <w:b w:val="0"/>
          <w:i w:val="0"/>
          <w:smallCaps w:val="0"/>
          <w:strike w:val="0"/>
          <w:sz w:val="12"/>
          <w:u w:val="single"/>
        </w:rPr>
        <w:t xml:space="preserve"> </w:t>
      </w:r>
      <w:r>
        <w:rPr>
          <w:b w:val="0"/>
          <w:i w:val="0"/>
          <w:smallCaps w:val="0"/>
          <w:strike w:val="0"/>
          <w:sz w:val="22"/>
          <w:highlight w:val="cyan"/>
          <w:u w:val="single"/>
        </w:rPr>
        <w:t>claim</w:t>
      </w:r>
      <w:r>
        <w:rPr>
          <w:b w:val="0"/>
          <w:i w:val="0"/>
          <w:smallCaps w:val="0"/>
          <w:strike w:val="0"/>
          <w:sz w:val="22"/>
          <w:u w:val="single"/>
        </w:rPr>
        <w:t xml:space="preserve">ing </w:t>
      </w:r>
      <w:r>
        <w:rPr>
          <w:b w:val="0"/>
          <w:i w:val="0"/>
          <w:smallCaps w:val="0"/>
          <w:strike w:val="0"/>
          <w:sz w:val="22"/>
          <w:highlight w:val="cyan"/>
          <w:u w:val="single"/>
        </w:rPr>
        <w:t>their creative autonomy</w:t>
      </w:r>
      <w:r>
        <w:rPr>
          <w:b w:val="0"/>
          <w:i w:val="0"/>
          <w:smallCaps w:val="0"/>
          <w:strike w:val="0"/>
          <w:sz w:val="14"/>
          <w:u w:val="none"/>
        </w:rPr>
        <w:t>, just as Prince did over the course of his career, but</w:t>
      </w:r>
      <w:r>
        <w:rPr>
          <w:b w:val="0"/>
          <w:i w:val="0"/>
          <w:smallCaps w:val="0"/>
          <w:strike w:val="0"/>
          <w:sz w:val="12"/>
          <w:u w:val="none"/>
        </w:rPr>
        <w:t>¶</w:t>
      </w:r>
      <w:r>
        <w:rPr>
          <w:b w:val="0"/>
          <w:i w:val="0"/>
          <w:smallCaps w:val="0"/>
          <w:strike w:val="0"/>
          <w:sz w:val="14"/>
          <w:u w:val="none"/>
        </w:rPr>
        <w:t xml:space="preserve"> </w:t>
      </w:r>
      <w:r>
        <w:rPr>
          <w:b w:val="0"/>
          <w:i w:val="0"/>
          <w:smallCaps w:val="0"/>
          <w:strike w:val="0"/>
          <w:sz w:val="22"/>
          <w:highlight w:val="cyan"/>
          <w:u w:val="single"/>
        </w:rPr>
        <w:t>also controll</w:t>
      </w:r>
      <w:r>
        <w:rPr>
          <w:b w:val="0"/>
          <w:i w:val="0"/>
          <w:smallCaps w:val="0"/>
          <w:strike w:val="0"/>
          <w:sz w:val="22"/>
          <w:u w:val="single"/>
        </w:rPr>
        <w:t xml:space="preserve">ing </w:t>
      </w:r>
      <w:r>
        <w:rPr>
          <w:b w:val="0"/>
          <w:i w:val="0"/>
          <w:smallCaps w:val="0"/>
          <w:strike w:val="0"/>
          <w:sz w:val="22"/>
          <w:highlight w:val="cyan"/>
          <w:u w:val="single"/>
        </w:rPr>
        <w:t>their (intellectual) property and personas, as creators, citizens, and</w:t>
      </w:r>
      <w:r>
        <w:rPr>
          <w:b w:val="0"/>
          <w:i w:val="0"/>
          <w:smallCaps w:val="0"/>
          <w:strike w:val="0"/>
          <w:sz w:val="12"/>
          <w:highlight w:val="cyan"/>
          <w:u w:val="single"/>
        </w:rPr>
        <w:t xml:space="preserve">¶ </w:t>
      </w:r>
      <w:r>
        <w:rPr>
          <w:b w:val="0"/>
          <w:i w:val="0"/>
          <w:smallCaps w:val="0"/>
          <w:strike w:val="0"/>
          <w:sz w:val="22"/>
          <w:highlight w:val="cyan"/>
          <w:u w:val="single"/>
        </w:rPr>
        <w:t>whole persons who are entitled to full property rights.</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