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drives tech innovation---empirics prove</w:t>
      </w:r>
    </w:p>
    <w:p>
      <w:pPr>
        <w:spacing w:after="80"/>
      </w:pPr>
      <w:r>
        <w:rPr>
          <w:b/>
          <w:i w:val="0"/>
          <w:smallCaps w:val="0"/>
          <w:strike w:val="0"/>
          <w:sz w:val="26"/>
          <w:u w:val="none"/>
        </w:rPr>
        <w:t xml:space="preserve">Massarotto </w:t>
      </w:r>
      <w:r>
        <w:rPr>
          <w:b/>
          <w:i w:val="0"/>
          <w:smallCaps w:val="0"/>
          <w:strike w:val="0"/>
          <w:sz w:val="26"/>
          <w:u w:val="none"/>
        </w:rPr>
        <w:t>24</w:t>
      </w:r>
      <w:r>
        <w:rPr>
          <w:b w:val="0"/>
          <w:i w:val="0"/>
          <w:smallCaps w:val="0"/>
          <w:strike w:val="0"/>
          <w:sz w:val="22"/>
          <w:u w:val="none"/>
        </w:rPr>
        <w:t xml:space="preserve"> </w:t>
      </w:r>
      <w:r>
        <w:rPr>
          <w:b w:val="0"/>
          <w:i w:val="0"/>
          <w:smallCaps w:val="0"/>
          <w:strike w:val="0"/>
          <w:sz w:val="22"/>
          <w:u w:val="none"/>
        </w:rPr>
        <w:t xml:space="preserve">Giovanna </w:t>
      </w:r>
      <w:r>
        <w:rPr>
          <w:b w:val="0"/>
          <w:i w:val="0"/>
          <w:smallCaps w:val="0"/>
          <w:strike w:val="0"/>
          <w:sz w:val="22"/>
          <w:u w:val="none"/>
        </w:rPr>
        <w:t xml:space="preserve">April 10 </w:t>
      </w:r>
      <w:r>
        <w:rPr>
          <w:b w:val="0"/>
          <w:i w:val="0"/>
          <w:smallCaps w:val="0"/>
          <w:strike w:val="0"/>
          <w:sz w:val="22"/>
          <w:u w:val="none"/>
        </w:rPr>
        <w:t>Massarotto is an Academic Fellow at the Center for Technology, Innovation &amp; Competition (CTIC) at the University of Pennsylvania and an affiliate of the University College London’s Centre for Blockchain Technologies (UCL CBT). Massarotto’s scholarship focuses on how technology affects society and the intersection of law, economics, and computer science. She is an active scholar and author of Antitrust Settlements: How a Simple Agreement Can Drive the Economy, published by Wolters Kluwer and co-author and editor of two forthcoming books with Cambridge University Press on antitrust and regulatory policies in the digital economy. She has published multiple articles that investigate antitrust and regulatory issues related to digital markets, blockchain, AI and software, and is invited regularly to present her work internationally. Massarotto teaches European and Global Competition Policy and Antitrust Regulation of Digital Platforms at the University of Pennsylvania Carey Law School. She attained her PhD at Bocconi University in Milan.</w:t>
      </w:r>
      <w:r>
        <w:rPr>
          <w:b w:val="0"/>
          <w:i w:val="0"/>
          <w:smallCaps w:val="0"/>
          <w:strike w:val="0"/>
          <w:sz w:val="22"/>
          <w:u w:val="none"/>
        </w:rPr>
        <w:t xml:space="preserve"> Openmarket “</w:t>
      </w:r>
      <w:r>
        <w:rPr>
          <w:b w:val="0"/>
          <w:i w:val="0"/>
          <w:smallCaps w:val="0"/>
          <w:strike w:val="0"/>
          <w:sz w:val="22"/>
          <w:u w:val="none"/>
        </w:rPr>
        <w:t>Driving Innovation with Antitrust</w:t>
      </w:r>
      <w:r>
        <w:rPr>
          <w:b w:val="0"/>
          <w:i w:val="0"/>
          <w:smallCaps w:val="0"/>
          <w:strike w:val="0"/>
          <w:sz w:val="22"/>
          <w:u w:val="none"/>
        </w:rPr>
        <w:t xml:space="preserve">” </w:t>
      </w:r>
      <w:r>
        <w:rPr>
          <w:b w:val="0"/>
          <w:i w:val="0"/>
          <w:smallCaps w:val="0"/>
          <w:strike w:val="0"/>
          <w:sz w:val="22"/>
          <w:u w:val="none"/>
        </w:rPr>
        <w:t>https://www.promarket.org/2024/04/10/driving-innovation-with-antitrust/#:~:text=Antitrust%20law%20often%20paved%20the,what%20competition%20is%20all%20about.</w:t>
      </w:r>
    </w:p>
    <w:p>
      <w:pPr>
        <w:spacing w:after="60"/>
      </w:pPr>
      <w:r>
        <w:rPr>
          <w:b w:val="0"/>
          <w:i w:val="0"/>
          <w:smallCaps w:val="0"/>
          <w:strike w:val="0"/>
          <w:sz w:val="16"/>
          <w:u w:val="none"/>
        </w:rPr>
        <w:t xml:space="preserve">Presently large </w:t>
      </w:r>
      <w:r>
        <w:rPr>
          <w:b w:val="0"/>
          <w:i w:val="0"/>
          <w:smallCaps w:val="0"/>
          <w:strike w:val="0"/>
          <w:sz w:val="22"/>
          <w:highlight w:val="cyan"/>
          <w:u w:val="single"/>
        </w:rPr>
        <w:t>digital companies</w:t>
      </w:r>
      <w:r>
        <w:rPr>
          <w:b w:val="0"/>
          <w:i w:val="0"/>
          <w:smallCaps w:val="0"/>
          <w:strike w:val="0"/>
          <w:sz w:val="16"/>
          <w:u w:val="none"/>
        </w:rPr>
        <w:t>, known as Big Tech,</w:t>
      </w:r>
      <w:r>
        <w:rPr>
          <w:b w:val="0"/>
          <w:i w:val="0"/>
          <w:smallCaps w:val="0"/>
          <w:strike w:val="0"/>
          <w:sz w:val="22"/>
          <w:u w:val="none"/>
        </w:rPr>
        <w:t xml:space="preserve"> </w:t>
      </w:r>
      <w:r>
        <w:rPr>
          <w:b w:val="0"/>
          <w:i w:val="0"/>
          <w:smallCaps w:val="0"/>
          <w:strike w:val="0"/>
          <w:sz w:val="22"/>
          <w:u w:val="single"/>
        </w:rPr>
        <w:t xml:space="preserve">are </w:t>
      </w:r>
      <w:r>
        <w:rPr>
          <w:b w:val="0"/>
          <w:i w:val="0"/>
          <w:smallCaps w:val="0"/>
          <w:strike w:val="0"/>
          <w:sz w:val="22"/>
          <w:highlight w:val="cyan"/>
          <w:u w:val="single"/>
        </w:rPr>
        <w:t>in the crosshairs</w:t>
      </w:r>
      <w:r>
        <w:rPr>
          <w:b w:val="0"/>
          <w:i w:val="0"/>
          <w:smallCaps w:val="0"/>
          <w:strike w:val="0"/>
          <w:sz w:val="22"/>
          <w:u w:val="single"/>
        </w:rPr>
        <w:t xml:space="preserve"> of regulators and Congress </w:t>
      </w:r>
      <w:r>
        <w:rPr>
          <w:b w:val="0"/>
          <w:i w:val="0"/>
          <w:smallCaps w:val="0"/>
          <w:strike w:val="0"/>
          <w:sz w:val="22"/>
          <w:highlight w:val="cyan"/>
          <w:u w:val="single"/>
        </w:rPr>
        <w:t>for</w:t>
      </w:r>
      <w:r>
        <w:rPr>
          <w:b w:val="0"/>
          <w:i w:val="0"/>
          <w:smallCaps w:val="0"/>
          <w:strike w:val="0"/>
          <w:sz w:val="22"/>
          <w:u w:val="single"/>
        </w:rPr>
        <w:t xml:space="preserve"> alleged </w:t>
      </w:r>
      <w:r>
        <w:rPr>
          <w:b w:val="0"/>
          <w:i w:val="0"/>
          <w:smallCaps w:val="0"/>
          <w:strike w:val="0"/>
          <w:sz w:val="22"/>
          <w:highlight w:val="cyan"/>
          <w:u w:val="single"/>
        </w:rPr>
        <w:t>monopolistic conduct</w:t>
      </w:r>
      <w:r>
        <w:rPr>
          <w:b w:val="0"/>
          <w:i w:val="0"/>
          <w:smallCaps w:val="0"/>
          <w:strike w:val="0"/>
          <w:sz w:val="22"/>
          <w:u w:val="single"/>
        </w:rPr>
        <w:t>. Antitrust lawsuits</w:t>
      </w:r>
      <w:r>
        <w:rPr>
          <w:b w:val="0"/>
          <w:i w:val="0"/>
          <w:smallCaps w:val="0"/>
          <w:strike w:val="0"/>
          <w:sz w:val="22"/>
          <w:u w:val="none"/>
        </w:rPr>
        <w:t xml:space="preserve">, </w:t>
      </w:r>
      <w:r>
        <w:rPr>
          <w:b w:val="0"/>
          <w:i w:val="0"/>
          <w:smallCaps w:val="0"/>
          <w:strike w:val="0"/>
          <w:sz w:val="16"/>
          <w:u w:val="none"/>
        </w:rPr>
        <w:t>and government and legislative interventions worldwide against Big Tech,</w:t>
      </w:r>
      <w:r>
        <w:rPr>
          <w:b w:val="0"/>
          <w:i w:val="0"/>
          <w:smallCaps w:val="0"/>
          <w:strike w:val="0"/>
          <w:sz w:val="22"/>
          <w:u w:val="none"/>
        </w:rPr>
        <w:t xml:space="preserve"> </w:t>
      </w:r>
      <w:r>
        <w:rPr>
          <w:b w:val="0"/>
          <w:i w:val="0"/>
          <w:smallCaps w:val="0"/>
          <w:strike w:val="0"/>
          <w:sz w:val="22"/>
          <w:u w:val="single"/>
        </w:rPr>
        <w:t>are hard to count</w:t>
      </w:r>
      <w:r>
        <w:rPr>
          <w:b w:val="0"/>
          <w:i w:val="0"/>
          <w:smallCaps w:val="0"/>
          <w:strike w:val="0"/>
          <w:sz w:val="22"/>
          <w:u w:val="none"/>
        </w:rPr>
        <w:t xml:space="preserve">. </w:t>
      </w:r>
      <w:r>
        <w:rPr>
          <w:b w:val="0"/>
          <w:i w:val="0"/>
          <w:smallCaps w:val="0"/>
          <w:strike w:val="0"/>
          <w:sz w:val="16"/>
          <w:u w:val="none"/>
        </w:rPr>
        <w:t xml:space="preserve">Keeping track of their developments has become challenging. A recent study published in this journal identified “100-plus antitrust cases” only considering Google in 23 jurisdictions. </w:t>
      </w:r>
    </w:p>
    <w:p>
      <w:pPr>
        <w:spacing w:after="60"/>
      </w:pPr>
      <w:r>
        <w:rPr>
          <w:b w:val="0"/>
          <w:i w:val="0"/>
          <w:smallCaps w:val="0"/>
          <w:strike w:val="0"/>
          <w:sz w:val="22"/>
          <w:u w:val="single"/>
        </w:rPr>
        <w:t xml:space="preserve">The </w:t>
      </w:r>
      <w:r>
        <w:rPr>
          <w:b w:val="0"/>
          <w:i w:val="0"/>
          <w:smallCaps w:val="0"/>
          <w:strike w:val="0"/>
          <w:sz w:val="22"/>
          <w:highlight w:val="cyan"/>
          <w:u w:val="single"/>
        </w:rPr>
        <w:t>U.S.</w:t>
      </w:r>
      <w:r>
        <w:rPr>
          <w:b w:val="0"/>
          <w:i w:val="0"/>
          <w:smallCaps w:val="0"/>
          <w:strike w:val="0"/>
          <w:sz w:val="22"/>
          <w:u w:val="single"/>
        </w:rPr>
        <w:t xml:space="preserve"> has </w:t>
      </w:r>
      <w:r>
        <w:rPr>
          <w:b w:val="0"/>
          <w:i w:val="0"/>
          <w:smallCaps w:val="0"/>
          <w:strike w:val="0"/>
          <w:sz w:val="22"/>
          <w:highlight w:val="cyan"/>
          <w:u w:val="single"/>
        </w:rPr>
        <w:t>often</w:t>
      </w:r>
      <w:r>
        <w:rPr>
          <w:b w:val="0"/>
          <w:i w:val="0"/>
          <w:smallCaps w:val="0"/>
          <w:strike w:val="0"/>
          <w:sz w:val="22"/>
          <w:u w:val="single"/>
        </w:rPr>
        <w:t xml:space="preserve"> been </w:t>
      </w:r>
      <w:r>
        <w:rPr>
          <w:b w:val="0"/>
          <w:i w:val="0"/>
          <w:smallCaps w:val="0"/>
          <w:strike w:val="0"/>
          <w:sz w:val="22"/>
          <w:highlight w:val="cyan"/>
          <w:u w:val="single"/>
        </w:rPr>
        <w:t xml:space="preserve">criticized for </w:t>
      </w:r>
      <w:r>
        <w:rPr>
          <w:b w:val="0"/>
          <w:i w:val="0"/>
          <w:smallCaps w:val="0"/>
          <w:strike w:val="0"/>
          <w:sz w:val="22"/>
          <w:highlight w:val="cyan"/>
          <w:u w:val="single"/>
        </w:rPr>
        <w:t>being lax</w:t>
      </w:r>
      <w:r>
        <w:rPr>
          <w:b w:val="0"/>
          <w:i w:val="0"/>
          <w:smallCaps w:val="0"/>
          <w:strike w:val="0"/>
          <w:sz w:val="22"/>
          <w:u w:val="single"/>
        </w:rPr>
        <w:t xml:space="preserve"> compared to EU </w:t>
      </w:r>
      <w:r>
        <w:rPr>
          <w:b w:val="0"/>
          <w:i w:val="0"/>
          <w:smallCaps w:val="0"/>
          <w:strike w:val="0"/>
          <w:sz w:val="22"/>
          <w:highlight w:val="cyan"/>
          <w:u w:val="single"/>
        </w:rPr>
        <w:t>antitrust enforcers</w:t>
      </w:r>
      <w:r>
        <w:rPr>
          <w:b w:val="0"/>
          <w:i w:val="0"/>
          <w:smallCaps w:val="0"/>
          <w:strike w:val="0"/>
          <w:sz w:val="22"/>
          <w:u w:val="single"/>
        </w:rPr>
        <w:t xml:space="preserve"> in dealing with Big Tech’s power. </w:t>
      </w:r>
      <w:r>
        <w:rPr>
          <w:b/>
          <w:i w:val="0"/>
          <w:smallCaps w:val="0"/>
          <w:strike w:val="0"/>
          <w:sz w:val="24"/>
          <w:highlight w:val="cyan"/>
          <w:u w:val="single"/>
        </w:rPr>
        <w:t>But innovation</w:t>
      </w:r>
      <w:r>
        <w:rPr>
          <w:b/>
          <w:i w:val="0"/>
          <w:smallCaps w:val="0"/>
          <w:strike w:val="0"/>
          <w:sz w:val="24"/>
          <w:u w:val="single"/>
        </w:rPr>
        <w:t xml:space="preserve"> does </w:t>
      </w:r>
      <w:r>
        <w:rPr>
          <w:b/>
          <w:i w:val="0"/>
          <w:smallCaps w:val="0"/>
          <w:strike w:val="0"/>
          <w:sz w:val="24"/>
          <w:highlight w:val="cyan"/>
          <w:u w:val="single"/>
        </w:rPr>
        <w:t>not seem to be</w:t>
      </w:r>
      <w:r>
        <w:rPr>
          <w:b/>
          <w:i w:val="0"/>
          <w:smallCaps w:val="0"/>
          <w:strike w:val="0"/>
          <w:sz w:val="24"/>
          <w:u w:val="single"/>
        </w:rPr>
        <w:t xml:space="preserve"> a </w:t>
      </w:r>
      <w:r>
        <w:rPr>
          <w:b/>
          <w:i w:val="0"/>
          <w:smallCaps w:val="0"/>
          <w:strike w:val="0"/>
          <w:sz w:val="24"/>
          <w:highlight w:val="cyan"/>
          <w:u w:val="single"/>
        </w:rPr>
        <w:t>hallmark of EU companies</w:t>
      </w:r>
      <w:r>
        <w:rPr>
          <w:b w:val="0"/>
          <w:i w:val="0"/>
          <w:smallCaps w:val="0"/>
          <w:strike w:val="0"/>
          <w:sz w:val="22"/>
          <w:u w:val="none"/>
        </w:rPr>
        <w:t xml:space="preserve">. </w:t>
      </w:r>
      <w:r>
        <w:rPr>
          <w:b w:val="0"/>
          <w:i w:val="0"/>
          <w:smallCaps w:val="0"/>
          <w:strike w:val="0"/>
          <w:sz w:val="16"/>
          <w:u w:val="none"/>
        </w:rPr>
        <w:t>In the U.S., Alexander Bell invented and patented the telephone before founding what was later called AT&amp;T. It was at AT&amp;T that other game-changer technologies, such as the transistor and Unix operating system, were also invented. IBM, Microsoft, Google are only three other examples of U.S. tech companies which changed the computer industry forever by setting the tone for the present digital economy.</w:t>
      </w:r>
      <w:r>
        <w:rPr>
          <w:b w:val="0"/>
          <w:i w:val="0"/>
          <w:smallCaps w:val="0"/>
          <w:strike w:val="0"/>
          <w:sz w:val="22"/>
          <w:u w:val="none"/>
        </w:rPr>
        <w:t xml:space="preserve"> </w:t>
      </w:r>
      <w:r>
        <w:rPr>
          <w:b w:val="0"/>
          <w:i w:val="0"/>
          <w:smallCaps w:val="0"/>
          <w:strike w:val="0"/>
          <w:sz w:val="22"/>
          <w:u w:val="single"/>
        </w:rPr>
        <w:t xml:space="preserve">This </w:t>
      </w:r>
      <w:r>
        <w:rPr>
          <w:b w:val="0"/>
          <w:i w:val="0"/>
          <w:smallCaps w:val="0"/>
          <w:strike w:val="0"/>
          <w:sz w:val="22"/>
          <w:highlight w:val="cyan"/>
          <w:u w:val="single"/>
        </w:rPr>
        <w:t xml:space="preserve">raises the question of whether </w:t>
      </w:r>
      <w:r>
        <w:rPr>
          <w:b/>
          <w:i w:val="0"/>
          <w:smallCaps w:val="0"/>
          <w:strike w:val="0"/>
          <w:sz w:val="24"/>
          <w:highlight w:val="cyan"/>
          <w:u w:val="single"/>
        </w:rPr>
        <w:t>U.S. antitrust</w:t>
      </w:r>
      <w:r>
        <w:rPr>
          <w:b w:val="0"/>
          <w:i w:val="0"/>
          <w:smallCaps w:val="0"/>
          <w:strike w:val="0"/>
          <w:sz w:val="22"/>
          <w:u w:val="single"/>
        </w:rPr>
        <w:t xml:space="preserve"> enforcement action </w:t>
      </w:r>
      <w:r>
        <w:rPr>
          <w:b w:val="0"/>
          <w:i w:val="0"/>
          <w:smallCaps w:val="0"/>
          <w:strike w:val="0"/>
          <w:sz w:val="22"/>
          <w:highlight w:val="cyan"/>
          <w:u w:val="single"/>
        </w:rPr>
        <w:t>played a</w:t>
      </w:r>
      <w:r>
        <w:rPr>
          <w:b w:val="0"/>
          <w:i w:val="0"/>
          <w:smallCaps w:val="0"/>
          <w:strike w:val="0"/>
          <w:sz w:val="22"/>
          <w:u w:val="single"/>
        </w:rPr>
        <w:t xml:space="preserve"> prominent </w:t>
      </w:r>
      <w:r>
        <w:rPr>
          <w:b/>
          <w:i w:val="0"/>
          <w:smallCaps w:val="0"/>
          <w:strike w:val="0"/>
          <w:sz w:val="24"/>
          <w:highlight w:val="cyan"/>
          <w:u w:val="single"/>
        </w:rPr>
        <w:t>role in the innovation process</w:t>
      </w:r>
      <w:r>
        <w:rPr>
          <w:b w:val="0"/>
          <w:i w:val="0"/>
          <w:smallCaps w:val="0"/>
          <w:strike w:val="0"/>
          <w:sz w:val="22"/>
          <w:u w:val="single"/>
        </w:rPr>
        <w:t xml:space="preserve"> which </w:t>
      </w:r>
      <w:r>
        <w:rPr>
          <w:b/>
          <w:i w:val="0"/>
          <w:smallCaps w:val="0"/>
          <w:strike w:val="0"/>
          <w:sz w:val="24"/>
          <w:u w:val="single"/>
        </w:rPr>
        <w:t>led to breakthrough technologies flourishing</w:t>
      </w:r>
      <w:r>
        <w:rPr>
          <w:b w:val="0"/>
          <w:i w:val="0"/>
          <w:smallCaps w:val="0"/>
          <w:strike w:val="0"/>
          <w:sz w:val="22"/>
          <w:u w:val="single"/>
        </w:rPr>
        <w:t xml:space="preserve"> especially in the computer industry.</w:t>
      </w:r>
      <w:r>
        <w:rPr>
          <w:b w:val="0"/>
          <w:i w:val="0"/>
          <w:smallCaps w:val="0"/>
          <w:strike w:val="0"/>
          <w:sz w:val="22"/>
          <w:u w:val="none"/>
        </w:rPr>
        <w:t xml:space="preserve"> </w:t>
      </w:r>
      <w:r>
        <w:rPr>
          <w:b w:val="0"/>
          <w:i w:val="0"/>
          <w:smallCaps w:val="0"/>
          <w:strike w:val="0"/>
          <w:sz w:val="16"/>
          <w:u w:val="none"/>
        </w:rPr>
        <w:t xml:space="preserve">It also begs the question “why do we see less innovation on the other side of the Atlantic?” </w:t>
      </w:r>
    </w:p>
    <w:p>
      <w:pPr>
        <w:spacing w:after="60"/>
      </w:pPr>
      <w:r>
        <w:rPr>
          <w:b w:val="0"/>
          <w:i w:val="0"/>
          <w:smallCaps w:val="0"/>
          <w:strike w:val="0"/>
          <w:sz w:val="16"/>
          <w:u w:val="none"/>
        </w:rPr>
        <w:t xml:space="preserve">The economist Reuven Brenner argued that “every business competes by betting on new ideas,” and he is probably right. Although </w:t>
      </w:r>
      <w:r>
        <w:rPr>
          <w:b w:val="0"/>
          <w:i w:val="0"/>
          <w:smallCaps w:val="0"/>
          <w:strike w:val="0"/>
          <w:sz w:val="22"/>
          <w:u w:val="single"/>
        </w:rPr>
        <w:t>innovation is a broad term, which might be difficult to precisely define, “new ideas” are fundamental in the innovation process.</w:t>
      </w:r>
      <w:r>
        <w:rPr>
          <w:b w:val="0"/>
          <w:i w:val="0"/>
          <w:smallCaps w:val="0"/>
          <w:strike w:val="0"/>
          <w:sz w:val="22"/>
          <w:u w:val="none"/>
        </w:rPr>
        <w:t xml:space="preserve"> </w:t>
      </w:r>
      <w:r>
        <w:rPr>
          <w:b w:val="0"/>
          <w:i w:val="0"/>
          <w:smallCaps w:val="0"/>
          <w:strike w:val="0"/>
          <w:sz w:val="16"/>
          <w:u w:val="none"/>
        </w:rPr>
        <w:t>However, it is hard to think we can either regulate or predict new ideas effectively.</w:t>
      </w:r>
      <w:r>
        <w:rPr>
          <w:b w:val="0"/>
          <w:i w:val="0"/>
          <w:smallCaps w:val="0"/>
          <w:strike w:val="0"/>
          <w:sz w:val="22"/>
          <w:u w:val="none"/>
        </w:rPr>
        <w:t xml:space="preserve"> </w:t>
      </w:r>
      <w:r>
        <w:rPr>
          <w:b w:val="0"/>
          <w:i w:val="0"/>
          <w:smallCaps w:val="0"/>
          <w:strike w:val="0"/>
          <w:sz w:val="16"/>
          <w:u w:val="none"/>
        </w:rPr>
        <w:t>Judge Richard A. Posner wisely observed</w:t>
      </w:r>
      <w:r>
        <w:rPr>
          <w:b w:val="0"/>
          <w:i w:val="0"/>
          <w:smallCaps w:val="0"/>
          <w:strike w:val="0"/>
          <w:sz w:val="16"/>
          <w:u w:val="single"/>
        </w:rPr>
        <w:t xml:space="preserve"> </w:t>
      </w:r>
      <w:r>
        <w:rPr>
          <w:b w:val="0"/>
          <w:i w:val="0"/>
          <w:smallCaps w:val="0"/>
          <w:strike w:val="0"/>
          <w:sz w:val="22"/>
          <w:u w:val="single"/>
        </w:rPr>
        <w:t xml:space="preserve">that </w:t>
      </w:r>
      <w:r>
        <w:rPr>
          <w:b w:val="0"/>
          <w:i w:val="0"/>
          <w:smallCaps w:val="0"/>
          <w:strike w:val="0"/>
          <w:sz w:val="22"/>
          <w:highlight w:val="cyan"/>
          <w:u w:val="single"/>
        </w:rPr>
        <w:t>antitrust intervention might be slow</w:t>
      </w:r>
      <w:r>
        <w:rPr>
          <w:b w:val="0"/>
          <w:i w:val="0"/>
          <w:smallCaps w:val="0"/>
          <w:strike w:val="0"/>
          <w:sz w:val="22"/>
          <w:u w:val="single"/>
        </w:rPr>
        <w:t xml:space="preserve"> in comparison to the rapidity of innovation. </w:t>
      </w:r>
      <w:r>
        <w:rPr>
          <w:b w:val="0"/>
          <w:i w:val="0"/>
          <w:smallCaps w:val="0"/>
          <w:strike w:val="0"/>
          <w:sz w:val="22"/>
          <w:highlight w:val="cyan"/>
          <w:u w:val="single"/>
        </w:rPr>
        <w:t>However</w:t>
      </w:r>
      <w:r>
        <w:rPr>
          <w:b w:val="0"/>
          <w:i w:val="0"/>
          <w:smallCaps w:val="0"/>
          <w:strike w:val="0"/>
          <w:sz w:val="22"/>
          <w:u w:val="single"/>
        </w:rPr>
        <w:t xml:space="preserve">, the </w:t>
      </w:r>
      <w:r>
        <w:rPr>
          <w:b w:val="0"/>
          <w:i w:val="0"/>
          <w:smallCaps w:val="0"/>
          <w:strike w:val="0"/>
          <w:sz w:val="22"/>
          <w:highlight w:val="cyan"/>
          <w:u w:val="single"/>
        </w:rPr>
        <w:t>computer industry would</w:t>
      </w:r>
      <w:r>
        <w:rPr>
          <w:b w:val="0"/>
          <w:i w:val="0"/>
          <w:smallCaps w:val="0"/>
          <w:strike w:val="0"/>
          <w:sz w:val="22"/>
          <w:u w:val="single"/>
        </w:rPr>
        <w:t xml:space="preserve"> certainly </w:t>
      </w:r>
      <w:r>
        <w:rPr>
          <w:b w:val="0"/>
          <w:i w:val="0"/>
          <w:smallCaps w:val="0"/>
          <w:strike w:val="0"/>
          <w:sz w:val="22"/>
          <w:highlight w:val="cyan"/>
          <w:u w:val="single"/>
        </w:rPr>
        <w:t>look different</w:t>
      </w:r>
      <w:r>
        <w:rPr>
          <w:b w:val="0"/>
          <w:i w:val="0"/>
          <w:smallCaps w:val="0"/>
          <w:strike w:val="0"/>
          <w:sz w:val="22"/>
          <w:u w:val="single"/>
        </w:rPr>
        <w:t xml:space="preserve"> today </w:t>
      </w:r>
      <w:r>
        <w:rPr>
          <w:b w:val="0"/>
          <w:i w:val="0"/>
          <w:smallCaps w:val="0"/>
          <w:strike w:val="0"/>
          <w:sz w:val="22"/>
          <w:highlight w:val="cyan"/>
          <w:u w:val="single"/>
        </w:rPr>
        <w:t>without</w:t>
      </w:r>
      <w:r>
        <w:rPr>
          <w:b w:val="0"/>
          <w:i w:val="0"/>
          <w:smallCaps w:val="0"/>
          <w:strike w:val="0"/>
          <w:sz w:val="22"/>
          <w:u w:val="single"/>
        </w:rPr>
        <w:t xml:space="preserve"> any </w:t>
      </w:r>
      <w:r>
        <w:rPr>
          <w:b w:val="0"/>
          <w:i w:val="0"/>
          <w:smallCaps w:val="0"/>
          <w:strike w:val="0"/>
          <w:sz w:val="22"/>
          <w:highlight w:val="cyan"/>
          <w:u w:val="single"/>
        </w:rPr>
        <w:t>antitrust</w:t>
      </w:r>
      <w:r>
        <w:rPr>
          <w:b w:val="0"/>
          <w:i w:val="0"/>
          <w:smallCaps w:val="0"/>
          <w:strike w:val="0"/>
          <w:sz w:val="22"/>
          <w:u w:val="single"/>
        </w:rPr>
        <w:t xml:space="preserve"> intervention. </w:t>
      </w:r>
      <w:r>
        <w:rPr>
          <w:b w:val="0"/>
          <w:i w:val="0"/>
          <w:smallCaps w:val="0"/>
          <w:strike w:val="0"/>
          <w:sz w:val="16"/>
          <w:u w:val="none"/>
        </w:rPr>
        <w:t>Although antitrust in the U.S. is not the cure for any economic diseases</w:t>
      </w:r>
      <w:r>
        <w:rPr>
          <w:b w:val="0"/>
          <w:i w:val="0"/>
          <w:smallCaps w:val="0"/>
          <w:strike w:val="0"/>
          <w:sz w:val="22"/>
          <w:u w:val="none"/>
        </w:rPr>
        <w:t xml:space="preserve">, </w:t>
      </w:r>
      <w:r>
        <w:rPr>
          <w:b w:val="0"/>
          <w:i w:val="0"/>
          <w:smallCaps w:val="0"/>
          <w:strike w:val="0"/>
          <w:sz w:val="16"/>
          <w:u w:val="none"/>
        </w:rPr>
        <w:t xml:space="preserve">more than a century of experience in enforcing this law shows some important evidence. </w:t>
      </w:r>
      <w:r>
        <w:rPr>
          <w:b/>
          <w:i w:val="0"/>
          <w:smallCaps w:val="0"/>
          <w:strike w:val="0"/>
          <w:sz w:val="24"/>
          <w:highlight w:val="cyan"/>
          <w:u w:val="single"/>
        </w:rPr>
        <w:t>Antitrust</w:t>
      </w:r>
      <w:r>
        <w:rPr>
          <w:b/>
          <w:i w:val="0"/>
          <w:smallCaps w:val="0"/>
          <w:strike w:val="0"/>
          <w:sz w:val="24"/>
          <w:u w:val="single"/>
        </w:rPr>
        <w:t xml:space="preserve"> law often </w:t>
      </w:r>
      <w:r>
        <w:rPr>
          <w:b/>
          <w:i w:val="0"/>
          <w:smallCaps w:val="0"/>
          <w:strike w:val="0"/>
          <w:sz w:val="24"/>
          <w:highlight w:val="cyan"/>
          <w:u w:val="single"/>
        </w:rPr>
        <w:t>paved the path of innovation</w:t>
      </w:r>
      <w:r>
        <w:rPr>
          <w:b/>
          <w:i w:val="0"/>
          <w:smallCaps w:val="0"/>
          <w:strike w:val="0"/>
          <w:sz w:val="24"/>
          <w:u w:val="single"/>
        </w:rPr>
        <w:t xml:space="preserve"> toward the </w:t>
      </w:r>
      <w:r>
        <w:rPr>
          <w:b/>
          <w:i w:val="0"/>
          <w:smallCaps w:val="0"/>
          <w:strike w:val="0"/>
          <w:sz w:val="24"/>
          <w:highlight w:val="cyan"/>
          <w:u w:val="single"/>
        </w:rPr>
        <w:t>creation of new markets</w:t>
      </w:r>
      <w:r>
        <w:rPr>
          <w:b/>
          <w:i w:val="0"/>
          <w:smallCaps w:val="0"/>
          <w:strike w:val="0"/>
          <w:sz w:val="24"/>
          <w:u w:val="single"/>
        </w:rPr>
        <w:t xml:space="preserve"> and </w:t>
      </w:r>
      <w:r>
        <w:rPr>
          <w:b/>
          <w:i w:val="0"/>
          <w:smallCaps w:val="0"/>
          <w:strike w:val="0"/>
          <w:sz w:val="24"/>
          <w:highlight w:val="cyan"/>
          <w:u w:val="single"/>
        </w:rPr>
        <w:t>development of new tech</w:t>
      </w:r>
      <w:r>
        <w:rPr>
          <w:b/>
          <w:i w:val="0"/>
          <w:smallCaps w:val="0"/>
          <w:strike w:val="0"/>
          <w:sz w:val="24"/>
          <w:u w:val="single"/>
        </w:rPr>
        <w:t>nologie</w:t>
      </w:r>
      <w:r>
        <w:rPr>
          <w:b w:val="0"/>
          <w:i w:val="0"/>
          <w:smallCaps w:val="0"/>
          <w:strike w:val="0"/>
          <w:sz w:val="22"/>
          <w:u w:val="single"/>
        </w:rPr>
        <w:t xml:space="preserve">s, </w:t>
      </w:r>
      <w:r>
        <w:rPr>
          <w:b w:val="0"/>
          <w:i w:val="0"/>
          <w:smallCaps w:val="0"/>
          <w:strike w:val="0"/>
          <w:sz w:val="16"/>
          <w:u w:val="none"/>
        </w:rPr>
        <w:t xml:space="preserve">which according to economists, such as Joseph Schumpeter, is what competition is all about. </w:t>
      </w:r>
    </w:p>
    <w:p>
      <w:pPr>
        <w:spacing w:after="60"/>
      </w:pPr>
      <w:r>
        <w:rPr>
          <w:b w:val="0"/>
          <w:i w:val="0"/>
          <w:smallCaps w:val="0"/>
          <w:strike w:val="0"/>
          <w:sz w:val="16"/>
          <w:u w:val="none"/>
        </w:rPr>
        <w:t>History tells us that</w:t>
      </w:r>
      <w:r>
        <w:rPr>
          <w:b w:val="0"/>
          <w:i w:val="0"/>
          <w:smallCaps w:val="0"/>
          <w:strike w:val="0"/>
          <w:sz w:val="16"/>
          <w:u w:val="single"/>
        </w:rPr>
        <w:t xml:space="preserve"> </w:t>
      </w:r>
      <w:r>
        <w:rPr>
          <w:b w:val="0"/>
          <w:i w:val="0"/>
          <w:smallCaps w:val="0"/>
          <w:strike w:val="0"/>
          <w:sz w:val="22"/>
          <w:highlight w:val="cyan"/>
          <w:u w:val="single"/>
        </w:rPr>
        <w:t>antitrust enforcers</w:t>
      </w:r>
      <w:r>
        <w:rPr>
          <w:b w:val="0"/>
          <w:i w:val="0"/>
          <w:smallCaps w:val="0"/>
          <w:strike w:val="0"/>
          <w:sz w:val="22"/>
          <w:u w:val="none"/>
        </w:rPr>
        <w:t xml:space="preserve"> </w:t>
      </w:r>
      <w:r>
        <w:rPr>
          <w:b w:val="0"/>
          <w:i w:val="0"/>
          <w:smallCaps w:val="0"/>
          <w:strike w:val="0"/>
          <w:sz w:val="16"/>
          <w:u w:val="none"/>
        </w:rPr>
        <w:t xml:space="preserve">can be crucial in </w:t>
      </w:r>
      <w:r>
        <w:rPr>
          <w:b w:val="0"/>
          <w:i w:val="0"/>
          <w:smallCaps w:val="0"/>
          <w:strike w:val="0"/>
          <w:sz w:val="22"/>
          <w:highlight w:val="cyan"/>
          <w:u w:val="single"/>
        </w:rPr>
        <w:t>maintain</w:t>
      </w:r>
      <w:r>
        <w:rPr>
          <w:b w:val="0"/>
          <w:i w:val="0"/>
          <w:smallCaps w:val="0"/>
          <w:strike w:val="0"/>
          <w:sz w:val="22"/>
          <w:u w:val="none"/>
        </w:rPr>
        <w:t xml:space="preserve">ing </w:t>
      </w:r>
      <w:r>
        <w:rPr>
          <w:b w:val="0"/>
          <w:i w:val="0"/>
          <w:smallCaps w:val="0"/>
          <w:strike w:val="0"/>
          <w:sz w:val="16"/>
          <w:u w:val="none"/>
        </w:rPr>
        <w:t xml:space="preserve">the delicate </w:t>
      </w:r>
      <w:r>
        <w:rPr>
          <w:b w:val="0"/>
          <w:i w:val="0"/>
          <w:smallCaps w:val="0"/>
          <w:strike w:val="0"/>
          <w:sz w:val="22"/>
          <w:highlight w:val="cyan"/>
          <w:u w:val="single"/>
        </w:rPr>
        <w:t>balance between controlling</w:t>
      </w:r>
      <w:r>
        <w:rPr>
          <w:b w:val="0"/>
          <w:i w:val="0"/>
          <w:smallCaps w:val="0"/>
          <w:strike w:val="0"/>
          <w:sz w:val="22"/>
          <w:u w:val="single"/>
        </w:rPr>
        <w:t xml:space="preserve"> the actions of </w:t>
      </w:r>
      <w:r>
        <w:rPr>
          <w:b w:val="0"/>
          <w:i w:val="0"/>
          <w:smallCaps w:val="0"/>
          <w:strike w:val="0"/>
          <w:sz w:val="22"/>
          <w:highlight w:val="cyan"/>
          <w:u w:val="single"/>
        </w:rPr>
        <w:t>large players without compromising</w:t>
      </w:r>
      <w:r>
        <w:rPr>
          <w:b w:val="0"/>
          <w:i w:val="0"/>
          <w:smallCaps w:val="0"/>
          <w:strike w:val="0"/>
          <w:sz w:val="22"/>
          <w:u w:val="single"/>
        </w:rPr>
        <w:t xml:space="preserve"> their </w:t>
      </w:r>
      <w:r>
        <w:rPr>
          <w:b w:val="0"/>
          <w:i w:val="0"/>
          <w:smallCaps w:val="0"/>
          <w:strike w:val="0"/>
          <w:sz w:val="22"/>
          <w:highlight w:val="cyan"/>
          <w:u w:val="single"/>
        </w:rPr>
        <w:t>incentives to innovate</w:t>
      </w:r>
      <w:r>
        <w:rPr>
          <w:b w:val="0"/>
          <w:i w:val="0"/>
          <w:smallCaps w:val="0"/>
          <w:strike w:val="0"/>
          <w:sz w:val="22"/>
          <w:u w:val="none"/>
        </w:rPr>
        <w:t xml:space="preserve"> </w:t>
      </w:r>
      <w:r>
        <w:rPr>
          <w:b w:val="0"/>
          <w:i w:val="0"/>
          <w:smallCaps w:val="0"/>
          <w:strike w:val="0"/>
          <w:sz w:val="16"/>
          <w:u w:val="none"/>
        </w:rPr>
        <w:t xml:space="preserve">through consent antitrust measures. </w:t>
      </w:r>
      <w:r>
        <w:rPr>
          <w:b w:val="0"/>
          <w:i w:val="0"/>
          <w:smallCaps w:val="0"/>
          <w:strike w:val="0"/>
          <w:sz w:val="22"/>
          <w:u w:val="single"/>
        </w:rPr>
        <w:t xml:space="preserve">In </w:t>
      </w:r>
      <w:r>
        <w:rPr>
          <w:b w:val="0"/>
          <w:i w:val="0"/>
          <w:smallCaps w:val="0"/>
          <w:strike w:val="0"/>
          <w:sz w:val="22"/>
          <w:u w:val="single"/>
        </w:rPr>
        <w:t xml:space="preserve">each situation, the company’s role in shaping antitrust remedies were fundamental. And in retrospect, as we </w:t>
      </w:r>
      <w:r>
        <w:rPr>
          <w:b w:val="0"/>
          <w:i w:val="0"/>
          <w:smallCaps w:val="0"/>
          <w:strike w:val="0"/>
          <w:sz w:val="22"/>
          <w:highlight w:val="cyan"/>
          <w:u w:val="single"/>
        </w:rPr>
        <w:t>look closely at the computer industry</w:t>
      </w:r>
      <w:r>
        <w:rPr>
          <w:b w:val="0"/>
          <w:i w:val="0"/>
          <w:smallCaps w:val="0"/>
          <w:strike w:val="0"/>
          <w:sz w:val="22"/>
          <w:u w:val="single"/>
        </w:rPr>
        <w:t xml:space="preserve">, it was the </w:t>
      </w:r>
      <w:r>
        <w:rPr>
          <w:b w:val="0"/>
          <w:i w:val="0"/>
          <w:smallCaps w:val="0"/>
          <w:strike w:val="0"/>
          <w:sz w:val="22"/>
          <w:highlight w:val="cyan"/>
          <w:u w:val="single"/>
        </w:rPr>
        <w:t>U.S. antitrust approach</w:t>
      </w:r>
      <w:r>
        <w:rPr>
          <w:b w:val="0"/>
          <w:i w:val="0"/>
          <w:smallCaps w:val="0"/>
          <w:strike w:val="0"/>
          <w:sz w:val="22"/>
          <w:u w:val="single"/>
        </w:rPr>
        <w:t xml:space="preserve">, </w:t>
      </w:r>
      <w:r>
        <w:rPr>
          <w:b w:val="0"/>
          <w:i w:val="0"/>
          <w:smallCaps w:val="0"/>
          <w:strike w:val="0"/>
          <w:sz w:val="16"/>
          <w:u w:val="none"/>
        </w:rPr>
        <w:t>albeit not perfect</w:t>
      </w:r>
      <w:r>
        <w:rPr>
          <w:b w:val="0"/>
          <w:i w:val="0"/>
          <w:smallCaps w:val="0"/>
          <w:strike w:val="0"/>
          <w:sz w:val="22"/>
          <w:u w:val="none"/>
        </w:rPr>
        <w:t xml:space="preserve">, </w:t>
      </w:r>
      <w:r>
        <w:rPr>
          <w:b w:val="0"/>
          <w:i w:val="0"/>
          <w:smallCaps w:val="0"/>
          <w:strike w:val="0"/>
          <w:sz w:val="22"/>
          <w:u w:val="single"/>
        </w:rPr>
        <w:t xml:space="preserve">that </w:t>
      </w:r>
      <w:r>
        <w:rPr>
          <w:b/>
          <w:i w:val="0"/>
          <w:smallCaps w:val="0"/>
          <w:strike w:val="0"/>
          <w:sz w:val="24"/>
          <w:highlight w:val="cyan"/>
          <w:u w:val="single"/>
        </w:rPr>
        <w:t>seems to have done its job well.</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