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3. </w:t>
      </w:r>
      <w:r>
        <w:rPr>
          <w:b/>
          <w:i w:val="0"/>
          <w:smallCaps w:val="0"/>
          <w:strike w:val="0"/>
          <w:sz w:val="26"/>
          <w:u w:val="single"/>
        </w:rPr>
        <w:t>DISCLOSURE</w:t>
      </w:r>
      <w:r>
        <w:rPr>
          <w:b/>
          <w:i w:val="0"/>
          <w:smallCaps w:val="0"/>
          <w:strike w:val="0"/>
          <w:sz w:val="26"/>
          <w:u w:val="none"/>
        </w:rPr>
        <w:t xml:space="preserve">. It’s key to follow on. </w:t>
      </w:r>
    </w:p>
    <w:p>
      <w:pPr>
        <w:spacing w:after="80"/>
      </w:pPr>
      <w:r>
        <w:rPr>
          <w:b/>
          <w:i w:val="0"/>
          <w:smallCaps w:val="0"/>
          <w:strike w:val="0"/>
          <w:color w:val="000000"/>
          <w:sz w:val="26"/>
          <w:u w:val="none"/>
        </w:rPr>
        <w:t>Phelps ’15</w:t>
      </w:r>
      <w:r>
        <w:rPr>
          <w:b w:val="0"/>
          <w:i w:val="0"/>
          <w:smallCaps w:val="0"/>
          <w:strike w:val="0"/>
          <w:color w:val="000000"/>
          <w:sz w:val="22"/>
          <w:u w:val="none"/>
        </w:rPr>
        <w:t xml:space="preserve"> [Marshall; July 16; Former chief of global intellectual property operations for IBM and Microsoft, “Do Patents Really Promote Innovation? A Response To The Economist” https://www.forbes.com/sites/marshallphelps/2015/09/16/do-patents-really-promote-innovation-a-response-to-the-economist/?sh=37bb19c31921] </w:t>
      </w:r>
    </w:p>
    <w:p>
      <w:pPr>
        <w:spacing w:after="60"/>
      </w:pPr>
      <w:r>
        <w:rPr>
          <w:b w:val="0"/>
          <w:i w:val="0"/>
          <w:smallCaps w:val="0"/>
          <w:strike w:val="0"/>
          <w:color w:val="000000"/>
          <w:sz w:val="22"/>
          <w:u w:val="none"/>
        </w:rPr>
        <w:t>“Do Patents Really Promote Innovation? A Response To The Economist,” Forbes, https://www.forbes.com/sites/marshallphelps/2015/09/16/do-patents-really-promote-innovation-a-response-to-the-economist/?sh=37bb19c31921</w:t>
      </w:r>
    </w:p>
    <w:p>
      <w:pPr>
        <w:spacing w:after="60"/>
      </w:pPr>
      <w:r>
        <w:rPr>
          <w:b/>
          <w:i w:val="0"/>
          <w:smallCaps w:val="0"/>
          <w:strike w:val="0"/>
          <w:color w:val="000000"/>
          <w:sz w:val="22"/>
          <w:u w:val="single"/>
        </w:rPr>
        <w:t>Economists</w:t>
      </w:r>
      <w:r>
        <w:rPr>
          <w:b w:val="0"/>
          <w:i w:val="0"/>
          <w:smallCaps w:val="0"/>
          <w:strike w:val="0"/>
          <w:color w:val="000000"/>
          <w:sz w:val="22"/>
          <w:u w:val="none"/>
        </w:rPr>
        <w:t xml:space="preserve"> </w:t>
      </w:r>
      <w:r>
        <w:rPr>
          <w:b w:val="0"/>
          <w:i w:val="0"/>
          <w:smallCaps w:val="0"/>
          <w:strike w:val="0"/>
          <w:color w:val="000000"/>
          <w:sz w:val="22"/>
          <w:u w:val="single"/>
        </w:rPr>
        <w:t>have</w:t>
      </w:r>
      <w:r>
        <w:rPr>
          <w:b w:val="0"/>
          <w:i w:val="0"/>
          <w:smallCaps w:val="0"/>
          <w:strike w:val="0"/>
          <w:color w:val="000000"/>
          <w:sz w:val="22"/>
          <w:u w:val="none"/>
        </w:rPr>
        <w:t xml:space="preserve"> </w:t>
      </w:r>
      <w:r>
        <w:rPr>
          <w:b/>
          <w:i w:val="0"/>
          <w:smallCaps w:val="0"/>
          <w:strike w:val="0"/>
          <w:color w:val="000000"/>
          <w:sz w:val="22"/>
          <w:u w:val="single"/>
        </w:rPr>
        <w:t>repeatedly demonstrated</w:t>
      </w:r>
      <w:r>
        <w:rPr>
          <w:b w:val="0"/>
          <w:i w:val="0"/>
          <w:smallCaps w:val="0"/>
          <w:strike w:val="0"/>
          <w:color w:val="000000"/>
          <w:sz w:val="22"/>
          <w:u w:val="none"/>
        </w:rPr>
        <w:t xml:space="preserve"> </w:t>
      </w:r>
      <w:r>
        <w:rPr>
          <w:b w:val="0"/>
          <w:i w:val="0"/>
          <w:smallCaps w:val="0"/>
          <w:strike w:val="0"/>
          <w:color w:val="000000"/>
          <w:sz w:val="22"/>
          <w:u w:val="single"/>
        </w:rPr>
        <w:t>that inventors are</w:t>
      </w:r>
      <w:r>
        <w:rPr>
          <w:b w:val="0"/>
          <w:i w:val="0"/>
          <w:smallCaps w:val="0"/>
          <w:strike w:val="0"/>
          <w:color w:val="000000"/>
          <w:sz w:val="22"/>
          <w:u w:val="none"/>
        </w:rPr>
        <w:t xml:space="preserve"> </w:t>
      </w:r>
      <w:r>
        <w:rPr>
          <w:b/>
          <w:i w:val="0"/>
          <w:smallCaps w:val="0"/>
          <w:strike w:val="0"/>
          <w:color w:val="000000"/>
          <w:sz w:val="22"/>
          <w:u w:val="single"/>
        </w:rPr>
        <w:t>driven primarily</w:t>
      </w:r>
      <w:r>
        <w:rPr>
          <w:b w:val="0"/>
          <w:i w:val="0"/>
          <w:smallCaps w:val="0"/>
          <w:strike w:val="0"/>
          <w:color w:val="000000"/>
          <w:sz w:val="22"/>
          <w:u w:val="none"/>
        </w:rPr>
        <w:t xml:space="preserve"> </w:t>
      </w:r>
      <w:r>
        <w:rPr>
          <w:b w:val="0"/>
          <w:i w:val="0"/>
          <w:smallCaps w:val="0"/>
          <w:strike w:val="0"/>
          <w:color w:val="000000"/>
          <w:sz w:val="22"/>
          <w:u w:val="single"/>
        </w:rPr>
        <w:t>by the</w:t>
      </w:r>
      <w:r>
        <w:rPr>
          <w:b w:val="0"/>
          <w:i w:val="0"/>
          <w:smallCaps w:val="0"/>
          <w:strike w:val="0"/>
          <w:color w:val="000000"/>
          <w:sz w:val="22"/>
          <w:u w:val="none"/>
        </w:rPr>
        <w:t xml:space="preserve"> </w:t>
      </w:r>
      <w:r>
        <w:rPr>
          <w:b/>
          <w:i w:val="0"/>
          <w:smallCaps w:val="0"/>
          <w:strike w:val="0"/>
          <w:color w:val="000000"/>
          <w:sz w:val="22"/>
          <w:u w:val="single"/>
        </w:rPr>
        <w:t>expectation of profiting</w:t>
      </w:r>
      <w:r>
        <w:rPr>
          <w:b w:val="0"/>
          <w:i w:val="0"/>
          <w:smallCaps w:val="0"/>
          <w:strike w:val="0"/>
          <w:color w:val="000000"/>
          <w:sz w:val="22"/>
          <w:u w:val="none"/>
        </w:rPr>
        <w:t xml:space="preserve"> </w:t>
      </w:r>
      <w:r>
        <w:rPr>
          <w:b w:val="0"/>
          <w:i w:val="0"/>
          <w:smallCaps w:val="0"/>
          <w:strike w:val="0"/>
          <w:color w:val="000000"/>
          <w:sz w:val="22"/>
          <w:u w:val="single"/>
        </w:rPr>
        <w:t>from owning the rights to their inventions.</w:t>
      </w:r>
      <w:r>
        <w:rPr>
          <w:b w:val="0"/>
          <w:i w:val="0"/>
          <w:smallCaps w:val="0"/>
          <w:strike w:val="0"/>
          <w:color w:val="000000"/>
          <w:sz w:val="22"/>
          <w:u w:val="none"/>
        </w:rPr>
        <w:t xml:space="preserve"> Zorina Khan of , whose 2005 classic The Democratization of Invention: Patents and Copyrights in American Economic Development was awarded the prestigious Alice Hanson Jones Prize for outstanding work in economic history, observed that “</w:t>
      </w:r>
      <w:r>
        <w:rPr>
          <w:b w:val="0"/>
          <w:i w:val="0"/>
          <w:smallCaps w:val="0"/>
          <w:strike w:val="0"/>
          <w:color w:val="000000"/>
          <w:sz w:val="22"/>
          <w:u w:val="single"/>
        </w:rPr>
        <w:t>Ordinary people [are] stimulated by higher perceived returns or demand-side incentives to make long-term commitments to inventive activity</w:t>
      </w:r>
      <w:r>
        <w:rPr>
          <w:b w:val="0"/>
          <w:i w:val="0"/>
          <w:smallCaps w:val="0"/>
          <w:strike w:val="0"/>
          <w:color w:val="000000"/>
          <w:sz w:val="22"/>
          <w:u w:val="none"/>
        </w:rPr>
        <w:t xml:space="preserve">.” </w:t>
      </w:r>
      <w:r>
        <w:rPr>
          <w:b w:val="0"/>
          <w:i w:val="0"/>
          <w:smallCaps w:val="0"/>
          <w:strike w:val="0"/>
          <w:color w:val="000000"/>
          <w:sz w:val="22"/>
          <w:u w:val="single"/>
        </w:rPr>
        <w:t>She also found that “their patterns of patenting were procyclical [and] responded to expected profit opportunities</w:t>
      </w:r>
      <w:r>
        <w:rPr>
          <w:b w:val="0"/>
          <w:i w:val="0"/>
          <w:smallCaps w:val="0"/>
          <w:strike w:val="0"/>
          <w:color w:val="000000"/>
          <w:sz w:val="22"/>
          <w:u w:val="none"/>
        </w:rPr>
        <w:t>.”</w:t>
      </w:r>
    </w:p>
    <w:p>
      <w:pPr>
        <w:spacing w:after="60"/>
      </w:pPr>
      <w:r>
        <w:rPr>
          <w:b w:val="0"/>
          <w:i w:val="0"/>
          <w:smallCaps w:val="0"/>
          <w:strike w:val="0"/>
          <w:color w:val="000000"/>
          <w:sz w:val="22"/>
          <w:u w:val="none"/>
        </w:rPr>
        <w:t xml:space="preserve">Along with her colleague the late Kenneth Sokoloff of UCLA, Professor </w:t>
      </w:r>
      <w:r>
        <w:rPr>
          <w:b w:val="0"/>
          <w:i w:val="0"/>
          <w:smallCaps w:val="0"/>
          <w:strike w:val="0"/>
          <w:color w:val="000000"/>
          <w:sz w:val="22"/>
          <w:u w:val="single"/>
        </w:rPr>
        <w:t>Khan then</w:t>
      </w:r>
      <w:r>
        <w:rPr>
          <w:b w:val="0"/>
          <w:i w:val="0"/>
          <w:smallCaps w:val="0"/>
          <w:strike w:val="0"/>
          <w:color w:val="000000"/>
          <w:sz w:val="22"/>
          <w:u w:val="none"/>
        </w:rPr>
        <w:t xml:space="preserve">  </w:t>
      </w:r>
      <w:r>
        <w:rPr>
          <w:b w:val="0"/>
          <w:i w:val="0"/>
          <w:smallCaps w:val="0"/>
          <w:strike w:val="0"/>
          <w:color w:val="000000"/>
          <w:sz w:val="22"/>
          <w:u w:val="single"/>
        </w:rPr>
        <w:t>in helping U.S. startup businesses grow the economy from an</w:t>
      </w:r>
      <w:r>
        <w:rPr>
          <w:b w:val="0"/>
          <w:i w:val="0"/>
          <w:smallCaps w:val="0"/>
          <w:strike w:val="0"/>
          <w:color w:val="000000"/>
          <w:sz w:val="22"/>
          <w:u w:val="none"/>
        </w:rPr>
        <w:t xml:space="preserve"> </w:t>
      </w:r>
      <w:r>
        <w:rPr>
          <w:b/>
          <w:i w:val="0"/>
          <w:smallCaps w:val="0"/>
          <w:strike w:val="0"/>
          <w:color w:val="000000"/>
          <w:sz w:val="22"/>
          <w:u w:val="single"/>
        </w:rPr>
        <w:t>agrarian backwater</w:t>
      </w:r>
      <w:r>
        <w:rPr>
          <w:b w:val="0"/>
          <w:i w:val="0"/>
          <w:smallCaps w:val="0"/>
          <w:strike w:val="0"/>
          <w:color w:val="000000"/>
          <w:sz w:val="22"/>
          <w:u w:val="none"/>
        </w:rPr>
        <w:t xml:space="preserve"> </w:t>
      </w:r>
      <w:r>
        <w:rPr>
          <w:b w:val="0"/>
          <w:i w:val="0"/>
          <w:smallCaps w:val="0"/>
          <w:strike w:val="0"/>
          <w:color w:val="000000"/>
          <w:sz w:val="22"/>
          <w:u w:val="single"/>
        </w:rPr>
        <w:t>into the</w:t>
      </w:r>
      <w:r>
        <w:rPr>
          <w:b w:val="0"/>
          <w:i w:val="0"/>
          <w:smallCaps w:val="0"/>
          <w:strike w:val="0"/>
          <w:color w:val="000000"/>
          <w:sz w:val="22"/>
          <w:u w:val="none"/>
        </w:rPr>
        <w:t xml:space="preserve"> </w:t>
      </w:r>
      <w:r>
        <w:rPr>
          <w:b/>
          <w:i w:val="0"/>
          <w:smallCaps w:val="0"/>
          <w:strike w:val="0"/>
          <w:color w:val="000000"/>
          <w:sz w:val="22"/>
          <w:u w:val="single"/>
        </w:rPr>
        <w:t>most powerful industrial economy</w:t>
      </w:r>
      <w:r>
        <w:rPr>
          <w:b w:val="0"/>
          <w:i w:val="0"/>
          <w:smallCaps w:val="0"/>
          <w:strike w:val="0"/>
          <w:color w:val="000000"/>
          <w:sz w:val="22"/>
          <w:u w:val="none"/>
        </w:rPr>
        <w:t xml:space="preserve"> </w:t>
      </w:r>
      <w:r>
        <w:rPr>
          <w:b w:val="0"/>
          <w:i w:val="0"/>
          <w:smallCaps w:val="0"/>
          <w:strike w:val="0"/>
          <w:color w:val="000000"/>
          <w:sz w:val="22"/>
          <w:u w:val="single"/>
        </w:rPr>
        <w:t>on the face of the earth</w:t>
      </w:r>
      <w:r>
        <w:rPr>
          <w:b w:val="0"/>
          <w:i w:val="0"/>
          <w:smallCaps w:val="0"/>
          <w:strike w:val="0"/>
          <w:color w:val="000000"/>
          <w:sz w:val="22"/>
          <w:u w:val="none"/>
        </w:rPr>
        <w:t>:</w:t>
      </w:r>
    </w:p>
    <w:p>
      <w:pPr>
        <w:spacing w:after="60"/>
      </w:pPr>
      <w:r>
        <w:rPr>
          <w:b w:val="0"/>
          <w:i w:val="0"/>
          <w:smallCaps w:val="0"/>
          <w:strike w:val="0"/>
          <w:color w:val="000000"/>
          <w:sz w:val="22"/>
          <w:u w:val="single"/>
        </w:rPr>
        <w:t>The U.S. patent system had a powerful impact on the patterns of inventive activity. Its provision of broad access to property rights on new inventions, coupled with the requirement of</w:t>
      </w:r>
      <w:r>
        <w:rPr>
          <w:b w:val="0"/>
          <w:i w:val="0"/>
          <w:smallCaps w:val="0"/>
          <w:strike w:val="0"/>
          <w:color w:val="000000"/>
          <w:sz w:val="22"/>
          <w:u w:val="none"/>
        </w:rPr>
        <w:t xml:space="preserve"> </w:t>
      </w:r>
      <w:r>
        <w:rPr>
          <w:b w:val="0"/>
          <w:i w:val="0"/>
          <w:smallCaps w:val="0"/>
          <w:strike w:val="0"/>
          <w:color w:val="000000"/>
          <w:sz w:val="22"/>
          <w:highlight w:val="cyan"/>
          <w:u w:val="single"/>
        </w:rPr>
        <w:t>public disclosure, was</w:t>
      </w:r>
      <w:r>
        <w:rPr>
          <w:b w:val="0"/>
          <w:i w:val="0"/>
          <w:smallCaps w:val="0"/>
          <w:strike w:val="0"/>
          <w:color w:val="000000"/>
          <w:sz w:val="22"/>
          <w:highlight w:val="cyan"/>
          <w:u w:val="none"/>
        </w:rPr>
        <w:t xml:space="preserve"> </w:t>
      </w:r>
      <w:r>
        <w:rPr>
          <w:b/>
          <w:i w:val="0"/>
          <w:smallCaps w:val="0"/>
          <w:strike w:val="0"/>
          <w:color w:val="000000"/>
          <w:sz w:val="22"/>
          <w:highlight w:val="cyan"/>
          <w:u w:val="single"/>
        </w:rPr>
        <w:t>extremely effective</w:t>
      </w:r>
      <w:r>
        <w:rPr>
          <w:b w:val="0"/>
          <w:i w:val="0"/>
          <w:smallCaps w:val="0"/>
          <w:strike w:val="0"/>
          <w:color w:val="000000"/>
          <w:sz w:val="22"/>
          <w:highlight w:val="cyan"/>
          <w:u w:val="none"/>
        </w:rPr>
        <w:t xml:space="preserve"> </w:t>
      </w:r>
      <w:r>
        <w:rPr>
          <w:b w:val="0"/>
          <w:i w:val="0"/>
          <w:smallCaps w:val="0"/>
          <w:strike w:val="0"/>
          <w:color w:val="000000"/>
          <w:sz w:val="22"/>
          <w:highlight w:val="cyan"/>
          <w:u w:val="single"/>
        </w:rPr>
        <w:t>at stimulating</w:t>
      </w:r>
      <w:r>
        <w:rPr>
          <w:b w:val="0"/>
          <w:i w:val="0"/>
          <w:smallCaps w:val="0"/>
          <w:strike w:val="0"/>
          <w:color w:val="000000"/>
          <w:sz w:val="22"/>
          <w:u w:val="none"/>
        </w:rPr>
        <w:t xml:space="preserve"> </w:t>
      </w:r>
      <w:r>
        <w:rPr>
          <w:b w:val="0"/>
          <w:i w:val="0"/>
          <w:smallCaps w:val="0"/>
          <w:strike w:val="0"/>
          <w:color w:val="000000"/>
          <w:sz w:val="22"/>
          <w:u w:val="single"/>
        </w:rPr>
        <w:t>the growth of a market for technology and</w:t>
      </w:r>
      <w:r>
        <w:rPr>
          <w:b w:val="0"/>
          <w:i w:val="0"/>
          <w:smallCaps w:val="0"/>
          <w:strike w:val="0"/>
          <w:color w:val="000000"/>
          <w:sz w:val="22"/>
          <w:u w:val="none"/>
        </w:rPr>
        <w:t xml:space="preserve"> </w:t>
      </w:r>
      <w:r>
        <w:rPr>
          <w:b/>
          <w:i w:val="0"/>
          <w:smallCaps w:val="0"/>
          <w:strike w:val="0"/>
          <w:color w:val="000000"/>
          <w:sz w:val="22"/>
          <w:u w:val="single"/>
        </w:rPr>
        <w:t>promoting</w:t>
      </w:r>
      <w:r>
        <w:rPr>
          <w:b w:val="0"/>
          <w:i w:val="0"/>
          <w:smallCaps w:val="0"/>
          <w:strike w:val="0"/>
          <w:color w:val="000000"/>
          <w:sz w:val="22"/>
          <w:u w:val="none"/>
        </w:rPr>
        <w:t xml:space="preserve"> </w:t>
      </w:r>
      <w:r>
        <w:rPr>
          <w:b/>
          <w:i w:val="0"/>
          <w:smallCaps w:val="0"/>
          <w:strike w:val="0"/>
          <w:color w:val="000000"/>
          <w:sz w:val="22"/>
          <w:highlight w:val="cyan"/>
          <w:u w:val="single"/>
        </w:rPr>
        <w:t>technological change</w:t>
      </w:r>
      <w:r>
        <w:rPr>
          <w:b w:val="0"/>
          <w:i w:val="0"/>
          <w:smallCaps w:val="0"/>
          <w:strike w:val="0"/>
          <w:color w:val="000000"/>
          <w:sz w:val="22"/>
          <w:u w:val="none"/>
        </w:rPr>
        <w:t xml:space="preserve"> </w:t>
      </w:r>
      <w:r>
        <w:rPr>
          <w:b w:val="0"/>
          <w:i w:val="0"/>
          <w:smallCaps w:val="0"/>
          <w:strike w:val="0"/>
          <w:color w:val="000000"/>
          <w:sz w:val="22"/>
          <w:u w:val="single"/>
        </w:rPr>
        <w:t>[emphasis added].</w:t>
      </w:r>
    </w:p>
    <w:p>
      <w:pPr>
        <w:spacing w:after="60"/>
      </w:pPr>
      <w:r>
        <w:rPr>
          <w:b w:val="0"/>
          <w:i w:val="0"/>
          <w:smallCaps w:val="0"/>
          <w:strike w:val="0"/>
          <w:color w:val="000000"/>
          <w:sz w:val="22"/>
          <w:highlight w:val="cyan"/>
          <w:u w:val="single"/>
        </w:rPr>
        <w:t>Over</w:t>
      </w:r>
      <w:r>
        <w:rPr>
          <w:b w:val="0"/>
          <w:i w:val="0"/>
          <w:smallCaps w:val="0"/>
          <w:strike w:val="0"/>
          <w:color w:val="000000"/>
          <w:sz w:val="22"/>
          <w:u w:val="none"/>
        </w:rPr>
        <w:t xml:space="preserve"> </w:t>
      </w:r>
      <w:r>
        <w:rPr>
          <w:b w:val="0"/>
          <w:i w:val="0"/>
          <w:smallCaps w:val="0"/>
          <w:strike w:val="0"/>
          <w:color w:val="000000"/>
          <w:sz w:val="22"/>
          <w:u w:val="single"/>
        </w:rPr>
        <w:t>the last</w:t>
      </w:r>
      <w:r>
        <w:rPr>
          <w:b w:val="0"/>
          <w:i w:val="0"/>
          <w:smallCaps w:val="0"/>
          <w:strike w:val="0"/>
          <w:color w:val="000000"/>
          <w:sz w:val="22"/>
          <w:u w:val="none"/>
        </w:rPr>
        <w:t xml:space="preserve"> </w:t>
      </w:r>
      <w:r>
        <w:rPr>
          <w:b w:val="0"/>
          <w:i w:val="0"/>
          <w:smallCaps w:val="0"/>
          <w:strike w:val="0"/>
          <w:color w:val="000000"/>
          <w:sz w:val="22"/>
          <w:highlight w:val="cyan"/>
          <w:u w:val="single"/>
        </w:rPr>
        <w:t>50 years</w:t>
      </w:r>
      <w:r>
        <w:rPr>
          <w:b w:val="0"/>
          <w:i w:val="0"/>
          <w:smallCaps w:val="0"/>
          <w:strike w:val="0"/>
          <w:color w:val="000000"/>
          <w:sz w:val="22"/>
          <w:highlight w:val="cyan"/>
          <w:u w:val="single"/>
        </w:rPr>
        <w:t>,</w:t>
      </w:r>
      <w:r>
        <w:rPr>
          <w:b w:val="0"/>
          <w:i w:val="0"/>
          <w:smallCaps w:val="0"/>
          <w:strike w:val="0"/>
          <w:color w:val="000000"/>
          <w:sz w:val="22"/>
          <w:highlight w:val="cyan"/>
          <w:u w:val="none"/>
        </w:rPr>
        <w:t xml:space="preserve"> </w:t>
      </w:r>
      <w:r>
        <w:rPr>
          <w:b w:val="0"/>
          <w:i w:val="0"/>
          <w:smallCaps w:val="0"/>
          <w:strike w:val="0"/>
          <w:color w:val="000000"/>
          <w:sz w:val="22"/>
          <w:highlight w:val="cyan"/>
          <w:u w:val="single"/>
        </w:rPr>
        <w:t>economists</w:t>
      </w:r>
      <w:r>
        <w:rPr>
          <w:b w:val="0"/>
          <w:i w:val="0"/>
          <w:smallCaps w:val="0"/>
          <w:strike w:val="0"/>
          <w:color w:val="000000"/>
          <w:sz w:val="22"/>
          <w:u w:val="none"/>
        </w:rPr>
        <w:t xml:space="preserve"> </w:t>
      </w:r>
      <w:r>
        <w:rPr>
          <w:b w:val="0"/>
          <w:i w:val="0"/>
          <w:smallCaps w:val="0"/>
          <w:strike w:val="0"/>
          <w:color w:val="000000"/>
          <w:sz w:val="22"/>
          <w:u w:val="single"/>
        </w:rPr>
        <w:t>have</w:t>
      </w:r>
      <w:r>
        <w:rPr>
          <w:b w:val="0"/>
          <w:i w:val="0"/>
          <w:smallCaps w:val="0"/>
          <w:strike w:val="0"/>
          <w:color w:val="000000"/>
          <w:sz w:val="22"/>
          <w:u w:val="none"/>
        </w:rPr>
        <w:t xml:space="preserve"> </w:t>
      </w:r>
      <w:r>
        <w:rPr>
          <w:b w:val="0"/>
          <w:i w:val="0"/>
          <w:smallCaps w:val="0"/>
          <w:strike w:val="0"/>
          <w:color w:val="000000"/>
          <w:sz w:val="22"/>
          <w:highlight w:val="cyan"/>
          <w:u w:val="single"/>
        </w:rPr>
        <w:t>found</w:t>
      </w:r>
      <w:r>
        <w:rPr>
          <w:b w:val="0"/>
          <w:i w:val="0"/>
          <w:smallCaps w:val="0"/>
          <w:strike w:val="0"/>
          <w:color w:val="000000"/>
          <w:sz w:val="22"/>
          <w:u w:val="none"/>
        </w:rPr>
        <w:t xml:space="preserve"> </w:t>
      </w:r>
      <w:r>
        <w:rPr>
          <w:b w:val="0"/>
          <w:i w:val="0"/>
          <w:smallCaps w:val="0"/>
          <w:strike w:val="0"/>
          <w:color w:val="000000"/>
          <w:sz w:val="22"/>
          <w:u w:val="single"/>
        </w:rPr>
        <w:t>that</w:t>
      </w:r>
      <w:r>
        <w:rPr>
          <w:b w:val="0"/>
          <w:i w:val="0"/>
          <w:smallCaps w:val="0"/>
          <w:strike w:val="0"/>
          <w:color w:val="000000"/>
          <w:sz w:val="22"/>
          <w:u w:val="none"/>
        </w:rPr>
        <w:t xml:space="preserve"> </w:t>
      </w:r>
      <w:r>
        <w:rPr>
          <w:b w:val="0"/>
          <w:i w:val="0"/>
          <w:smallCaps w:val="0"/>
          <w:strike w:val="0"/>
          <w:color w:val="000000"/>
          <w:sz w:val="22"/>
          <w:highlight w:val="cyan"/>
          <w:u w:val="single"/>
        </w:rPr>
        <w:t>patents continue to foster</w:t>
      </w:r>
      <w:r>
        <w:rPr>
          <w:b w:val="0"/>
          <w:i w:val="0"/>
          <w:smallCaps w:val="0"/>
          <w:strike w:val="0"/>
          <w:color w:val="000000"/>
          <w:sz w:val="22"/>
          <w:u w:val="none"/>
        </w:rPr>
        <w:t xml:space="preserve"> </w:t>
      </w:r>
      <w:r>
        <w:rPr>
          <w:b w:val="0"/>
          <w:i w:val="0"/>
          <w:smallCaps w:val="0"/>
          <w:strike w:val="0"/>
          <w:color w:val="000000"/>
          <w:sz w:val="22"/>
          <w:u w:val="single"/>
        </w:rPr>
        <w:t>ex ante</w:t>
      </w:r>
      <w:r>
        <w:rPr>
          <w:b w:val="0"/>
          <w:i w:val="0"/>
          <w:smallCaps w:val="0"/>
          <w:strike w:val="0"/>
          <w:color w:val="000000"/>
          <w:sz w:val="22"/>
          <w:u w:val="none"/>
        </w:rPr>
        <w:t xml:space="preserve"> </w:t>
      </w:r>
      <w:r>
        <w:rPr>
          <w:b w:val="0"/>
          <w:i w:val="0"/>
          <w:smallCaps w:val="0"/>
          <w:strike w:val="0"/>
          <w:color w:val="000000"/>
          <w:sz w:val="22"/>
          <w:highlight w:val="cyan"/>
          <w:u w:val="single"/>
        </w:rPr>
        <w:t>innovation</w:t>
      </w:r>
      <w:r>
        <w:rPr>
          <w:b w:val="0"/>
          <w:i w:val="0"/>
          <w:smallCaps w:val="0"/>
          <w:strike w:val="0"/>
          <w:color w:val="000000"/>
          <w:sz w:val="22"/>
          <w:u w:val="none"/>
        </w:rPr>
        <w:t xml:space="preserve"> </w:t>
      </w:r>
      <w:r>
        <w:rPr>
          <w:b w:val="0"/>
          <w:i w:val="0"/>
          <w:smallCaps w:val="0"/>
          <w:strike w:val="0"/>
          <w:color w:val="000000"/>
          <w:sz w:val="22"/>
          <w:u w:val="single"/>
        </w:rPr>
        <w:t>— meaning, they induce people to invent because of the prospect of profiting from those inventions</w:t>
      </w:r>
      <w:r>
        <w:rPr>
          <w:b w:val="0"/>
          <w:i w:val="0"/>
          <w:smallCaps w:val="0"/>
          <w:strike w:val="0"/>
          <w:color w:val="000000"/>
          <w:sz w:val="22"/>
          <w:u w:val="none"/>
        </w:rPr>
        <w:t xml:space="preserve">. </w:t>
      </w:r>
      <w:r>
        <w:rPr>
          <w:b w:val="0"/>
          <w:i w:val="0"/>
          <w:smallCaps w:val="0"/>
          <w:strike w:val="0"/>
          <w:color w:val="000000"/>
          <w:sz w:val="22"/>
          <w:u w:val="single"/>
        </w:rPr>
        <w:t>The work of economists such as Arrow</w:t>
      </w:r>
      <w:r>
        <w:rPr>
          <w:b w:val="0"/>
          <w:i w:val="0"/>
          <w:smallCaps w:val="0"/>
          <w:strike w:val="0"/>
          <w:color w:val="000000"/>
          <w:sz w:val="22"/>
          <w:u w:val="none"/>
        </w:rPr>
        <w:t xml:space="preserve"> (1962), </w:t>
      </w:r>
      <w:r>
        <w:rPr>
          <w:b w:val="0"/>
          <w:i w:val="0"/>
          <w:smallCaps w:val="0"/>
          <w:strike w:val="0"/>
          <w:color w:val="000000"/>
          <w:sz w:val="22"/>
          <w:u w:val="single"/>
        </w:rPr>
        <w:t>Griliches</w:t>
      </w:r>
      <w:r>
        <w:rPr>
          <w:b w:val="0"/>
          <w:i w:val="0"/>
          <w:smallCaps w:val="0"/>
          <w:strike w:val="0"/>
          <w:color w:val="000000"/>
          <w:sz w:val="22"/>
          <w:u w:val="none"/>
        </w:rPr>
        <w:t xml:space="preserve"> (1963), </w:t>
      </w:r>
      <w:r>
        <w:rPr>
          <w:b w:val="0"/>
          <w:i w:val="0"/>
          <w:smallCaps w:val="0"/>
          <w:strike w:val="0"/>
          <w:color w:val="000000"/>
          <w:sz w:val="22"/>
          <w:u w:val="single"/>
        </w:rPr>
        <w:t>Schmookler</w:t>
      </w:r>
      <w:r>
        <w:rPr>
          <w:b w:val="0"/>
          <w:i w:val="0"/>
          <w:smallCaps w:val="0"/>
          <w:strike w:val="0"/>
          <w:color w:val="000000"/>
          <w:sz w:val="22"/>
          <w:u w:val="none"/>
        </w:rPr>
        <w:t xml:space="preserve"> (1966), </w:t>
      </w:r>
      <w:r>
        <w:rPr>
          <w:b w:val="0"/>
          <w:i w:val="0"/>
          <w:smallCaps w:val="0"/>
          <w:strike w:val="0"/>
          <w:color w:val="000000"/>
          <w:sz w:val="22"/>
          <w:u w:val="single"/>
        </w:rPr>
        <w:t>Kitch</w:t>
      </w:r>
      <w:r>
        <w:rPr>
          <w:b w:val="0"/>
          <w:i w:val="0"/>
          <w:smallCaps w:val="0"/>
          <w:strike w:val="0"/>
          <w:color w:val="000000"/>
          <w:sz w:val="22"/>
          <w:u w:val="none"/>
        </w:rPr>
        <w:t xml:space="preserve"> (1977), </w:t>
      </w:r>
      <w:r>
        <w:rPr>
          <w:b w:val="0"/>
          <w:i w:val="0"/>
          <w:smallCaps w:val="0"/>
          <w:strike w:val="0"/>
          <w:color w:val="000000"/>
          <w:sz w:val="22"/>
          <w:u w:val="single"/>
        </w:rPr>
        <w:t>Reinganum</w:t>
      </w:r>
      <w:r>
        <w:rPr>
          <w:b w:val="0"/>
          <w:i w:val="0"/>
          <w:smallCaps w:val="0"/>
          <w:strike w:val="0"/>
          <w:color w:val="000000"/>
          <w:sz w:val="22"/>
          <w:u w:val="none"/>
        </w:rPr>
        <w:t xml:space="preserve"> (1981), </w:t>
      </w:r>
      <w:r>
        <w:rPr>
          <w:b w:val="0"/>
          <w:i w:val="0"/>
          <w:smallCaps w:val="0"/>
          <w:strike w:val="0"/>
          <w:color w:val="000000"/>
          <w:sz w:val="22"/>
          <w:u w:val="single"/>
        </w:rPr>
        <w:t>Klemperer</w:t>
      </w:r>
      <w:r>
        <w:rPr>
          <w:b w:val="0"/>
          <w:i w:val="0"/>
          <w:smallCaps w:val="0"/>
          <w:strike w:val="0"/>
          <w:color w:val="000000"/>
          <w:sz w:val="22"/>
          <w:u w:val="none"/>
        </w:rPr>
        <w:t xml:space="preserve"> (1990), </w:t>
      </w:r>
      <w:r>
        <w:rPr>
          <w:b w:val="0"/>
          <w:i w:val="0"/>
          <w:smallCaps w:val="0"/>
          <w:strike w:val="0"/>
          <w:color w:val="000000"/>
          <w:sz w:val="22"/>
          <w:u w:val="single"/>
        </w:rPr>
        <w:t>Romer</w:t>
      </w:r>
      <w:r>
        <w:rPr>
          <w:b w:val="0"/>
          <w:i w:val="0"/>
          <w:smallCaps w:val="0"/>
          <w:strike w:val="0"/>
          <w:color w:val="000000"/>
          <w:sz w:val="22"/>
          <w:u w:val="none"/>
        </w:rPr>
        <w:t xml:space="preserve"> (1990), </w:t>
      </w:r>
      <w:r>
        <w:rPr>
          <w:b w:val="0"/>
          <w:i w:val="0"/>
          <w:smallCaps w:val="0"/>
          <w:strike w:val="0"/>
          <w:color w:val="000000"/>
          <w:sz w:val="22"/>
          <w:u w:val="single"/>
        </w:rPr>
        <w:t>Giulbert and Shapiro</w:t>
      </w:r>
      <w:r>
        <w:rPr>
          <w:b w:val="0"/>
          <w:i w:val="0"/>
          <w:smallCaps w:val="0"/>
          <w:strike w:val="0"/>
          <w:color w:val="000000"/>
          <w:sz w:val="22"/>
          <w:u w:val="none"/>
        </w:rPr>
        <w:t xml:space="preserve"> (1990), </w:t>
      </w:r>
      <w:r>
        <w:rPr>
          <w:b w:val="0"/>
          <w:i w:val="0"/>
          <w:smallCaps w:val="0"/>
          <w:strike w:val="0"/>
          <w:color w:val="000000"/>
          <w:sz w:val="22"/>
          <w:u w:val="single"/>
        </w:rPr>
        <w:t>Grossman and</w:t>
      </w:r>
      <w:r>
        <w:rPr>
          <w:b w:val="0"/>
          <w:i w:val="0"/>
          <w:smallCaps w:val="0"/>
          <w:strike w:val="0"/>
          <w:color w:val="000000"/>
          <w:sz w:val="22"/>
          <w:u w:val="none"/>
        </w:rPr>
        <w:t xml:space="preserve"> </w:t>
      </w:r>
      <w:r>
        <w:rPr>
          <w:b w:val="0"/>
          <w:i w:val="0"/>
          <w:smallCaps w:val="0"/>
          <w:strike w:val="0"/>
          <w:color w:val="000000"/>
          <w:sz w:val="22"/>
          <w:u w:val="single"/>
        </w:rPr>
        <w:t>Helpman</w:t>
      </w:r>
      <w:r>
        <w:rPr>
          <w:b w:val="0"/>
          <w:i w:val="0"/>
          <w:smallCaps w:val="0"/>
          <w:strike w:val="0"/>
          <w:color w:val="000000"/>
          <w:sz w:val="22"/>
          <w:u w:val="none"/>
        </w:rPr>
        <w:t xml:space="preserve"> (1991), </w:t>
      </w:r>
      <w:r>
        <w:rPr>
          <w:b w:val="0"/>
          <w:i w:val="0"/>
          <w:smallCaps w:val="0"/>
          <w:strike w:val="0"/>
          <w:color w:val="000000"/>
          <w:sz w:val="22"/>
          <w:u w:val="single"/>
        </w:rPr>
        <w:t>Scotchmer (1999), and Gallini</w:t>
      </w:r>
      <w:r>
        <w:rPr>
          <w:b w:val="0"/>
          <w:i w:val="0"/>
          <w:smallCaps w:val="0"/>
          <w:strike w:val="0"/>
          <w:color w:val="000000"/>
          <w:sz w:val="22"/>
          <w:u w:val="none"/>
        </w:rPr>
        <w:t xml:space="preserve"> (2002) on this issue is mostly available for free online at the  Research Network.</w:t>
      </w:r>
    </w:p>
    <w:p>
      <w:pPr>
        <w:spacing w:after="60"/>
      </w:pPr>
      <w:r>
        <w:rPr>
          <w:b w:val="0"/>
          <w:i w:val="0"/>
          <w:smallCaps w:val="0"/>
          <w:strike w:val="0"/>
          <w:color w:val="000000"/>
          <w:sz w:val="22"/>
          <w:u w:val="none"/>
        </w:rPr>
        <w:t>One especially interesting 2007 study by Arora, Ceccagnoli, and Cowen entitled  found that "</w:t>
      </w:r>
      <w:r>
        <w:rPr>
          <w:b w:val="0"/>
          <w:i w:val="0"/>
          <w:smallCaps w:val="0"/>
          <w:strike w:val="0"/>
          <w:color w:val="000000"/>
          <w:sz w:val="22"/>
          <w:u w:val="single"/>
        </w:rPr>
        <w:t>the patent premium for innovations that were patented is substantial</w:t>
      </w:r>
      <w:r>
        <w:rPr>
          <w:b w:val="0"/>
          <w:i w:val="0"/>
          <w:smallCaps w:val="0"/>
          <w:strike w:val="0"/>
          <w:color w:val="000000"/>
          <w:sz w:val="22"/>
          <w:u w:val="none"/>
        </w:rPr>
        <w:t xml:space="preserve">. </w:t>
      </w:r>
      <w:r>
        <w:rPr>
          <w:b/>
          <w:i w:val="0"/>
          <w:smallCaps w:val="0"/>
          <w:strike w:val="0"/>
          <w:color w:val="000000"/>
          <w:sz w:val="22"/>
          <w:highlight w:val="cyan"/>
          <w:u w:val="single"/>
        </w:rPr>
        <w:t>Firms earn</w:t>
      </w:r>
      <w:r>
        <w:rPr>
          <w:b w:val="0"/>
          <w:i w:val="0"/>
          <w:smallCaps w:val="0"/>
          <w:strike w:val="0"/>
          <w:color w:val="000000"/>
          <w:sz w:val="22"/>
          <w:u w:val="none"/>
        </w:rPr>
        <w:t xml:space="preserve"> </w:t>
      </w:r>
      <w:r>
        <w:rPr>
          <w:b w:val="0"/>
          <w:i w:val="0"/>
          <w:smallCaps w:val="0"/>
          <w:strike w:val="0"/>
          <w:color w:val="000000"/>
          <w:sz w:val="22"/>
          <w:u w:val="single"/>
        </w:rPr>
        <w:t>on average</w:t>
      </w:r>
      <w:r>
        <w:rPr>
          <w:b w:val="0"/>
          <w:i w:val="0"/>
          <w:smallCaps w:val="0"/>
          <w:strike w:val="0"/>
          <w:color w:val="000000"/>
          <w:sz w:val="22"/>
          <w:u w:val="none"/>
        </w:rPr>
        <w:t xml:space="preserve"> </w:t>
      </w:r>
      <w:r>
        <w:rPr>
          <w:b w:val="0"/>
          <w:i w:val="0"/>
          <w:smallCaps w:val="0"/>
          <w:strike w:val="0"/>
          <w:color w:val="000000"/>
          <w:sz w:val="22"/>
          <w:highlight w:val="cyan"/>
          <w:u w:val="single"/>
        </w:rPr>
        <w:t>a</w:t>
      </w:r>
      <w:r>
        <w:rPr>
          <w:b w:val="0"/>
          <w:i w:val="0"/>
          <w:smallCaps w:val="0"/>
          <w:strike w:val="0"/>
          <w:color w:val="000000"/>
          <w:sz w:val="22"/>
          <w:highlight w:val="cyan"/>
          <w:u w:val="none"/>
        </w:rPr>
        <w:t xml:space="preserve"> </w:t>
      </w:r>
      <w:r>
        <w:rPr>
          <w:b/>
          <w:i w:val="0"/>
          <w:smallCaps w:val="0"/>
          <w:strike w:val="0"/>
          <w:color w:val="000000"/>
          <w:sz w:val="22"/>
          <w:highlight w:val="cyan"/>
          <w:u w:val="single"/>
        </w:rPr>
        <w:t>50% premium</w:t>
      </w:r>
      <w:r>
        <w:rPr>
          <w:b w:val="0"/>
          <w:i w:val="0"/>
          <w:smallCaps w:val="0"/>
          <w:strike w:val="0"/>
          <w:color w:val="000000"/>
          <w:sz w:val="22"/>
          <w:u w:val="none"/>
        </w:rPr>
        <w:t xml:space="preserve"> </w:t>
      </w:r>
      <w:r>
        <w:rPr>
          <w:b/>
          <w:i w:val="0"/>
          <w:smallCaps w:val="0"/>
          <w:strike w:val="0"/>
          <w:color w:val="000000"/>
          <w:sz w:val="22"/>
          <w:u w:val="single"/>
        </w:rPr>
        <w:t>over the no patenting case</w:t>
      </w:r>
      <w:r>
        <w:rPr>
          <w:b w:val="0"/>
          <w:i w:val="0"/>
          <w:smallCaps w:val="0"/>
          <w:strike w:val="0"/>
          <w:color w:val="000000"/>
          <w:sz w:val="22"/>
          <w:u w:val="single"/>
        </w:rPr>
        <w:t>, ranging from 60% in the health related industries to about 40% in electronics</w:t>
      </w:r>
      <w:r>
        <w:rPr>
          <w:b w:val="0"/>
          <w:i w:val="0"/>
          <w:smallCaps w:val="0"/>
          <w:strike w:val="0"/>
          <w:color w:val="000000"/>
          <w:sz w:val="22"/>
          <w:u w:val="none"/>
        </w:rPr>
        <w:t>.”</w:t>
      </w:r>
    </w:p>
    <w:p>
      <w:pPr>
        <w:spacing w:after="60"/>
      </w:pPr>
      <w:r>
        <w:rPr>
          <w:b w:val="0"/>
          <w:i w:val="0"/>
          <w:smallCaps w:val="0"/>
          <w:strike w:val="0"/>
          <w:color w:val="000000"/>
          <w:sz w:val="22"/>
          <w:u w:val="none"/>
        </w:rPr>
        <w:t xml:space="preserve">Sure, one should be cautious about academic research, especially given the old joke about how an economist opens a can of soup. (Answer: assume a can opener.) But </w:t>
      </w:r>
      <w:r>
        <w:rPr>
          <w:b w:val="0"/>
          <w:i w:val="0"/>
          <w:smallCaps w:val="0"/>
          <w:strike w:val="0"/>
          <w:color w:val="000000"/>
          <w:sz w:val="22"/>
          <w:u w:val="single"/>
        </w:rPr>
        <w:t>real-world economics clearly confirms the research findings</w:t>
      </w:r>
      <w:r>
        <w:rPr>
          <w:b w:val="0"/>
          <w:i w:val="0"/>
          <w:smallCaps w:val="0"/>
          <w:strike w:val="0"/>
          <w:color w:val="000000"/>
          <w:sz w:val="22"/>
          <w:u w:val="none"/>
        </w:rPr>
        <w:t>.</w:t>
      </w:r>
    </w:p>
    <w:p>
      <w:pPr>
        <w:spacing w:after="60"/>
      </w:pPr>
      <w:r>
        <w:rPr>
          <w:b/>
          <w:i w:val="0"/>
          <w:smallCaps w:val="0"/>
          <w:strike w:val="0"/>
          <w:color w:val="000000"/>
          <w:sz w:val="22"/>
          <w:highlight w:val="cyan"/>
          <w:u w:val="single"/>
        </w:rPr>
        <w:t>Consider</w:t>
      </w:r>
      <w:r>
        <w:rPr>
          <w:b w:val="0"/>
          <w:i w:val="0"/>
          <w:smallCaps w:val="0"/>
          <w:strike w:val="0"/>
          <w:color w:val="000000"/>
          <w:sz w:val="22"/>
          <w:u w:val="none"/>
        </w:rPr>
        <w:t xml:space="preserve">, for example, </w:t>
      </w:r>
      <w:r>
        <w:rPr>
          <w:b w:val="0"/>
          <w:i w:val="0"/>
          <w:smallCaps w:val="0"/>
          <w:strike w:val="0"/>
          <w:color w:val="000000"/>
          <w:sz w:val="22"/>
          <w:u w:val="single"/>
        </w:rPr>
        <w:t>that</w:t>
      </w:r>
      <w:r>
        <w:rPr>
          <w:b w:val="0"/>
          <w:i w:val="0"/>
          <w:smallCaps w:val="0"/>
          <w:strike w:val="0"/>
          <w:color w:val="000000"/>
          <w:sz w:val="22"/>
          <w:u w:val="none"/>
        </w:rPr>
        <w:t xml:space="preserve"> </w:t>
      </w:r>
      <w:r>
        <w:rPr>
          <w:b/>
          <w:i w:val="0"/>
          <w:smallCaps w:val="0"/>
          <w:strike w:val="0"/>
          <w:color w:val="000000"/>
          <w:sz w:val="22"/>
          <w:highlight w:val="cyan"/>
          <w:u w:val="single"/>
        </w:rPr>
        <w:t>the biggest</w:t>
      </w:r>
      <w:r>
        <w:rPr>
          <w:b w:val="0"/>
          <w:i w:val="0"/>
          <w:smallCaps w:val="0"/>
          <w:strike w:val="0"/>
          <w:color w:val="000000"/>
          <w:sz w:val="22"/>
          <w:u w:val="none"/>
        </w:rPr>
        <w:t xml:space="preserve"> </w:t>
      </w:r>
      <w:r>
        <w:rPr>
          <w:b w:val="0"/>
          <w:i w:val="0"/>
          <w:smallCaps w:val="0"/>
          <w:strike w:val="0"/>
          <w:color w:val="000000"/>
          <w:sz w:val="22"/>
          <w:u w:val="single"/>
        </w:rPr>
        <w:t>job-creating</w:t>
      </w:r>
      <w:r>
        <w:rPr>
          <w:b w:val="0"/>
          <w:i w:val="0"/>
          <w:smallCaps w:val="0"/>
          <w:strike w:val="0"/>
          <w:color w:val="000000"/>
          <w:sz w:val="22"/>
          <w:u w:val="none"/>
        </w:rPr>
        <w:t xml:space="preserve"> </w:t>
      </w:r>
      <w:r>
        <w:rPr>
          <w:b/>
          <w:i w:val="0"/>
          <w:smallCaps w:val="0"/>
          <w:strike w:val="0"/>
          <w:color w:val="000000"/>
          <w:sz w:val="22"/>
          <w:highlight w:val="cyan"/>
          <w:u w:val="single"/>
        </w:rPr>
        <w:t xml:space="preserve">new industries of </w:t>
      </w:r>
      <w:r>
        <w:rPr>
          <w:b/>
          <w:i w:val="0"/>
          <w:smallCaps w:val="0"/>
          <w:strike w:val="0"/>
          <w:color w:val="000000"/>
          <w:sz w:val="22"/>
          <w:highlight w:val="cyan"/>
          <w:u w:val="single"/>
        </w:rPr>
        <w:t>the last 60 years</w:t>
      </w:r>
      <w:r>
        <w:rPr>
          <w:b w:val="0"/>
          <w:i w:val="0"/>
          <w:smallCaps w:val="0"/>
          <w:strike w:val="0"/>
          <w:color w:val="000000"/>
          <w:sz w:val="22"/>
          <w:u w:val="none"/>
        </w:rPr>
        <w:t xml:space="preserve"> </w:t>
      </w:r>
      <w:r>
        <w:rPr>
          <w:b w:val="0"/>
          <w:i w:val="0"/>
          <w:smallCaps w:val="0"/>
          <w:strike w:val="0"/>
          <w:color w:val="000000"/>
          <w:sz w:val="22"/>
          <w:u w:val="single"/>
        </w:rPr>
        <w:t>— semiconductors (consumer electronics), PCs, software, biotech, mobile telephony, and Internet e-commerce —</w:t>
      </w:r>
      <w:r>
        <w:rPr>
          <w:b w:val="0"/>
          <w:i w:val="0"/>
          <w:smallCaps w:val="0"/>
          <w:strike w:val="0"/>
          <w:color w:val="000000"/>
          <w:sz w:val="22"/>
          <w:u w:val="none"/>
        </w:rPr>
        <w:t xml:space="preserve"> </w:t>
      </w:r>
      <w:r>
        <w:rPr>
          <w:b/>
          <w:i w:val="0"/>
          <w:smallCaps w:val="0"/>
          <w:strike w:val="0"/>
          <w:color w:val="000000"/>
          <w:sz w:val="22"/>
          <w:highlight w:val="cyan"/>
          <w:u w:val="single"/>
        </w:rPr>
        <w:t>were all launched</w:t>
      </w:r>
      <w:r>
        <w:rPr>
          <w:b w:val="0"/>
          <w:i w:val="0"/>
          <w:smallCaps w:val="0"/>
          <w:strike w:val="0"/>
          <w:color w:val="000000"/>
          <w:sz w:val="22"/>
          <w:u w:val="none"/>
        </w:rPr>
        <w:t xml:space="preserve"> </w:t>
      </w:r>
      <w:r>
        <w:rPr>
          <w:b w:val="0"/>
          <w:i w:val="0"/>
          <w:smallCaps w:val="0"/>
          <w:strike w:val="0"/>
          <w:color w:val="000000"/>
          <w:sz w:val="22"/>
          <w:u w:val="single"/>
        </w:rPr>
        <w:t>and grew</w:t>
      </w:r>
      <w:r>
        <w:rPr>
          <w:b w:val="0"/>
          <w:i w:val="0"/>
          <w:smallCaps w:val="0"/>
          <w:strike w:val="0"/>
          <w:color w:val="000000"/>
          <w:sz w:val="22"/>
          <w:u w:val="none"/>
        </w:rPr>
        <w:t xml:space="preserve"> </w:t>
      </w:r>
      <w:r>
        <w:rPr>
          <w:b w:val="0"/>
          <w:i w:val="0"/>
          <w:smallCaps w:val="0"/>
          <w:strike w:val="0"/>
          <w:color w:val="000000"/>
          <w:sz w:val="22"/>
          <w:u w:val="single"/>
        </w:rPr>
        <w:t>strong</w:t>
      </w:r>
      <w:r>
        <w:rPr>
          <w:b w:val="0"/>
          <w:i w:val="0"/>
          <w:smallCaps w:val="0"/>
          <w:strike w:val="0"/>
          <w:color w:val="000000"/>
          <w:sz w:val="22"/>
          <w:u w:val="none"/>
        </w:rPr>
        <w:t xml:space="preserve"> </w:t>
      </w:r>
      <w:r>
        <w:rPr>
          <w:b w:val="0"/>
          <w:i w:val="0"/>
          <w:smallCaps w:val="0"/>
          <w:strike w:val="0"/>
          <w:color w:val="000000"/>
          <w:sz w:val="22"/>
          <w:highlight w:val="cyan"/>
          <w:u w:val="single"/>
        </w:rPr>
        <w:t>on</w:t>
      </w:r>
      <w:r>
        <w:rPr>
          <w:b w:val="0"/>
          <w:i w:val="0"/>
          <w:smallCaps w:val="0"/>
          <w:strike w:val="0"/>
          <w:color w:val="000000"/>
          <w:sz w:val="22"/>
          <w:u w:val="none"/>
        </w:rPr>
        <w:t xml:space="preserve"> </w:t>
      </w:r>
      <w:r>
        <w:rPr>
          <w:b w:val="0"/>
          <w:i w:val="0"/>
          <w:smallCaps w:val="0"/>
          <w:strike w:val="0"/>
          <w:color w:val="000000"/>
          <w:sz w:val="22"/>
          <w:u w:val="single"/>
        </w:rPr>
        <w:t>the</w:t>
      </w:r>
      <w:r>
        <w:rPr>
          <w:b w:val="0"/>
          <w:i w:val="0"/>
          <w:smallCaps w:val="0"/>
          <w:strike w:val="0"/>
          <w:color w:val="000000"/>
          <w:sz w:val="22"/>
          <w:u w:val="none"/>
        </w:rPr>
        <w:t xml:space="preserve"> </w:t>
      </w:r>
      <w:r>
        <w:rPr>
          <w:b/>
          <w:i w:val="0"/>
          <w:smallCaps w:val="0"/>
          <w:strike w:val="0"/>
          <w:color w:val="000000"/>
          <w:sz w:val="22"/>
          <w:highlight w:val="cyan"/>
          <w:u w:val="single"/>
        </w:rPr>
        <w:t>basis of patented inventions created by</w:t>
      </w:r>
      <w:r>
        <w:rPr>
          <w:b w:val="0"/>
          <w:i w:val="0"/>
          <w:smallCaps w:val="0"/>
          <w:strike w:val="0"/>
          <w:color w:val="000000"/>
          <w:sz w:val="22"/>
          <w:u w:val="none"/>
        </w:rPr>
        <w:t xml:space="preserve"> </w:t>
      </w:r>
      <w:r>
        <w:rPr>
          <w:b/>
          <w:i w:val="0"/>
          <w:smallCaps w:val="0"/>
          <w:strike w:val="0"/>
          <w:color w:val="000000"/>
          <w:sz w:val="22"/>
          <w:u w:val="single"/>
        </w:rPr>
        <w:t>startup</w:t>
      </w:r>
      <w:r>
        <w:rPr>
          <w:b w:val="0"/>
          <w:i w:val="0"/>
          <w:smallCaps w:val="0"/>
          <w:strike w:val="0"/>
          <w:color w:val="000000"/>
          <w:sz w:val="22"/>
          <w:u w:val="none"/>
        </w:rPr>
        <w:t xml:space="preserve"> </w:t>
      </w:r>
      <w:r>
        <w:rPr>
          <w:b/>
          <w:i w:val="0"/>
          <w:smallCaps w:val="0"/>
          <w:strike w:val="0"/>
          <w:color w:val="000000"/>
          <w:sz w:val="22"/>
          <w:u w:val="single"/>
        </w:rPr>
        <w:t>businesses.</w:t>
      </w:r>
      <w:r>
        <w:rPr>
          <w:b w:val="0"/>
          <w:i w:val="0"/>
          <w:smallCaps w:val="0"/>
          <w:strike w:val="0"/>
          <w:color w:val="000000"/>
          <w:sz w:val="22"/>
          <w:u w:val="none"/>
        </w:rPr>
        <w:t xml:space="preserve"> As the CEO of Juno Therapeutics, Hans Bishop, and ARCH Venture Partners co-founder Bob Nelson : “</w:t>
      </w:r>
      <w:r>
        <w:rPr>
          <w:b w:val="0"/>
          <w:i w:val="0"/>
          <w:smallCaps w:val="0"/>
          <w:strike w:val="0"/>
          <w:color w:val="000000"/>
          <w:sz w:val="22"/>
          <w:u w:val="single"/>
        </w:rPr>
        <w:t>Let us be clear:</w:t>
      </w:r>
      <w:r>
        <w:rPr>
          <w:b w:val="0"/>
          <w:i w:val="0"/>
          <w:smallCaps w:val="0"/>
          <w:strike w:val="0"/>
          <w:color w:val="000000"/>
          <w:sz w:val="22"/>
          <w:u w:val="none"/>
        </w:rPr>
        <w:t xml:space="preserve"> </w:t>
      </w:r>
      <w:r>
        <w:rPr>
          <w:b w:val="0"/>
          <w:i w:val="0"/>
          <w:smallCaps w:val="0"/>
          <w:strike w:val="0"/>
          <w:color w:val="000000"/>
          <w:sz w:val="22"/>
          <w:highlight w:val="cyan"/>
          <w:u w:val="single"/>
        </w:rPr>
        <w:t>investments in</w:t>
      </w:r>
      <w:r>
        <w:rPr>
          <w:b w:val="0"/>
          <w:i w:val="0"/>
          <w:smallCaps w:val="0"/>
          <w:strike w:val="0"/>
          <w:color w:val="000000"/>
          <w:sz w:val="22"/>
          <w:u w:val="none"/>
        </w:rPr>
        <w:t xml:space="preserve"> </w:t>
      </w:r>
      <w:r>
        <w:rPr>
          <w:b w:val="0"/>
          <w:i w:val="0"/>
          <w:smallCaps w:val="0"/>
          <w:strike w:val="0"/>
          <w:color w:val="000000"/>
          <w:sz w:val="22"/>
          <w:u w:val="single"/>
        </w:rPr>
        <w:t>the</w:t>
      </w:r>
      <w:r>
        <w:rPr>
          <w:b w:val="0"/>
          <w:i w:val="0"/>
          <w:smallCaps w:val="0"/>
          <w:strike w:val="0"/>
          <w:color w:val="000000"/>
          <w:sz w:val="22"/>
          <w:u w:val="none"/>
        </w:rPr>
        <w:t xml:space="preserve"> </w:t>
      </w:r>
      <w:r>
        <w:rPr>
          <w:b/>
          <w:i w:val="0"/>
          <w:smallCaps w:val="0"/>
          <w:strike w:val="0"/>
          <w:color w:val="000000"/>
          <w:sz w:val="22"/>
          <w:highlight w:val="cyan"/>
          <w:u w:val="single"/>
        </w:rPr>
        <w:t>biotech</w:t>
      </w:r>
      <w:r>
        <w:rPr>
          <w:b w:val="0"/>
          <w:i w:val="0"/>
          <w:smallCaps w:val="0"/>
          <w:strike w:val="0"/>
          <w:color w:val="000000"/>
          <w:sz w:val="22"/>
          <w:u w:val="none"/>
        </w:rPr>
        <w:t xml:space="preserve"> </w:t>
      </w:r>
      <w:r>
        <w:rPr>
          <w:b w:val="0"/>
          <w:i w:val="0"/>
          <w:smallCaps w:val="0"/>
          <w:strike w:val="0"/>
          <w:color w:val="000000"/>
          <w:sz w:val="22"/>
          <w:u w:val="single"/>
        </w:rPr>
        <w:t>industry</w:t>
      </w:r>
      <w:r>
        <w:rPr>
          <w:b w:val="0"/>
          <w:i w:val="0"/>
          <w:smallCaps w:val="0"/>
          <w:strike w:val="0"/>
          <w:color w:val="000000"/>
          <w:sz w:val="22"/>
          <w:u w:val="none"/>
        </w:rPr>
        <w:t xml:space="preserve"> </w:t>
      </w:r>
      <w:r>
        <w:rPr>
          <w:b w:val="0"/>
          <w:i w:val="0"/>
          <w:smallCaps w:val="0"/>
          <w:strike w:val="0"/>
          <w:color w:val="000000"/>
          <w:sz w:val="22"/>
          <w:highlight w:val="cyan"/>
          <w:u w:val="single"/>
        </w:rPr>
        <w:t>are</w:t>
      </w:r>
      <w:r>
        <w:rPr>
          <w:b w:val="0"/>
          <w:i w:val="0"/>
          <w:smallCaps w:val="0"/>
          <w:strike w:val="0"/>
          <w:color w:val="000000"/>
          <w:sz w:val="22"/>
          <w:highlight w:val="cyan"/>
          <w:u w:val="none"/>
        </w:rPr>
        <w:t xml:space="preserve"> </w:t>
      </w:r>
      <w:r>
        <w:rPr>
          <w:b/>
          <w:i w:val="0"/>
          <w:smallCaps w:val="0"/>
          <w:strike w:val="0"/>
          <w:color w:val="000000"/>
          <w:sz w:val="22"/>
          <w:highlight w:val="cyan"/>
          <w:u w:val="single"/>
        </w:rPr>
        <w:t>based entirely on patents</w:t>
      </w:r>
      <w:r>
        <w:rPr>
          <w:b w:val="0"/>
          <w:i w:val="0"/>
          <w:smallCaps w:val="0"/>
          <w:strike w:val="0"/>
          <w:color w:val="000000"/>
          <w:sz w:val="22"/>
          <w:u w:val="single"/>
        </w:rPr>
        <w:t>. Without strong patents, we cannot raise money to find cures for disease</w:t>
      </w:r>
      <w:r>
        <w:rPr>
          <w:b w:val="0"/>
          <w:i w:val="0"/>
          <w:smallCaps w:val="0"/>
          <w:strike w:val="0"/>
          <w:color w:val="000000"/>
          <w:sz w:val="22"/>
          <w:u w:val="none"/>
        </w:rPr>
        <w:t>.”</w:t>
      </w:r>
    </w:p>
    <w:p>
      <w:pPr>
        <w:spacing w:after="60"/>
      </w:pPr>
      <w:r>
        <w:rPr>
          <w:b w:val="0"/>
          <w:i w:val="0"/>
          <w:smallCaps w:val="0"/>
          <w:strike w:val="0"/>
          <w:color w:val="000000"/>
          <w:sz w:val="22"/>
          <w:u w:val="single"/>
        </w:rPr>
        <w:t>Moreover, the</w:t>
      </w:r>
      <w:r>
        <w:rPr>
          <w:b w:val="0"/>
          <w:i w:val="0"/>
          <w:smallCaps w:val="0"/>
          <w:strike w:val="0"/>
          <w:color w:val="000000"/>
          <w:sz w:val="22"/>
          <w:u w:val="none"/>
        </w:rPr>
        <w:t xml:space="preserve"> </w:t>
      </w:r>
      <w:r>
        <w:rPr>
          <w:b w:val="0"/>
          <w:i w:val="0"/>
          <w:smallCaps w:val="0"/>
          <w:strike w:val="0"/>
          <w:color w:val="000000"/>
          <w:sz w:val="22"/>
          <w:u w:val="single"/>
        </w:rPr>
        <w:t>evidence that patents foster innovation is not confined to the U.S., nor is it limited only to developed countries.</w:t>
      </w:r>
    </w:p>
    <w:p>
      <w:pPr>
        <w:spacing w:after="60"/>
      </w:pPr>
      <w:r>
        <w:rPr>
          <w:b w:val="0"/>
          <w:i w:val="0"/>
          <w:smallCaps w:val="0"/>
          <w:strike w:val="0"/>
          <w:color w:val="000000"/>
          <w:sz w:val="22"/>
          <w:u w:val="none"/>
        </w:rPr>
        <w:t>In 2008, by the Organization for Economic Co-operation and Development (OECD) found that “</w:t>
      </w:r>
      <w:r>
        <w:rPr>
          <w:b w:val="0"/>
          <w:i w:val="0"/>
          <w:smallCaps w:val="0"/>
          <w:strike w:val="0"/>
          <w:color w:val="000000"/>
          <w:sz w:val="22"/>
          <w:u w:val="single"/>
        </w:rPr>
        <w:t>stronger levels of patent protection are positively and significantly associated with inflows of high-tech product [and] expenditures on R&amp;D</w:t>
      </w:r>
      <w:r>
        <w:rPr>
          <w:b w:val="0"/>
          <w:i w:val="0"/>
          <w:smallCaps w:val="0"/>
          <w:strike w:val="0"/>
          <w:color w:val="000000"/>
          <w:sz w:val="22"/>
          <w:u w:val="none"/>
        </w:rPr>
        <w:t xml:space="preserve">.” </w:t>
      </w:r>
      <w:r>
        <w:rPr>
          <w:b w:val="0"/>
          <w:i w:val="0"/>
          <w:smallCaps w:val="0"/>
          <w:strike w:val="0"/>
          <w:color w:val="000000"/>
          <w:sz w:val="22"/>
          <w:u w:val="single"/>
        </w:rPr>
        <w:t>And in</w:t>
      </w:r>
      <w:r>
        <w:rPr>
          <w:b w:val="0"/>
          <w:i w:val="0"/>
          <w:smallCaps w:val="0"/>
          <w:strike w:val="0"/>
          <w:color w:val="000000"/>
          <w:sz w:val="22"/>
          <w:u w:val="none"/>
        </w:rPr>
        <w:t xml:space="preserve"> </w:t>
      </w:r>
      <w:r>
        <w:rPr>
          <w:b w:val="0"/>
          <w:i w:val="0"/>
          <w:smallCaps w:val="0"/>
          <w:strike w:val="0"/>
          <w:color w:val="000000"/>
          <w:sz w:val="22"/>
          <w:u w:val="single"/>
        </w:rPr>
        <w:t>that attracted wide attention, Shih-Tse Lo of Concordia University in Montreal found that the 1986 reforms strengthening the Taiwanese patent system “stimulated additional inventive activity, especially in industries where patent protection is generally regarded as an effective strategy for extracting returns, and in industries which are more R&amp;D intensive</w:t>
      </w:r>
      <w:r>
        <w:rPr>
          <w:b w:val="0"/>
          <w:i w:val="0"/>
          <w:smallCaps w:val="0"/>
          <w:strike w:val="0"/>
          <w:color w:val="000000"/>
          <w:sz w:val="22"/>
          <w:u w:val="none"/>
        </w:rPr>
        <w:t>. The reforms also seemed to induce additional foreign direct investment in Taiwan.”</w:t>
      </w:r>
    </w:p>
    <w:p>
      <w:pPr>
        <w:spacing w:after="60"/>
      </w:pPr>
      <w:r>
        <w:rPr>
          <w:b w:val="0"/>
          <w:i w:val="0"/>
          <w:smallCaps w:val="0"/>
          <w:strike w:val="0"/>
          <w:color w:val="000000"/>
          <w:sz w:val="22"/>
          <w:u w:val="single"/>
        </w:rPr>
        <w:t>Interestingly, the evidence also shows that rather than hindering knowledge sharing</w:t>
      </w:r>
      <w:r>
        <w:rPr>
          <w:b w:val="0"/>
          <w:i w:val="0"/>
          <w:smallCaps w:val="0"/>
          <w:strike w:val="0"/>
          <w:color w:val="000000"/>
          <w:sz w:val="22"/>
          <w:u w:val="none"/>
        </w:rPr>
        <w:t xml:space="preserve">, as the Economist claims, </w:t>
      </w:r>
      <w:r>
        <w:rPr>
          <w:b w:val="0"/>
          <w:i w:val="0"/>
          <w:smallCaps w:val="0"/>
          <w:strike w:val="0"/>
          <w:color w:val="000000"/>
          <w:sz w:val="22"/>
          <w:u w:val="single"/>
        </w:rPr>
        <w:t>patents actually promote it</w:t>
      </w:r>
      <w:r>
        <w:rPr>
          <w:b w:val="0"/>
          <w:i w:val="0"/>
          <w:smallCaps w:val="0"/>
          <w:strike w:val="0"/>
          <w:color w:val="000000"/>
          <w:sz w:val="22"/>
          <w:u w:val="none"/>
        </w:rPr>
        <w:t xml:space="preserve">. </w:t>
      </w:r>
      <w:r>
        <w:rPr>
          <w:b w:val="0"/>
          <w:i w:val="0"/>
          <w:smallCaps w:val="0"/>
          <w:strike w:val="0"/>
          <w:color w:val="000000"/>
          <w:sz w:val="22"/>
          <w:u w:val="single"/>
        </w:rPr>
        <w:t>observed that “patents</w:t>
      </w:r>
      <w:r>
        <w:rPr>
          <w:b w:val="0"/>
          <w:i w:val="0"/>
          <w:smallCaps w:val="0"/>
          <w:strike w:val="0"/>
          <w:color w:val="000000"/>
          <w:sz w:val="22"/>
          <w:u w:val="none"/>
        </w:rPr>
        <w:t xml:space="preserve"> </w:t>
      </w:r>
      <w:r>
        <w:rPr>
          <w:b w:val="0"/>
          <w:i w:val="0"/>
          <w:smallCaps w:val="0"/>
          <w:strike w:val="0"/>
          <w:color w:val="000000"/>
          <w:sz w:val="22"/>
          <w:highlight w:val="cyan"/>
          <w:u w:val="single"/>
        </w:rPr>
        <w:t>improve</w:t>
      </w:r>
      <w:r>
        <w:rPr>
          <w:b w:val="0"/>
          <w:i w:val="0"/>
          <w:smallCaps w:val="0"/>
          <w:strike w:val="0"/>
          <w:color w:val="000000"/>
          <w:sz w:val="22"/>
          <w:u w:val="none"/>
        </w:rPr>
        <w:t xml:space="preserve"> </w:t>
      </w:r>
      <w:r>
        <w:rPr>
          <w:b w:val="0"/>
          <w:i w:val="0"/>
          <w:smallCaps w:val="0"/>
          <w:strike w:val="0"/>
          <w:color w:val="000000"/>
          <w:sz w:val="22"/>
          <w:u w:val="single"/>
        </w:rPr>
        <w:t>the</w:t>
      </w:r>
      <w:r>
        <w:rPr>
          <w:b w:val="0"/>
          <w:i w:val="0"/>
          <w:smallCaps w:val="0"/>
          <w:strike w:val="0"/>
          <w:color w:val="000000"/>
          <w:sz w:val="22"/>
          <w:u w:val="none"/>
        </w:rPr>
        <w:t xml:space="preserve"> </w:t>
      </w:r>
      <w:r>
        <w:rPr>
          <w:b w:val="0"/>
          <w:i w:val="0"/>
          <w:smallCaps w:val="0"/>
          <w:strike w:val="0"/>
          <w:color w:val="000000"/>
          <w:sz w:val="22"/>
          <w:highlight w:val="cyan"/>
          <w:u w:val="single"/>
        </w:rPr>
        <w:t>allocation of resources by</w:t>
      </w:r>
      <w:r>
        <w:rPr>
          <w:b w:val="0"/>
          <w:i w:val="0"/>
          <w:smallCaps w:val="0"/>
          <w:strike w:val="0"/>
          <w:color w:val="000000"/>
          <w:sz w:val="22"/>
          <w:highlight w:val="cyan"/>
          <w:u w:val="none"/>
        </w:rPr>
        <w:t xml:space="preserve"> </w:t>
      </w:r>
      <w:r>
        <w:rPr>
          <w:b/>
          <w:i w:val="0"/>
          <w:smallCaps w:val="0"/>
          <w:strike w:val="0"/>
          <w:color w:val="000000"/>
          <w:sz w:val="22"/>
          <w:highlight w:val="cyan"/>
          <w:u w:val="single"/>
        </w:rPr>
        <w:t>encouraging rapid experimentation</w:t>
      </w:r>
      <w:r>
        <w:rPr>
          <w:b w:val="0"/>
          <w:i w:val="0"/>
          <w:smallCaps w:val="0"/>
          <w:strike w:val="0"/>
          <w:color w:val="000000"/>
          <w:sz w:val="22"/>
          <w:highlight w:val="cyan"/>
          <w:u w:val="none"/>
        </w:rPr>
        <w:t xml:space="preserve"> </w:t>
      </w:r>
      <w:r>
        <w:rPr>
          <w:b w:val="0"/>
          <w:i w:val="0"/>
          <w:smallCaps w:val="0"/>
          <w:strike w:val="0"/>
          <w:color w:val="000000"/>
          <w:sz w:val="22"/>
          <w:highlight w:val="cyan"/>
          <w:u w:val="single"/>
        </w:rPr>
        <w:t>and</w:t>
      </w:r>
      <w:r>
        <w:rPr>
          <w:b w:val="0"/>
          <w:i w:val="0"/>
          <w:smallCaps w:val="0"/>
          <w:strike w:val="0"/>
          <w:color w:val="000000"/>
          <w:sz w:val="22"/>
          <w:u w:val="none"/>
        </w:rPr>
        <w:t xml:space="preserve"> </w:t>
      </w:r>
      <w:r>
        <w:rPr>
          <w:b w:val="0"/>
          <w:i w:val="0"/>
          <w:smallCaps w:val="0"/>
          <w:strike w:val="0"/>
          <w:color w:val="000000"/>
          <w:sz w:val="22"/>
          <w:u w:val="single"/>
        </w:rPr>
        <w:t>efficient</w:t>
      </w:r>
      <w:r>
        <w:rPr>
          <w:b w:val="0"/>
          <w:i w:val="0"/>
          <w:smallCaps w:val="0"/>
          <w:strike w:val="0"/>
          <w:color w:val="000000"/>
          <w:sz w:val="22"/>
          <w:u w:val="none"/>
        </w:rPr>
        <w:t xml:space="preserve"> </w:t>
      </w:r>
      <w:r>
        <w:rPr>
          <w:b/>
          <w:i w:val="0"/>
          <w:smallCaps w:val="0"/>
          <w:strike w:val="0"/>
          <w:color w:val="000000"/>
          <w:sz w:val="22"/>
          <w:u w:val="single"/>
        </w:rPr>
        <w:t>ex-post</w:t>
      </w:r>
      <w:r>
        <w:rPr>
          <w:b w:val="0"/>
          <w:i w:val="0"/>
          <w:smallCaps w:val="0"/>
          <w:strike w:val="0"/>
          <w:color w:val="000000"/>
          <w:sz w:val="22"/>
          <w:u w:val="none"/>
        </w:rPr>
        <w:t xml:space="preserve"> </w:t>
      </w:r>
      <w:r>
        <w:rPr>
          <w:b/>
          <w:i w:val="0"/>
          <w:smallCaps w:val="0"/>
          <w:strike w:val="0"/>
          <w:color w:val="000000"/>
          <w:sz w:val="22"/>
          <w:highlight w:val="cyan"/>
          <w:u w:val="single"/>
        </w:rPr>
        <w:t>transfer of knowledge</w:t>
      </w:r>
      <w:r>
        <w:rPr>
          <w:b w:val="0"/>
          <w:i w:val="0"/>
          <w:smallCaps w:val="0"/>
          <w:strike w:val="0"/>
          <w:color w:val="000000"/>
          <w:sz w:val="22"/>
          <w:u w:val="none"/>
        </w:rPr>
        <w:t xml:space="preserve"> </w:t>
      </w:r>
      <w:r>
        <w:rPr>
          <w:b w:val="0"/>
          <w:i w:val="0"/>
          <w:smallCaps w:val="0"/>
          <w:strike w:val="0"/>
          <w:color w:val="000000"/>
          <w:sz w:val="22"/>
          <w:u w:val="single"/>
        </w:rPr>
        <w:t>across firms</w:t>
      </w:r>
      <w:r>
        <w:rPr>
          <w:b w:val="0"/>
          <w:i w:val="0"/>
          <w:smallCaps w:val="0"/>
          <w:strike w:val="0"/>
          <w:color w:val="000000"/>
          <w:sz w:val="22"/>
          <w:u w:val="none"/>
        </w:rPr>
        <w:t>.”</w:t>
      </w:r>
    </w:p>
    <w:p>
      <w:pPr>
        <w:spacing w:after="60"/>
      </w:pPr>
      <w:r>
        <w:rPr>
          <w:b w:val="0"/>
          <w:i w:val="0"/>
          <w:smallCaps w:val="0"/>
          <w:strike w:val="0"/>
          <w:color w:val="000000"/>
          <w:sz w:val="22"/>
          <w:u w:val="single"/>
        </w:rPr>
        <w:t>Indeed, it turns out that</w:t>
      </w:r>
      <w:r>
        <w:rPr>
          <w:b w:val="0"/>
          <w:i w:val="0"/>
          <w:smallCaps w:val="0"/>
          <w:strike w:val="0"/>
          <w:color w:val="000000"/>
          <w:sz w:val="22"/>
          <w:u w:val="none"/>
        </w:rPr>
        <w:t xml:space="preserve"> </w:t>
      </w:r>
      <w:r>
        <w:rPr>
          <w:b/>
          <w:i w:val="0"/>
          <w:smallCaps w:val="0"/>
          <w:strike w:val="0"/>
          <w:color w:val="000000"/>
          <w:sz w:val="22"/>
          <w:highlight w:val="cyan"/>
          <w:u w:val="single"/>
        </w:rPr>
        <w:t>the</w:t>
      </w:r>
      <w:r>
        <w:rPr>
          <w:b w:val="0"/>
          <w:i w:val="0"/>
          <w:smallCaps w:val="0"/>
          <w:strike w:val="0"/>
          <w:color w:val="000000"/>
          <w:sz w:val="22"/>
          <w:u w:val="none"/>
        </w:rPr>
        <w:t xml:space="preserve"> </w:t>
      </w:r>
      <w:r>
        <w:rPr>
          <w:b/>
          <w:i w:val="0"/>
          <w:smallCaps w:val="0"/>
          <w:strike w:val="0"/>
          <w:color w:val="000000"/>
          <w:sz w:val="22"/>
          <w:u w:val="single"/>
        </w:rPr>
        <w:t>patent</w:t>
      </w:r>
      <w:r>
        <w:rPr>
          <w:b w:val="0"/>
          <w:i w:val="0"/>
          <w:smallCaps w:val="0"/>
          <w:strike w:val="0"/>
          <w:color w:val="000000"/>
          <w:sz w:val="22"/>
          <w:u w:val="none"/>
        </w:rPr>
        <w:t xml:space="preserve"> </w:t>
      </w:r>
      <w:r>
        <w:rPr>
          <w:b/>
          <w:i w:val="0"/>
          <w:smallCaps w:val="0"/>
          <w:strike w:val="0"/>
          <w:color w:val="000000"/>
          <w:sz w:val="22"/>
          <w:highlight w:val="cyan"/>
          <w:u w:val="single"/>
        </w:rPr>
        <w:t>system is</w:t>
      </w:r>
      <w:r>
        <w:rPr>
          <w:b w:val="0"/>
          <w:i w:val="0"/>
          <w:smallCaps w:val="0"/>
          <w:strike w:val="0"/>
          <w:color w:val="000000"/>
          <w:sz w:val="22"/>
          <w:u w:val="none"/>
        </w:rPr>
        <w:t xml:space="preserve"> </w:t>
      </w:r>
      <w:r>
        <w:rPr>
          <w:b/>
          <w:i w:val="0"/>
          <w:smallCaps w:val="0"/>
          <w:strike w:val="0"/>
          <w:color w:val="000000"/>
          <w:sz w:val="22"/>
          <w:u w:val="single"/>
        </w:rPr>
        <w:t>one of</w:t>
      </w:r>
      <w:r>
        <w:rPr>
          <w:b w:val="0"/>
          <w:i w:val="0"/>
          <w:smallCaps w:val="0"/>
          <w:strike w:val="0"/>
          <w:color w:val="000000"/>
          <w:sz w:val="22"/>
          <w:u w:val="none"/>
        </w:rPr>
        <w:t xml:space="preserve"> </w:t>
      </w:r>
      <w:r>
        <w:rPr>
          <w:b/>
          <w:i w:val="0"/>
          <w:smallCaps w:val="0"/>
          <w:strike w:val="0"/>
          <w:color w:val="000000"/>
          <w:sz w:val="22"/>
          <w:highlight w:val="cyan"/>
          <w:u w:val="single"/>
        </w:rPr>
        <w:t>the most effective tool</w:t>
      </w:r>
      <w:r>
        <w:rPr>
          <w:b/>
          <w:i w:val="0"/>
          <w:smallCaps w:val="0"/>
          <w:strike w:val="0"/>
          <w:color w:val="000000"/>
          <w:sz w:val="22"/>
          <w:highlight w:val="cyan"/>
          <w:u w:val="single"/>
        </w:rPr>
        <w:t>s</w:t>
      </w:r>
      <w:r>
        <w:rPr>
          <w:b w:val="0"/>
          <w:i w:val="0"/>
          <w:smallCaps w:val="0"/>
          <w:strike w:val="0"/>
          <w:color w:val="000000"/>
          <w:sz w:val="22"/>
          <w:highlight w:val="cyan"/>
          <w:u w:val="none"/>
        </w:rPr>
        <w:t xml:space="preserve"> </w:t>
      </w:r>
      <w:r>
        <w:rPr>
          <w:b/>
          <w:i w:val="0"/>
          <w:smallCaps w:val="0"/>
          <w:strike w:val="0"/>
          <w:color w:val="000000"/>
          <w:sz w:val="22"/>
          <w:highlight w:val="cyan"/>
          <w:u w:val="single"/>
        </w:rPr>
        <w:t>for</w:t>
      </w:r>
      <w:r>
        <w:rPr>
          <w:b w:val="0"/>
          <w:i w:val="0"/>
          <w:smallCaps w:val="0"/>
          <w:strike w:val="0"/>
          <w:color w:val="000000"/>
          <w:sz w:val="22"/>
          <w:highlight w:val="cyan"/>
          <w:u w:val="none"/>
        </w:rPr>
        <w:t xml:space="preserve"> </w:t>
      </w:r>
      <w:r>
        <w:rPr>
          <w:b/>
          <w:i w:val="0"/>
          <w:smallCaps w:val="0"/>
          <w:strike w:val="0"/>
          <w:color w:val="000000"/>
          <w:sz w:val="22"/>
          <w:highlight w:val="cyan"/>
          <w:u w:val="single"/>
        </w:rPr>
        <w:t>knowledge-sharing</w:t>
      </w:r>
      <w:r>
        <w:rPr>
          <w:b w:val="0"/>
          <w:i w:val="0"/>
          <w:smallCaps w:val="0"/>
          <w:strike w:val="0"/>
          <w:color w:val="000000"/>
          <w:sz w:val="22"/>
          <w:u w:val="none"/>
        </w:rPr>
        <w:t xml:space="preserve"> </w:t>
      </w:r>
      <w:r>
        <w:rPr>
          <w:b w:val="0"/>
          <w:i w:val="0"/>
          <w:smallCaps w:val="0"/>
          <w:strike w:val="0"/>
          <w:color w:val="000000"/>
          <w:sz w:val="22"/>
          <w:u w:val="single"/>
        </w:rPr>
        <w:t>and technology transfer</w:t>
      </w:r>
      <w:r>
        <w:rPr>
          <w:b w:val="0"/>
          <w:i w:val="0"/>
          <w:smallCaps w:val="0"/>
          <w:strike w:val="0"/>
          <w:color w:val="000000"/>
          <w:sz w:val="22"/>
          <w:u w:val="none"/>
        </w:rPr>
        <w:t xml:space="preserve"> </w:t>
      </w:r>
      <w:r>
        <w:rPr>
          <w:b/>
          <w:i w:val="0"/>
          <w:smallCaps w:val="0"/>
          <w:strike w:val="0"/>
          <w:color w:val="000000"/>
          <w:sz w:val="22"/>
          <w:highlight w:val="cyan"/>
          <w:u w:val="single"/>
        </w:rPr>
        <w:t>ever devised</w:t>
      </w:r>
      <w:r>
        <w:rPr>
          <w:b w:val="0"/>
          <w:i w:val="0"/>
          <w:smallCaps w:val="0"/>
          <w:strike w:val="0"/>
          <w:color w:val="000000"/>
          <w:sz w:val="22"/>
          <w:u w:val="none"/>
        </w:rPr>
        <w:t xml:space="preserve">.  by French economists Francois Leveque and Yann Meniere found that </w:t>
      </w:r>
      <w:r>
        <w:rPr>
          <w:b w:val="0"/>
          <w:i w:val="0"/>
          <w:smallCaps w:val="0"/>
          <w:strike w:val="0"/>
          <w:color w:val="000000"/>
          <w:sz w:val="22"/>
          <w:u w:val="single"/>
        </w:rPr>
        <w:t>88 percent of U.S., European, and Japanese businesses said they actually rely upon the information disclosed in patents to keep up with technology advances and direct their own R&amp;D efforts.</w:t>
      </w:r>
    </w:p>
    <w:p>
      <w:pPr>
        <w:spacing w:after="60"/>
      </w:pPr>
      <w:r>
        <w:rPr>
          <w:b w:val="0"/>
          <w:i w:val="0"/>
          <w:smallCaps w:val="0"/>
          <w:strike w:val="0"/>
          <w:color w:val="000000"/>
          <w:sz w:val="22"/>
          <w:u w:val="single"/>
        </w:rPr>
        <w:t>This is hardly a new phenomenon</w:t>
      </w:r>
      <w:r>
        <w:rPr>
          <w:b w:val="0"/>
          <w:i w:val="0"/>
          <w:smallCaps w:val="0"/>
          <w:strike w:val="0"/>
          <w:color w:val="000000"/>
          <w:sz w:val="22"/>
          <w:u w:val="none"/>
        </w:rPr>
        <w:t xml:space="preserve">. </w:t>
      </w:r>
      <w:r>
        <w:rPr>
          <w:b w:val="0"/>
          <w:i w:val="0"/>
          <w:smallCaps w:val="0"/>
          <w:strike w:val="0"/>
          <w:color w:val="000000"/>
          <w:sz w:val="22"/>
          <w:u w:val="single"/>
        </w:rPr>
        <w:t>The 19th century inventor Elias E. Reis</w:t>
      </w:r>
      <w:r>
        <w:rPr>
          <w:b w:val="0"/>
          <w:i w:val="0"/>
          <w:smallCaps w:val="0"/>
          <w:strike w:val="0"/>
          <w:color w:val="000000"/>
          <w:sz w:val="22"/>
          <w:u w:val="none"/>
        </w:rPr>
        <w:t xml:space="preserve">  </w:t>
      </w:r>
      <w:r>
        <w:rPr>
          <w:b w:val="0"/>
          <w:i w:val="0"/>
          <w:smallCaps w:val="0"/>
          <w:strike w:val="0"/>
          <w:color w:val="000000"/>
          <w:sz w:val="22"/>
          <w:u w:val="single"/>
        </w:rPr>
        <w:t>that when he read about an 1886 patent issued to Elihu Thomson for a new method of electric welding, “there immediately opened up to my mind a field of new applications to which I saw I could apply my system of producing heat in large quantities</w:t>
      </w:r>
      <w:r>
        <w:rPr>
          <w:b w:val="0"/>
          <w:i w:val="0"/>
          <w:smallCaps w:val="0"/>
          <w:strike w:val="0"/>
          <w:color w:val="000000"/>
          <w:sz w:val="22"/>
          <w:u w:val="none"/>
        </w:rPr>
        <w:t xml:space="preserve">.” Thomas </w:t>
      </w:r>
      <w:r>
        <w:rPr>
          <w:b/>
          <w:i w:val="0"/>
          <w:smallCaps w:val="0"/>
          <w:strike w:val="0"/>
          <w:color w:val="000000"/>
          <w:sz w:val="22"/>
          <w:u w:val="single"/>
        </w:rPr>
        <w:t>Edison</w:t>
      </w:r>
      <w:r>
        <w:rPr>
          <w:b w:val="0"/>
          <w:i w:val="0"/>
          <w:smallCaps w:val="0"/>
          <w:strike w:val="0"/>
          <w:color w:val="000000"/>
          <w:sz w:val="22"/>
          <w:u w:val="none"/>
        </w:rPr>
        <w:t xml:space="preserve"> </w:t>
      </w:r>
      <w:r>
        <w:rPr>
          <w:b w:val="0"/>
          <w:i w:val="0"/>
          <w:smallCaps w:val="0"/>
          <w:strike w:val="0"/>
          <w:color w:val="000000"/>
          <w:sz w:val="22"/>
          <w:u w:val="single"/>
        </w:rPr>
        <w:t>was known to</w:t>
      </w:r>
      <w:r>
        <w:rPr>
          <w:b w:val="0"/>
          <w:i w:val="0"/>
          <w:smallCaps w:val="0"/>
          <w:strike w:val="0"/>
          <w:color w:val="000000"/>
          <w:sz w:val="22"/>
          <w:u w:val="none"/>
        </w:rPr>
        <w:t xml:space="preserve"> </w:t>
      </w:r>
      <w:r>
        <w:rPr>
          <w:b/>
          <w:i w:val="0"/>
          <w:smallCaps w:val="0"/>
          <w:strike w:val="0"/>
          <w:color w:val="000000"/>
          <w:sz w:val="22"/>
          <w:u w:val="single"/>
        </w:rPr>
        <w:t>frequent the patent office</w:t>
      </w:r>
      <w:r>
        <w:rPr>
          <w:b w:val="0"/>
          <w:i w:val="0"/>
          <w:smallCaps w:val="0"/>
          <w:strike w:val="0"/>
          <w:color w:val="000000"/>
          <w:sz w:val="22"/>
          <w:u w:val="none"/>
        </w:rPr>
        <w:t xml:space="preserve"> </w:t>
      </w:r>
      <w:r>
        <w:rPr>
          <w:b w:val="0"/>
          <w:i w:val="0"/>
          <w:smallCaps w:val="0"/>
          <w:strike w:val="0"/>
          <w:color w:val="000000"/>
          <w:sz w:val="22"/>
          <w:u w:val="single"/>
        </w:rPr>
        <w:t>in order to</w:t>
      </w:r>
      <w:r>
        <w:rPr>
          <w:b w:val="0"/>
          <w:i w:val="0"/>
          <w:smallCaps w:val="0"/>
          <w:strike w:val="0"/>
          <w:color w:val="000000"/>
          <w:sz w:val="22"/>
          <w:u w:val="none"/>
        </w:rPr>
        <w:t xml:space="preserve"> </w:t>
      </w:r>
      <w:r>
        <w:rPr>
          <w:b/>
          <w:i w:val="0"/>
          <w:smallCaps w:val="0"/>
          <w:strike w:val="0"/>
          <w:color w:val="000000"/>
          <w:sz w:val="22"/>
          <w:u w:val="single"/>
        </w:rPr>
        <w:t>study other inventors’ patents</w:t>
      </w:r>
      <w:r>
        <w:rPr>
          <w:b w:val="0"/>
          <w:i w:val="0"/>
          <w:smallCaps w:val="0"/>
          <w:strike w:val="0"/>
          <w:color w:val="000000"/>
          <w:sz w:val="22"/>
          <w:u w:val="none"/>
        </w:rPr>
        <w:t xml:space="preserve"> </w:t>
      </w:r>
      <w:r>
        <w:rPr>
          <w:b w:val="0"/>
          <w:i w:val="0"/>
          <w:smallCaps w:val="0"/>
          <w:strike w:val="0"/>
          <w:color w:val="000000"/>
          <w:sz w:val="22"/>
          <w:u w:val="single"/>
        </w:rPr>
        <w:t>and hopefully</w:t>
      </w:r>
      <w:r>
        <w:rPr>
          <w:b w:val="0"/>
          <w:i w:val="0"/>
          <w:smallCaps w:val="0"/>
          <w:strike w:val="0"/>
          <w:color w:val="000000"/>
          <w:sz w:val="22"/>
          <w:u w:val="none"/>
        </w:rPr>
        <w:t xml:space="preserve"> </w:t>
      </w:r>
      <w:r>
        <w:rPr>
          <w:b/>
          <w:i w:val="0"/>
          <w:smallCaps w:val="0"/>
          <w:strike w:val="0"/>
          <w:color w:val="000000"/>
          <w:sz w:val="22"/>
          <w:u w:val="single"/>
        </w:rPr>
        <w:t>spark ideas of his own</w:t>
      </w:r>
      <w:r>
        <w:rPr>
          <w:b w:val="0"/>
          <w:i w:val="0"/>
          <w:smallCaps w:val="0"/>
          <w:strike w:val="0"/>
          <w:color w:val="000000"/>
          <w:sz w:val="22"/>
          <w:u w:val="single"/>
        </w:rPr>
        <w:t>.</w:t>
      </w:r>
    </w:p>
    <w:p>
      <w:pPr>
        <w:spacing w:after="60"/>
      </w:pPr>
      <w:r>
        <w:rPr>
          <w:b w:val="0"/>
          <w:i w:val="0"/>
          <w:smallCaps w:val="0"/>
          <w:strike w:val="0"/>
          <w:color w:val="000000"/>
          <w:sz w:val="22"/>
          <w:u w:val="single"/>
        </w:rPr>
        <w:t>As for Edison himself</w:t>
      </w:r>
      <w:r>
        <w:rPr>
          <w:b w:val="0"/>
          <w:i w:val="0"/>
          <w:smallCaps w:val="0"/>
          <w:strike w:val="0"/>
          <w:color w:val="000000"/>
          <w:sz w:val="22"/>
          <w:u w:val="none"/>
        </w:rPr>
        <w:t xml:space="preserve">,  </w:t>
      </w:r>
      <w:r>
        <w:rPr>
          <w:b w:val="0"/>
          <w:i w:val="0"/>
          <w:smallCaps w:val="0"/>
          <w:strike w:val="0"/>
          <w:color w:val="000000"/>
          <w:sz w:val="22"/>
          <w:u w:val="single"/>
        </w:rPr>
        <w:t>found that rather than blocking further invention,</w:t>
      </w:r>
      <w:r>
        <w:rPr>
          <w:b w:val="0"/>
          <w:i w:val="0"/>
          <w:smallCaps w:val="0"/>
          <w:strike w:val="0"/>
          <w:color w:val="000000"/>
          <w:sz w:val="22"/>
          <w:u w:val="none"/>
        </w:rPr>
        <w:t xml:space="preserve"> </w:t>
      </w:r>
      <w:r>
        <w:rPr>
          <w:b/>
          <w:i w:val="0"/>
          <w:smallCaps w:val="0"/>
          <w:strike w:val="0"/>
          <w:color w:val="000000"/>
          <w:sz w:val="22"/>
          <w:u w:val="single"/>
        </w:rPr>
        <w:t>his seminal</w:t>
      </w:r>
      <w:r>
        <w:rPr>
          <w:b w:val="0"/>
          <w:i w:val="0"/>
          <w:smallCaps w:val="0"/>
          <w:strike w:val="0"/>
          <w:color w:val="000000"/>
          <w:sz w:val="22"/>
          <w:u w:val="none"/>
        </w:rPr>
        <w:t xml:space="preserve"> </w:t>
      </w:r>
      <w:r>
        <w:rPr>
          <w:b w:val="0"/>
          <w:i w:val="0"/>
          <w:smallCaps w:val="0"/>
          <w:strike w:val="0"/>
          <w:color w:val="000000"/>
          <w:sz w:val="22"/>
          <w:u w:val="single"/>
        </w:rPr>
        <w:t>1880 incandescent</w:t>
      </w:r>
      <w:r>
        <w:rPr>
          <w:b w:val="0"/>
          <w:i w:val="0"/>
          <w:smallCaps w:val="0"/>
          <w:strike w:val="0"/>
          <w:color w:val="000000"/>
          <w:sz w:val="22"/>
          <w:u w:val="none"/>
        </w:rPr>
        <w:t xml:space="preserve"> </w:t>
      </w:r>
      <w:r>
        <w:rPr>
          <w:b/>
          <w:i w:val="0"/>
          <w:smallCaps w:val="0"/>
          <w:strike w:val="0"/>
          <w:color w:val="000000"/>
          <w:sz w:val="22"/>
          <w:u w:val="single"/>
        </w:rPr>
        <w:t>lamp patent</w:t>
      </w:r>
      <w:r>
        <w:rPr>
          <w:b w:val="0"/>
          <w:i w:val="0"/>
          <w:smallCaps w:val="0"/>
          <w:strike w:val="0"/>
          <w:color w:val="000000"/>
          <w:sz w:val="22"/>
          <w:u w:val="none"/>
        </w:rPr>
        <w:t xml:space="preserve"> </w:t>
      </w:r>
      <w:r>
        <w:rPr>
          <w:b w:val="0"/>
          <w:i w:val="0"/>
          <w:smallCaps w:val="0"/>
          <w:strike w:val="0"/>
          <w:color w:val="000000"/>
          <w:sz w:val="22"/>
          <w:u w:val="single"/>
        </w:rPr>
        <w:t>(No. 223,898) actually “</w:t>
      </w:r>
      <w:r>
        <w:rPr>
          <w:b/>
          <w:i w:val="0"/>
          <w:smallCaps w:val="0"/>
          <w:strike w:val="0"/>
          <w:color w:val="000000"/>
          <w:sz w:val="22"/>
          <w:u w:val="single"/>
        </w:rPr>
        <w:t>stimulated downstream development work</w:t>
      </w:r>
      <w:r>
        <w:rPr>
          <w:b w:val="0"/>
          <w:i w:val="0"/>
          <w:smallCaps w:val="0"/>
          <w:strike w:val="0"/>
          <w:color w:val="000000"/>
          <w:sz w:val="22"/>
          <w:u w:val="single"/>
        </w:rPr>
        <w:t>” that resulted in “new technologies of commercial significance [including] the</w:t>
      </w:r>
      <w:r>
        <w:rPr>
          <w:b w:val="0"/>
          <w:i w:val="0"/>
          <w:smallCaps w:val="0"/>
          <w:strike w:val="0"/>
          <w:color w:val="000000"/>
          <w:sz w:val="22"/>
          <w:u w:val="none"/>
        </w:rPr>
        <w:t xml:space="preserve"> </w:t>
      </w:r>
      <w:r>
        <w:rPr>
          <w:b/>
          <w:i w:val="0"/>
          <w:smallCaps w:val="0"/>
          <w:strike w:val="0"/>
          <w:color w:val="000000"/>
          <w:sz w:val="22"/>
          <w:u w:val="single"/>
        </w:rPr>
        <w:t>Tesla coil</w:t>
      </w:r>
      <w:r>
        <w:rPr>
          <w:b w:val="0"/>
          <w:i w:val="0"/>
          <w:smallCaps w:val="0"/>
          <w:strike w:val="0"/>
          <w:color w:val="000000"/>
          <w:sz w:val="22"/>
          <w:u w:val="single"/>
        </w:rPr>
        <w:t>, hermetically sealed connectors, chemical vapor deposition process, tungsten lamp filaments and</w:t>
      </w:r>
      <w:r>
        <w:rPr>
          <w:b w:val="0"/>
          <w:i w:val="0"/>
          <w:smallCaps w:val="0"/>
          <w:strike w:val="0"/>
          <w:color w:val="000000"/>
          <w:sz w:val="22"/>
          <w:u w:val="none"/>
        </w:rPr>
        <w:t xml:space="preserve"> </w:t>
      </w:r>
      <w:r>
        <w:rPr>
          <w:b/>
          <w:i w:val="0"/>
          <w:smallCaps w:val="0"/>
          <w:strike w:val="0"/>
          <w:color w:val="000000"/>
          <w:sz w:val="22"/>
          <w:u w:val="single"/>
        </w:rPr>
        <w:t>phosphorescent lighting that led to today’s fluorescent lamps.”</w:t>
      </w:r>
    </w:p>
    <w:p>
      <w:pPr>
        <w:spacing w:after="60"/>
      </w:pPr>
      <w:r>
        <w:rPr>
          <w:b w:val="0"/>
          <w:i w:val="0"/>
          <w:smallCaps w:val="0"/>
          <w:strike w:val="0"/>
          <w:color w:val="000000"/>
          <w:sz w:val="22"/>
          <w:u w:val="none"/>
        </w:rPr>
        <w:t xml:space="preserve">A simple thought experiment suggests why this is so. </w:t>
      </w:r>
      <w:r>
        <w:rPr>
          <w:b w:val="0"/>
          <w:i w:val="0"/>
          <w:smallCaps w:val="0"/>
          <w:strike w:val="0"/>
          <w:color w:val="000000"/>
          <w:sz w:val="22"/>
          <w:u w:val="single"/>
        </w:rPr>
        <w:t>As UCLA’s Sokoloff and Yale’s Naomi Lamoreaux</w:t>
      </w:r>
      <w:r>
        <w:rPr>
          <w:b w:val="0"/>
          <w:i w:val="0"/>
          <w:smallCaps w:val="0"/>
          <w:strike w:val="0"/>
          <w:color w:val="000000"/>
          <w:sz w:val="22"/>
          <w:u w:val="none"/>
        </w:rPr>
        <w:t xml:space="preserve">  </w:t>
      </w:r>
      <w:r>
        <w:rPr>
          <w:b w:val="0"/>
          <w:i w:val="0"/>
          <w:smallCaps w:val="0"/>
          <w:strike w:val="0"/>
          <w:color w:val="000000"/>
          <w:sz w:val="22"/>
          <w:u w:val="single"/>
        </w:rPr>
        <w:t>“The very act of establishing exclusive property rights in invention not only protected patentees but also promoted the diffusion of information about technology</w:t>
      </w:r>
      <w:r>
        <w:rPr>
          <w:b w:val="0"/>
          <w:i w:val="0"/>
          <w:smallCaps w:val="0"/>
          <w:strike w:val="0"/>
          <w:color w:val="000000"/>
          <w:sz w:val="22"/>
          <w:u w:val="none"/>
        </w:rPr>
        <w:t xml:space="preserve">. </w:t>
      </w:r>
      <w:r>
        <w:rPr>
          <w:b w:val="0"/>
          <w:i w:val="0"/>
          <w:smallCaps w:val="0"/>
          <w:strike w:val="0"/>
          <w:color w:val="000000"/>
          <w:sz w:val="22"/>
          <w:u w:val="single"/>
        </w:rPr>
        <w:t>To see why, imagine</w:t>
      </w:r>
      <w:r>
        <w:rPr>
          <w:b w:val="0"/>
          <w:i w:val="0"/>
          <w:smallCaps w:val="0"/>
          <w:strike w:val="0"/>
          <w:color w:val="000000"/>
          <w:sz w:val="22"/>
          <w:u w:val="none"/>
        </w:rPr>
        <w:t xml:space="preserve"> </w:t>
      </w:r>
      <w:r>
        <w:rPr>
          <w:b w:val="0"/>
          <w:i w:val="0"/>
          <w:smallCaps w:val="0"/>
          <w:strike w:val="0"/>
          <w:color w:val="000000"/>
          <w:sz w:val="22"/>
          <w:u w:val="single"/>
        </w:rPr>
        <w:t>a world in which there was no patent system</w:t>
      </w:r>
      <w:r>
        <w:rPr>
          <w:b w:val="0"/>
          <w:i w:val="0"/>
          <w:smallCaps w:val="0"/>
          <w:strike w:val="0"/>
          <w:color w:val="000000"/>
          <w:sz w:val="22"/>
          <w:u w:val="none"/>
        </w:rPr>
        <w:t xml:space="preserve"> </w:t>
      </w:r>
      <w:r>
        <w:rPr>
          <w:b w:val="0"/>
          <w:i w:val="0"/>
          <w:smallCaps w:val="0"/>
          <w:strike w:val="0"/>
          <w:color w:val="000000"/>
          <w:sz w:val="22"/>
          <w:u w:val="single"/>
        </w:rPr>
        <w:t>to guarantee inventors property rights to their discoveries. In such a world,</w:t>
      </w:r>
      <w:r>
        <w:rPr>
          <w:b w:val="0"/>
          <w:i w:val="0"/>
          <w:smallCaps w:val="0"/>
          <w:strike w:val="0"/>
          <w:color w:val="000000"/>
          <w:sz w:val="22"/>
          <w:u w:val="none"/>
        </w:rPr>
        <w:t xml:space="preserve"> </w:t>
      </w:r>
      <w:r>
        <w:rPr>
          <w:b/>
          <w:i w:val="0"/>
          <w:smallCaps w:val="0"/>
          <w:strike w:val="0"/>
          <w:color w:val="000000"/>
          <w:sz w:val="22"/>
          <w:highlight w:val="cyan"/>
          <w:u w:val="single"/>
        </w:rPr>
        <w:t>inventors</w:t>
      </w:r>
      <w:r>
        <w:rPr>
          <w:b w:val="0"/>
          <w:i w:val="0"/>
          <w:smallCaps w:val="0"/>
          <w:strike w:val="0"/>
          <w:color w:val="000000"/>
          <w:sz w:val="22"/>
          <w:highlight w:val="cyan"/>
          <w:u w:val="none"/>
        </w:rPr>
        <w:t xml:space="preserve"> </w:t>
      </w:r>
      <w:r>
        <w:rPr>
          <w:b w:val="0"/>
          <w:i w:val="0"/>
          <w:smallCaps w:val="0"/>
          <w:strike w:val="0"/>
          <w:color w:val="000000"/>
          <w:sz w:val="22"/>
          <w:highlight w:val="cyan"/>
          <w:u w:val="single"/>
        </w:rPr>
        <w:t>would</w:t>
      </w:r>
      <w:r>
        <w:rPr>
          <w:b w:val="0"/>
          <w:i w:val="0"/>
          <w:smallCaps w:val="0"/>
          <w:strike w:val="0"/>
          <w:color w:val="000000"/>
          <w:sz w:val="22"/>
          <w:highlight w:val="cyan"/>
          <w:u w:val="none"/>
        </w:rPr>
        <w:t xml:space="preserve"> </w:t>
      </w:r>
      <w:r>
        <w:rPr>
          <w:b/>
          <w:i w:val="0"/>
          <w:smallCaps w:val="0"/>
          <w:strike w:val="0"/>
          <w:color w:val="000000"/>
          <w:sz w:val="22"/>
          <w:highlight w:val="cyan"/>
          <w:u w:val="single"/>
        </w:rPr>
        <w:t>have every incentive to be secretive</w:t>
      </w:r>
      <w:r>
        <w:rPr>
          <w:b w:val="0"/>
          <w:i w:val="0"/>
          <w:smallCaps w:val="0"/>
          <w:strike w:val="0"/>
          <w:color w:val="000000"/>
          <w:sz w:val="22"/>
          <w:highlight w:val="cyan"/>
          <w:u w:val="none"/>
        </w:rPr>
        <w:t xml:space="preserve"> </w:t>
      </w:r>
      <w:r>
        <w:rPr>
          <w:b w:val="0"/>
          <w:i w:val="0"/>
          <w:smallCaps w:val="0"/>
          <w:strike w:val="0"/>
          <w:color w:val="000000"/>
          <w:sz w:val="22"/>
          <w:highlight w:val="cyan"/>
          <w:u w:val="single"/>
        </w:rPr>
        <w:t>and</w:t>
      </w:r>
      <w:r>
        <w:rPr>
          <w:b w:val="0"/>
          <w:i w:val="0"/>
          <w:smallCaps w:val="0"/>
          <w:strike w:val="0"/>
          <w:color w:val="000000"/>
          <w:sz w:val="22"/>
          <w:highlight w:val="cyan"/>
          <w:u w:val="none"/>
        </w:rPr>
        <w:t xml:space="preserve"> </w:t>
      </w:r>
      <w:r>
        <w:rPr>
          <w:b/>
          <w:i w:val="0"/>
          <w:smallCaps w:val="0"/>
          <w:strike w:val="0"/>
          <w:color w:val="000000"/>
          <w:sz w:val="22"/>
          <w:highlight w:val="cyan"/>
          <w:u w:val="single"/>
        </w:rPr>
        <w:t>guard</w:t>
      </w:r>
      <w:r>
        <w:rPr>
          <w:b w:val="0"/>
          <w:i w:val="0"/>
          <w:smallCaps w:val="0"/>
          <w:strike w:val="0"/>
          <w:color w:val="000000"/>
          <w:sz w:val="22"/>
          <w:u w:val="none"/>
        </w:rPr>
        <w:t xml:space="preserve"> </w:t>
      </w:r>
      <w:r>
        <w:rPr>
          <w:b/>
          <w:i w:val="0"/>
          <w:smallCaps w:val="0"/>
          <w:strike w:val="0"/>
          <w:color w:val="000000"/>
          <w:sz w:val="22"/>
          <w:u w:val="single"/>
        </w:rPr>
        <w:t>jealously</w:t>
      </w:r>
      <w:r>
        <w:rPr>
          <w:b w:val="0"/>
          <w:i w:val="0"/>
          <w:smallCaps w:val="0"/>
          <w:strike w:val="0"/>
          <w:color w:val="000000"/>
          <w:sz w:val="22"/>
          <w:u w:val="none"/>
        </w:rPr>
        <w:t xml:space="preserve"> </w:t>
      </w:r>
      <w:r>
        <w:rPr>
          <w:b/>
          <w:i w:val="0"/>
          <w:smallCaps w:val="0"/>
          <w:strike w:val="0"/>
          <w:color w:val="000000"/>
          <w:sz w:val="22"/>
          <w:highlight w:val="cyan"/>
          <w:u w:val="single"/>
        </w:rPr>
        <w:t>their discoveries</w:t>
      </w:r>
      <w:r>
        <w:rPr>
          <w:b w:val="0"/>
          <w:i w:val="0"/>
          <w:smallCaps w:val="0"/>
          <w:strike w:val="0"/>
          <w:color w:val="000000"/>
          <w:sz w:val="22"/>
          <w:u w:val="none"/>
        </w:rPr>
        <w:t xml:space="preserve"> </w:t>
      </w:r>
      <w:r>
        <w:rPr>
          <w:b w:val="0"/>
          <w:i w:val="0"/>
          <w:smallCaps w:val="0"/>
          <w:strike w:val="0"/>
          <w:color w:val="000000"/>
          <w:sz w:val="22"/>
          <w:u w:val="single"/>
        </w:rPr>
        <w:t>from competitors [because those discoveries] could, of course, be copied with impunity</w:t>
      </w:r>
      <w:r>
        <w:rPr>
          <w:b w:val="0"/>
          <w:i w:val="0"/>
          <w:smallCaps w:val="0"/>
          <w:strike w:val="0"/>
          <w:color w:val="000000"/>
          <w:sz w:val="22"/>
          <w:u w:val="none"/>
        </w:rPr>
        <w:t>.</w:t>
      </w:r>
    </w:p>
    <w:p>
      <w:pPr>
        <w:spacing w:after="60"/>
      </w:pPr>
      <w:r>
        <w:rPr>
          <w:b/>
          <w:i w:val="0"/>
          <w:smallCaps w:val="0"/>
          <w:strike w:val="0"/>
          <w:color w:val="000000"/>
          <w:sz w:val="22"/>
          <w:highlight w:val="cyan"/>
          <w:u w:val="single"/>
        </w:rPr>
        <w:t>This is</w:t>
      </w:r>
      <w:r>
        <w:rPr>
          <w:b w:val="0"/>
          <w:i w:val="0"/>
          <w:smallCaps w:val="0"/>
          <w:strike w:val="0"/>
          <w:color w:val="000000"/>
          <w:sz w:val="22"/>
          <w:u w:val="none"/>
        </w:rPr>
        <w:t xml:space="preserve"> </w:t>
      </w:r>
      <w:r>
        <w:rPr>
          <w:b/>
          <w:i w:val="0"/>
          <w:smallCaps w:val="0"/>
          <w:strike w:val="0"/>
          <w:color w:val="000000"/>
          <w:sz w:val="22"/>
          <w:u w:val="single"/>
        </w:rPr>
        <w:t>the world of</w:t>
      </w:r>
      <w:r>
        <w:rPr>
          <w:b w:val="0"/>
          <w:i w:val="0"/>
          <w:smallCaps w:val="0"/>
          <w:strike w:val="0"/>
          <w:color w:val="000000"/>
          <w:sz w:val="22"/>
          <w:u w:val="none"/>
        </w:rPr>
        <w:t xml:space="preserve"> </w:t>
      </w:r>
      <w:r>
        <w:rPr>
          <w:b/>
          <w:i w:val="0"/>
          <w:smallCaps w:val="0"/>
          <w:strike w:val="0"/>
          <w:color w:val="000000"/>
          <w:sz w:val="22"/>
          <w:highlight w:val="cyan"/>
          <w:u w:val="single"/>
        </w:rPr>
        <w:t>trade secrets</w:t>
      </w:r>
      <w:r>
        <w:rPr>
          <w:b w:val="0"/>
          <w:i w:val="0"/>
          <w:smallCaps w:val="0"/>
          <w:strike w:val="0"/>
          <w:color w:val="000000"/>
          <w:sz w:val="22"/>
          <w:highlight w:val="cyan"/>
          <w:u w:val="none"/>
        </w:rPr>
        <w:t>.</w:t>
      </w:r>
    </w:p>
    <w:p>
      <w:pPr>
        <w:spacing w:after="60"/>
      </w:pPr>
      <w:r>
        <w:rPr>
          <w:b w:val="0"/>
          <w:i w:val="0"/>
          <w:smallCaps w:val="0"/>
          <w:strike w:val="0"/>
          <w:color w:val="000000"/>
          <w:sz w:val="22"/>
          <w:u w:val="none"/>
        </w:rPr>
        <w:t>“</w:t>
      </w:r>
      <w:r>
        <w:rPr>
          <w:b w:val="0"/>
          <w:i w:val="0"/>
          <w:smallCaps w:val="0"/>
          <w:strike w:val="0"/>
          <w:color w:val="000000"/>
          <w:sz w:val="22"/>
          <w:highlight w:val="cyan"/>
          <w:u w:val="single"/>
        </w:rPr>
        <w:t>By contrast</w:t>
      </w:r>
      <w:r>
        <w:rPr>
          <w:b w:val="0"/>
          <w:i w:val="0"/>
          <w:smallCaps w:val="0"/>
          <w:strike w:val="0"/>
          <w:color w:val="000000"/>
          <w:sz w:val="22"/>
          <w:u w:val="none"/>
        </w:rPr>
        <w:t xml:space="preserve">,” the authors noted, “in a </w:t>
      </w:r>
      <w:r>
        <w:rPr>
          <w:b w:val="0"/>
          <w:i w:val="0"/>
          <w:smallCaps w:val="0"/>
          <w:strike w:val="0"/>
          <w:color w:val="000000"/>
          <w:sz w:val="22"/>
          <w:u w:val="single"/>
        </w:rPr>
        <w:t>world where property rights in invention were protected, the situation would be very different.</w:t>
      </w:r>
      <w:r>
        <w:rPr>
          <w:b w:val="0"/>
          <w:i w:val="0"/>
          <w:smallCaps w:val="0"/>
          <w:strike w:val="0"/>
          <w:color w:val="000000"/>
          <w:sz w:val="22"/>
          <w:u w:val="none"/>
        </w:rPr>
        <w:t xml:space="preserve"> </w:t>
      </w:r>
      <w:r>
        <w:rPr>
          <w:b w:val="0"/>
          <w:i w:val="0"/>
          <w:smallCaps w:val="0"/>
          <w:strike w:val="0"/>
          <w:color w:val="000000"/>
          <w:sz w:val="22"/>
          <w:highlight w:val="cyan"/>
          <w:u w:val="single"/>
        </w:rPr>
        <w:t>Inventors</w:t>
      </w:r>
      <w:r>
        <w:rPr>
          <w:b w:val="0"/>
          <w:i w:val="0"/>
          <w:smallCaps w:val="0"/>
          <w:strike w:val="0"/>
          <w:color w:val="000000"/>
          <w:sz w:val="22"/>
          <w:highlight w:val="cyan"/>
          <w:u w:val="none"/>
        </w:rPr>
        <w:t xml:space="preserve"> </w:t>
      </w:r>
      <w:r>
        <w:rPr>
          <w:b w:val="0"/>
          <w:i w:val="0"/>
          <w:smallCaps w:val="0"/>
          <w:strike w:val="0"/>
          <w:color w:val="000000"/>
          <w:sz w:val="22"/>
          <w:highlight w:val="cyan"/>
          <w:u w:val="single"/>
        </w:rPr>
        <w:t>would</w:t>
      </w:r>
      <w:r>
        <w:rPr>
          <w:b w:val="0"/>
          <w:i w:val="0"/>
          <w:smallCaps w:val="0"/>
          <w:strike w:val="0"/>
          <w:color w:val="000000"/>
          <w:sz w:val="22"/>
          <w:u w:val="none"/>
        </w:rPr>
        <w:t xml:space="preserve"> </w:t>
      </w:r>
      <w:r>
        <w:rPr>
          <w:b w:val="0"/>
          <w:i w:val="0"/>
          <w:smallCaps w:val="0"/>
          <w:strike w:val="0"/>
          <w:color w:val="000000"/>
          <w:sz w:val="22"/>
          <w:u w:val="single"/>
        </w:rPr>
        <w:t>now</w:t>
      </w:r>
      <w:r>
        <w:rPr>
          <w:b w:val="0"/>
          <w:i w:val="0"/>
          <w:smallCaps w:val="0"/>
          <w:strike w:val="0"/>
          <w:color w:val="000000"/>
          <w:sz w:val="22"/>
          <w:u w:val="none"/>
        </w:rPr>
        <w:t xml:space="preserve"> </w:t>
      </w:r>
      <w:r>
        <w:rPr>
          <w:b w:val="0"/>
          <w:i w:val="0"/>
          <w:smallCaps w:val="0"/>
          <w:strike w:val="0"/>
          <w:color w:val="000000"/>
          <w:sz w:val="22"/>
          <w:highlight w:val="cyan"/>
          <w:u w:val="single"/>
        </w:rPr>
        <w:t>feel free</w:t>
      </w:r>
      <w:r>
        <w:rPr>
          <w:b w:val="0"/>
          <w:i w:val="0"/>
          <w:smallCaps w:val="0"/>
          <w:strike w:val="0"/>
          <w:color w:val="000000"/>
          <w:sz w:val="22"/>
          <w:u w:val="single"/>
        </w:rPr>
        <w:t xml:space="preserve"> </w:t>
      </w:r>
      <w:r>
        <w:rPr>
          <w:b w:val="0"/>
          <w:i w:val="0"/>
          <w:smallCaps w:val="0"/>
          <w:strike w:val="0"/>
          <w:color w:val="000000"/>
          <w:sz w:val="22"/>
          <w:highlight w:val="cyan"/>
          <w:u w:val="single"/>
        </w:rPr>
        <w:t>to</w:t>
      </w:r>
      <w:r>
        <w:rPr>
          <w:b w:val="0"/>
          <w:i w:val="0"/>
          <w:smallCaps w:val="0"/>
          <w:strike w:val="0"/>
          <w:color w:val="000000"/>
          <w:sz w:val="22"/>
          <w:highlight w:val="cyan"/>
          <w:u w:val="none"/>
        </w:rPr>
        <w:t xml:space="preserve"> </w:t>
      </w:r>
      <w:r>
        <w:rPr>
          <w:b/>
          <w:i w:val="0"/>
          <w:smallCaps w:val="0"/>
          <w:strike w:val="0"/>
          <w:color w:val="000000"/>
          <w:sz w:val="22"/>
          <w:highlight w:val="cyan"/>
          <w:u w:val="single"/>
        </w:rPr>
        <w:t>promote</w:t>
      </w:r>
      <w:r>
        <w:rPr>
          <w:b w:val="0"/>
          <w:i w:val="0"/>
          <w:smallCaps w:val="0"/>
          <w:strike w:val="0"/>
          <w:color w:val="000000"/>
          <w:sz w:val="22"/>
          <w:u w:val="none"/>
        </w:rPr>
        <w:t xml:space="preserve"> </w:t>
      </w:r>
      <w:r>
        <w:rPr>
          <w:b/>
          <w:i w:val="0"/>
          <w:smallCaps w:val="0"/>
          <w:strike w:val="0"/>
          <w:color w:val="000000"/>
          <w:sz w:val="22"/>
          <w:u w:val="single"/>
        </w:rPr>
        <w:t>their</w:t>
      </w:r>
      <w:r>
        <w:rPr>
          <w:b w:val="0"/>
          <w:i w:val="0"/>
          <w:smallCaps w:val="0"/>
          <w:strike w:val="0"/>
          <w:color w:val="000000"/>
          <w:sz w:val="22"/>
          <w:u w:val="none"/>
        </w:rPr>
        <w:t xml:space="preserve"> </w:t>
      </w:r>
      <w:r>
        <w:rPr>
          <w:b/>
          <w:i w:val="0"/>
          <w:smallCaps w:val="0"/>
          <w:strike w:val="0"/>
          <w:color w:val="000000"/>
          <w:sz w:val="22"/>
          <w:highlight w:val="cyan"/>
          <w:u w:val="single"/>
        </w:rPr>
        <w:t>discoveries</w:t>
      </w:r>
      <w:r>
        <w:rPr>
          <w:b w:val="0"/>
          <w:i w:val="0"/>
          <w:smallCaps w:val="0"/>
          <w:strike w:val="0"/>
          <w:color w:val="000000"/>
          <w:sz w:val="22"/>
          <w:u w:val="none"/>
        </w:rPr>
        <w:t xml:space="preserve"> </w:t>
      </w:r>
      <w:r>
        <w:rPr>
          <w:b w:val="0"/>
          <w:i w:val="0"/>
          <w:smallCaps w:val="0"/>
          <w:strike w:val="0"/>
          <w:color w:val="000000"/>
          <w:sz w:val="22"/>
          <w:u w:val="single"/>
        </w:rPr>
        <w:t>as</w:t>
      </w:r>
      <w:r>
        <w:rPr>
          <w:b w:val="0"/>
          <w:i w:val="0"/>
          <w:smallCaps w:val="0"/>
          <w:strike w:val="0"/>
          <w:color w:val="000000"/>
          <w:sz w:val="22"/>
          <w:u w:val="none"/>
        </w:rPr>
        <w:t xml:space="preserve"> </w:t>
      </w:r>
      <w:r>
        <w:rPr>
          <w:b/>
          <w:i w:val="0"/>
          <w:smallCaps w:val="0"/>
          <w:strike w:val="0"/>
          <w:color w:val="000000"/>
          <w:sz w:val="22"/>
          <w:highlight w:val="cyan"/>
          <w:u w:val="single"/>
        </w:rPr>
        <w:t>widely as possible</w:t>
      </w:r>
      <w:r>
        <w:rPr>
          <w:b w:val="0"/>
          <w:i w:val="0"/>
          <w:smallCaps w:val="0"/>
          <w:strike w:val="0"/>
          <w:color w:val="000000"/>
          <w:sz w:val="22"/>
          <w:u w:val="none"/>
        </w:rPr>
        <w:t xml:space="preserve"> </w:t>
      </w:r>
      <w:r>
        <w:rPr>
          <w:b w:val="0"/>
          <w:i w:val="0"/>
          <w:smallCaps w:val="0"/>
          <w:strike w:val="0"/>
          <w:color w:val="000000"/>
          <w:sz w:val="22"/>
          <w:u w:val="single"/>
        </w:rPr>
        <w:t>so as</w:t>
      </w:r>
      <w:r>
        <w:rPr>
          <w:b w:val="0"/>
          <w:i w:val="0"/>
          <w:smallCaps w:val="0"/>
          <w:strike w:val="0"/>
          <w:color w:val="000000"/>
          <w:sz w:val="22"/>
          <w:u w:val="none"/>
        </w:rPr>
        <w:t xml:space="preserve"> </w:t>
      </w:r>
      <w:r>
        <w:rPr>
          <w:b w:val="0"/>
          <w:i w:val="0"/>
          <w:smallCaps w:val="0"/>
          <w:strike w:val="0"/>
          <w:color w:val="000000"/>
          <w:sz w:val="22"/>
          <w:highlight w:val="cyan"/>
          <w:u w:val="single"/>
        </w:rPr>
        <w:t>to</w:t>
      </w:r>
      <w:r>
        <w:rPr>
          <w:b w:val="0"/>
          <w:i w:val="0"/>
          <w:smallCaps w:val="0"/>
          <w:strike w:val="0"/>
          <w:color w:val="000000"/>
          <w:sz w:val="22"/>
          <w:highlight w:val="cyan"/>
          <w:u w:val="none"/>
        </w:rPr>
        <w:t xml:space="preserve"> </w:t>
      </w:r>
      <w:r>
        <w:rPr>
          <w:b/>
          <w:i w:val="0"/>
          <w:smallCaps w:val="0"/>
          <w:strike w:val="0"/>
          <w:color w:val="000000"/>
          <w:sz w:val="22"/>
          <w:highlight w:val="cyan"/>
          <w:u w:val="single"/>
        </w:rPr>
        <w:t>maximize returns</w:t>
      </w:r>
      <w:r>
        <w:rPr>
          <w:b w:val="0"/>
          <w:i w:val="0"/>
          <w:smallCaps w:val="0"/>
          <w:strike w:val="0"/>
          <w:color w:val="000000"/>
          <w:sz w:val="22"/>
          <w:u w:val="none"/>
        </w:rPr>
        <w:t xml:space="preserve"> </w:t>
      </w:r>
      <w:r>
        <w:rPr>
          <w:b w:val="0"/>
          <w:i w:val="0"/>
          <w:smallCaps w:val="0"/>
          <w:strike w:val="0"/>
          <w:color w:val="000000"/>
          <w:sz w:val="22"/>
          <w:u w:val="single"/>
        </w:rPr>
        <w:t>either from commercializing their ideas themselves or from [licensing] rights to the idea to others</w:t>
      </w:r>
      <w:r>
        <w:rPr>
          <w:b w:val="0"/>
          <w:i w:val="0"/>
          <w:smallCaps w:val="0"/>
          <w:strike w:val="0"/>
          <w:color w:val="000000"/>
          <w:sz w:val="22"/>
          <w:u w:val="none"/>
        </w:rPr>
        <w:t xml:space="preserve">. </w:t>
      </w:r>
      <w:r>
        <w:rPr>
          <w:b w:val="0"/>
          <w:i w:val="0"/>
          <w:smallCaps w:val="0"/>
          <w:strike w:val="0"/>
          <w:color w:val="000000"/>
          <w:sz w:val="22"/>
          <w:u w:val="single"/>
        </w:rPr>
        <w:t>The protections offered by the patent system would thus be an important stimulus to the exchange of technological information in and of themselves</w:t>
      </w:r>
      <w:r>
        <w:rPr>
          <w:b w:val="0"/>
          <w:i w:val="0"/>
          <w:smallCaps w:val="0"/>
          <w:strike w:val="0"/>
          <w:color w:val="000000"/>
          <w:sz w:val="22"/>
          <w:u w:val="none"/>
        </w:rPr>
        <w:t xml:space="preserve">. </w:t>
      </w:r>
      <w:r>
        <w:rPr>
          <w:b w:val="0"/>
          <w:i w:val="0"/>
          <w:smallCaps w:val="0"/>
          <w:strike w:val="0"/>
          <w:color w:val="000000"/>
          <w:sz w:val="22"/>
          <w:u w:val="single"/>
        </w:rPr>
        <w:t>Moreover, it is likely that the</w:t>
      </w:r>
      <w:r>
        <w:rPr>
          <w:b w:val="0"/>
          <w:i w:val="0"/>
          <w:smallCaps w:val="0"/>
          <w:strike w:val="0"/>
          <w:color w:val="000000"/>
          <w:sz w:val="22"/>
          <w:u w:val="none"/>
        </w:rPr>
        <w:t xml:space="preserve"> </w:t>
      </w:r>
      <w:r>
        <w:rPr>
          <w:b/>
          <w:i w:val="0"/>
          <w:smallCaps w:val="0"/>
          <w:strike w:val="0"/>
          <w:color w:val="000000"/>
          <w:sz w:val="22"/>
          <w:highlight w:val="cyan"/>
          <w:u w:val="single"/>
        </w:rPr>
        <w:t>cross-fertilization</w:t>
      </w:r>
      <w:r>
        <w:rPr>
          <w:b w:val="0"/>
          <w:i w:val="0"/>
          <w:smallCaps w:val="0"/>
          <w:strike w:val="0"/>
          <w:color w:val="000000"/>
          <w:sz w:val="22"/>
          <w:u w:val="none"/>
        </w:rPr>
        <w:t xml:space="preserve"> </w:t>
      </w:r>
      <w:r>
        <w:rPr>
          <w:b w:val="0"/>
          <w:i w:val="0"/>
          <w:smallCaps w:val="0"/>
          <w:strike w:val="0"/>
          <w:color w:val="000000"/>
          <w:sz w:val="22"/>
          <w:u w:val="single"/>
        </w:rPr>
        <w:t>that resulted</w:t>
      </w:r>
      <w:r>
        <w:rPr>
          <w:b w:val="0"/>
          <w:i w:val="0"/>
          <w:smallCaps w:val="0"/>
          <w:strike w:val="0"/>
          <w:color w:val="000000"/>
          <w:sz w:val="22"/>
          <w:u w:val="none"/>
        </w:rPr>
        <w:t xml:space="preserve"> </w:t>
      </w:r>
      <w:r>
        <w:rPr>
          <w:b w:val="0"/>
          <w:i w:val="0"/>
          <w:smallCaps w:val="0"/>
          <w:strike w:val="0"/>
          <w:color w:val="000000"/>
          <w:sz w:val="22"/>
          <w:u w:val="single"/>
        </w:rPr>
        <w:t>from these information flows</w:t>
      </w:r>
      <w:r>
        <w:rPr>
          <w:b w:val="0"/>
          <w:i w:val="0"/>
          <w:smallCaps w:val="0"/>
          <w:strike w:val="0"/>
          <w:color w:val="000000"/>
          <w:sz w:val="22"/>
          <w:u w:val="none"/>
        </w:rPr>
        <w:t xml:space="preserve"> </w:t>
      </w:r>
      <w:r>
        <w:rPr>
          <w:b w:val="0"/>
          <w:i w:val="0"/>
          <w:smallCaps w:val="0"/>
          <w:strike w:val="0"/>
          <w:color w:val="000000"/>
          <w:sz w:val="22"/>
          <w:highlight w:val="cyan"/>
          <w:u w:val="single"/>
        </w:rPr>
        <w:t>would be a</w:t>
      </w:r>
      <w:r>
        <w:rPr>
          <w:b w:val="0"/>
          <w:i w:val="0"/>
          <w:smallCaps w:val="0"/>
          <w:strike w:val="0"/>
          <w:color w:val="000000"/>
          <w:sz w:val="22"/>
          <w:highlight w:val="cyan"/>
          <w:u w:val="none"/>
        </w:rPr>
        <w:t xml:space="preserve"> </w:t>
      </w:r>
      <w:r>
        <w:rPr>
          <w:b/>
          <w:i w:val="0"/>
          <w:smallCaps w:val="0"/>
          <w:strike w:val="0"/>
          <w:color w:val="000000"/>
          <w:sz w:val="22"/>
          <w:highlight w:val="cyan"/>
          <w:u w:val="single"/>
        </w:rPr>
        <w:t>potent stimulus to</w:t>
      </w:r>
      <w:r>
        <w:rPr>
          <w:b w:val="0"/>
          <w:i w:val="0"/>
          <w:smallCaps w:val="0"/>
          <w:strike w:val="0"/>
          <w:color w:val="000000"/>
          <w:sz w:val="22"/>
          <w:highlight w:val="cyan"/>
          <w:u w:val="none"/>
        </w:rPr>
        <w:t xml:space="preserve"> </w:t>
      </w:r>
      <w:r>
        <w:rPr>
          <w:b/>
          <w:i w:val="0"/>
          <w:smallCaps w:val="0"/>
          <w:strike w:val="0"/>
          <w:color w:val="000000"/>
          <w:sz w:val="22"/>
          <w:highlight w:val="cyan"/>
          <w:u w:val="single"/>
        </w:rPr>
        <w:t>technological change</w:t>
      </w:r>
      <w:r>
        <w:rPr>
          <w:b w:val="0"/>
          <w:i w:val="0"/>
          <w:smallCaps w:val="0"/>
          <w:strike w:val="0"/>
          <w:color w:val="000000"/>
          <w:sz w:val="22"/>
          <w:u w:val="none"/>
        </w:rPr>
        <w:t>.”</w:t>
      </w:r>
    </w:p>
    <w:p>
      <w:pPr>
        <w:spacing w:after="60"/>
      </w:pPr>
      <w:r>
        <w:rPr>
          <w:b w:val="0"/>
          <w:i w:val="0"/>
          <w:smallCaps w:val="0"/>
          <w:strike w:val="0"/>
          <w:color w:val="000000"/>
          <w:sz w:val="22"/>
          <w:u w:val="single"/>
        </w:rPr>
        <w:t>In the real world, one need only look at the smartphone industry to see the truth in that thought experiment</w:t>
      </w:r>
      <w:r>
        <w:rPr>
          <w:b w:val="0"/>
          <w:i w:val="0"/>
          <w:smallCaps w:val="0"/>
          <w:strike w:val="0"/>
          <w:color w:val="000000"/>
          <w:sz w:val="22"/>
          <w:u w:val="none"/>
        </w:rPr>
        <w:t xml:space="preserve">. </w:t>
      </w:r>
      <w:r>
        <w:rPr>
          <w:b w:val="0"/>
          <w:i w:val="0"/>
          <w:smallCaps w:val="0"/>
          <w:strike w:val="0"/>
          <w:color w:val="000000"/>
          <w:sz w:val="22"/>
          <w:u w:val="single"/>
        </w:rPr>
        <w:t>Does anyone believe that global smartphone use would have experienced such extraordinarily rapid growth under a trade secret regime</w:t>
      </w:r>
      <w:r>
        <w:rPr>
          <w:b w:val="0"/>
          <w:i w:val="0"/>
          <w:smallCaps w:val="0"/>
          <w:strike w:val="0"/>
          <w:color w:val="000000"/>
          <w:sz w:val="22"/>
          <w:u w:val="none"/>
        </w:rPr>
        <w:t xml:space="preserve">? </w:t>
      </w:r>
      <w:r>
        <w:rPr>
          <w:b/>
          <w:i w:val="0"/>
          <w:smallCaps w:val="0"/>
          <w:strike w:val="0"/>
          <w:color w:val="000000"/>
          <w:sz w:val="22"/>
          <w:u w:val="single"/>
        </w:rPr>
        <w:t>Impossible</w:t>
      </w:r>
      <w:r>
        <w:rPr>
          <w:b w:val="0"/>
          <w:i w:val="0"/>
          <w:smallCaps w:val="0"/>
          <w:strike w:val="0"/>
          <w:color w:val="000000"/>
          <w:sz w:val="22"/>
          <w:u w:val="none"/>
        </w:rPr>
        <w:t xml:space="preserve">. </w:t>
      </w:r>
      <w:r>
        <w:rPr>
          <w:b/>
          <w:i w:val="0"/>
          <w:smallCaps w:val="0"/>
          <w:strike w:val="0"/>
          <w:color w:val="000000"/>
          <w:sz w:val="22"/>
          <w:highlight w:val="cyan"/>
          <w:u w:val="single"/>
        </w:rPr>
        <w:t>Only a strong patent</w:t>
      </w:r>
      <w:r>
        <w:rPr>
          <w:b w:val="0"/>
          <w:i w:val="0"/>
          <w:smallCaps w:val="0"/>
          <w:strike w:val="0"/>
          <w:color w:val="000000"/>
          <w:sz w:val="22"/>
          <w:highlight w:val="cyan"/>
          <w:u w:val="none"/>
        </w:rPr>
        <w:t xml:space="preserve"> </w:t>
      </w:r>
      <w:r>
        <w:rPr>
          <w:b/>
          <w:i w:val="0"/>
          <w:smallCaps w:val="0"/>
          <w:strike w:val="0"/>
          <w:color w:val="000000"/>
          <w:sz w:val="22"/>
          <w:highlight w:val="cyan"/>
          <w:u w:val="single"/>
        </w:rPr>
        <w:t>system</w:t>
      </w:r>
      <w:r>
        <w:rPr>
          <w:b w:val="0"/>
          <w:i w:val="0"/>
          <w:smallCaps w:val="0"/>
          <w:strike w:val="0"/>
          <w:color w:val="000000"/>
          <w:sz w:val="22"/>
          <w:highlight w:val="cyan"/>
          <w:u w:val="none"/>
        </w:rPr>
        <w:t xml:space="preserve"> </w:t>
      </w:r>
      <w:r>
        <w:rPr>
          <w:b w:val="0"/>
          <w:i w:val="0"/>
          <w:smallCaps w:val="0"/>
          <w:strike w:val="0"/>
          <w:color w:val="000000"/>
          <w:sz w:val="22"/>
          <w:highlight w:val="cyan"/>
          <w:u w:val="single"/>
        </w:rPr>
        <w:t>enabling</w:t>
      </w:r>
      <w:r>
        <w:rPr>
          <w:b w:val="0"/>
          <w:i w:val="0"/>
          <w:smallCaps w:val="0"/>
          <w:strike w:val="0"/>
          <w:color w:val="000000"/>
          <w:sz w:val="22"/>
          <w:u w:val="none"/>
        </w:rPr>
        <w:t xml:space="preserve"> </w:t>
      </w:r>
      <w:r>
        <w:rPr>
          <w:b w:val="0"/>
          <w:i w:val="0"/>
          <w:smallCaps w:val="0"/>
          <w:strike w:val="0"/>
          <w:color w:val="000000"/>
          <w:sz w:val="22"/>
          <w:u w:val="single"/>
        </w:rPr>
        <w:t>the</w:t>
      </w:r>
      <w:r>
        <w:rPr>
          <w:b w:val="0"/>
          <w:i w:val="0"/>
          <w:smallCaps w:val="0"/>
          <w:strike w:val="0"/>
          <w:color w:val="000000"/>
          <w:sz w:val="22"/>
          <w:u w:val="none"/>
        </w:rPr>
        <w:t xml:space="preserve"> </w:t>
      </w:r>
      <w:r>
        <w:rPr>
          <w:b/>
          <w:i w:val="0"/>
          <w:smallCaps w:val="0"/>
          <w:strike w:val="0"/>
          <w:color w:val="000000"/>
          <w:sz w:val="22"/>
          <w:highlight w:val="cyan"/>
          <w:u w:val="single"/>
        </w:rPr>
        <w:t>licensing</w:t>
      </w:r>
      <w:r>
        <w:rPr>
          <w:b w:val="0"/>
          <w:i w:val="0"/>
          <w:smallCaps w:val="0"/>
          <w:strike w:val="0"/>
          <w:color w:val="000000"/>
          <w:sz w:val="22"/>
          <w:highlight w:val="cyan"/>
          <w:u w:val="none"/>
        </w:rPr>
        <w:t xml:space="preserve"> </w:t>
      </w:r>
      <w:r>
        <w:rPr>
          <w:b w:val="0"/>
          <w:i w:val="0"/>
          <w:smallCaps w:val="0"/>
          <w:strike w:val="0"/>
          <w:color w:val="000000"/>
          <w:sz w:val="22"/>
          <w:highlight w:val="cyan"/>
          <w:u w:val="single"/>
        </w:rPr>
        <w:t>and</w:t>
      </w:r>
      <w:r>
        <w:rPr>
          <w:b w:val="0"/>
          <w:i w:val="0"/>
          <w:smallCaps w:val="0"/>
          <w:strike w:val="0"/>
          <w:color w:val="000000"/>
          <w:sz w:val="22"/>
          <w:highlight w:val="cyan"/>
          <w:u w:val="none"/>
        </w:rPr>
        <w:t xml:space="preserve"> </w:t>
      </w:r>
      <w:r>
        <w:rPr>
          <w:b/>
          <w:i w:val="0"/>
          <w:smallCaps w:val="0"/>
          <w:strike w:val="0"/>
          <w:color w:val="000000"/>
          <w:sz w:val="22"/>
          <w:highlight w:val="cyan"/>
          <w:u w:val="single"/>
        </w:rPr>
        <w:t>cross-licensing</w:t>
      </w:r>
      <w:r>
        <w:rPr>
          <w:b w:val="0"/>
          <w:i w:val="0"/>
          <w:smallCaps w:val="0"/>
          <w:strike w:val="0"/>
          <w:color w:val="000000"/>
          <w:sz w:val="22"/>
          <w:u w:val="none"/>
        </w:rPr>
        <w:t xml:space="preserve"> </w:t>
      </w:r>
      <w:r>
        <w:rPr>
          <w:b/>
          <w:i w:val="0"/>
          <w:smallCaps w:val="0"/>
          <w:strike w:val="0"/>
          <w:color w:val="000000"/>
          <w:sz w:val="22"/>
          <w:u w:val="single"/>
        </w:rPr>
        <w:t>of proprietary technology</w:t>
      </w:r>
      <w:r>
        <w:rPr>
          <w:b w:val="0"/>
          <w:i w:val="0"/>
          <w:smallCaps w:val="0"/>
          <w:strike w:val="0"/>
          <w:color w:val="000000"/>
          <w:sz w:val="22"/>
          <w:u w:val="none"/>
        </w:rPr>
        <w:t xml:space="preserve"> </w:t>
      </w:r>
      <w:r>
        <w:rPr>
          <w:b w:val="0"/>
          <w:i w:val="0"/>
          <w:smallCaps w:val="0"/>
          <w:strike w:val="0"/>
          <w:color w:val="000000"/>
          <w:sz w:val="22"/>
          <w:u w:val="single"/>
        </w:rPr>
        <w:t>across four very disparate industries —telephony, electronics, computing and software</w:t>
      </w:r>
      <w:r>
        <w:rPr>
          <w:b w:val="0"/>
          <w:i w:val="0"/>
          <w:smallCaps w:val="0"/>
          <w:strike w:val="0"/>
          <w:color w:val="000000"/>
          <w:sz w:val="22"/>
          <w:u w:val="none"/>
        </w:rPr>
        <w:t xml:space="preserve"> — </w:t>
      </w:r>
      <w:r>
        <w:rPr>
          <w:b w:val="0"/>
          <w:i w:val="0"/>
          <w:smallCaps w:val="0"/>
          <w:strike w:val="0"/>
          <w:color w:val="000000"/>
          <w:sz w:val="22"/>
          <w:u w:val="single"/>
        </w:rPr>
        <w:t>could have</w:t>
      </w:r>
      <w:r>
        <w:rPr>
          <w:b w:val="0"/>
          <w:i w:val="0"/>
          <w:smallCaps w:val="0"/>
          <w:strike w:val="0"/>
          <w:color w:val="000000"/>
          <w:sz w:val="22"/>
          <w:u w:val="none"/>
        </w:rPr>
        <w:t xml:space="preserve"> </w:t>
      </w:r>
      <w:r>
        <w:rPr>
          <w:b w:val="0"/>
          <w:i w:val="0"/>
          <w:smallCaps w:val="0"/>
          <w:strike w:val="0"/>
          <w:color w:val="000000"/>
          <w:sz w:val="22"/>
          <w:highlight w:val="cyan"/>
          <w:u w:val="single"/>
        </w:rPr>
        <w:t>produced</w:t>
      </w:r>
      <w:r>
        <w:rPr>
          <w:b w:val="0"/>
          <w:i w:val="0"/>
          <w:smallCaps w:val="0"/>
          <w:strike w:val="0"/>
          <w:color w:val="000000"/>
          <w:sz w:val="22"/>
          <w:u w:val="none"/>
        </w:rPr>
        <w:t xml:space="preserve"> </w:t>
      </w:r>
      <w:r>
        <w:rPr>
          <w:b w:val="0"/>
          <w:i w:val="0"/>
          <w:smallCaps w:val="0"/>
          <w:strike w:val="0"/>
          <w:color w:val="000000"/>
          <w:sz w:val="22"/>
          <w:u w:val="single"/>
        </w:rPr>
        <w:t>the</w:t>
      </w:r>
      <w:r>
        <w:rPr>
          <w:b w:val="0"/>
          <w:i w:val="0"/>
          <w:smallCaps w:val="0"/>
          <w:strike w:val="0"/>
          <w:color w:val="000000"/>
          <w:sz w:val="22"/>
          <w:u w:val="none"/>
        </w:rPr>
        <w:t xml:space="preserve"> </w:t>
      </w:r>
      <w:r>
        <w:rPr>
          <w:b w:val="0"/>
          <w:i w:val="0"/>
          <w:smallCaps w:val="0"/>
          <w:strike w:val="0"/>
          <w:color w:val="000000"/>
          <w:sz w:val="22"/>
          <w:u w:val="single"/>
        </w:rPr>
        <w:t>hugely successful</w:t>
      </w:r>
      <w:r>
        <w:rPr>
          <w:b w:val="0"/>
          <w:i w:val="0"/>
          <w:smallCaps w:val="0"/>
          <w:strike w:val="0"/>
          <w:color w:val="000000"/>
          <w:sz w:val="22"/>
          <w:u w:val="none"/>
        </w:rPr>
        <w:t xml:space="preserve"> </w:t>
      </w:r>
      <w:r>
        <w:rPr>
          <w:b w:val="0"/>
          <w:i w:val="0"/>
          <w:smallCaps w:val="0"/>
          <w:strike w:val="0"/>
          <w:color w:val="000000"/>
          <w:sz w:val="22"/>
          <w:highlight w:val="cyan"/>
          <w:u w:val="single"/>
        </w:rPr>
        <w:t>smartphone</w:t>
      </w:r>
      <w:r>
        <w:rPr>
          <w:b w:val="0"/>
          <w:i w:val="0"/>
          <w:smallCaps w:val="0"/>
          <w:strike w:val="0"/>
          <w:color w:val="000000"/>
          <w:sz w:val="22"/>
          <w:u w:val="none"/>
        </w:rPr>
        <w:t xml:space="preserve"> </w:t>
      </w:r>
      <w:r>
        <w:rPr>
          <w:b w:val="0"/>
          <w:i w:val="0"/>
          <w:smallCaps w:val="0"/>
          <w:strike w:val="0"/>
          <w:color w:val="000000"/>
          <w:sz w:val="22"/>
          <w:u w:val="single"/>
        </w:rPr>
        <w:t>industry</w:t>
      </w:r>
      <w:r>
        <w:rPr>
          <w:b w:val="0"/>
          <w:i w:val="0"/>
          <w:smallCaps w:val="0"/>
          <w:strike w:val="0"/>
          <w:color w:val="000000"/>
          <w:sz w:val="22"/>
          <w:u w:val="none"/>
        </w:rPr>
        <w:t xml:space="preserve"> </w:t>
      </w:r>
      <w:r>
        <w:rPr>
          <w:b w:val="0"/>
          <w:i w:val="0"/>
          <w:smallCaps w:val="0"/>
          <w:strike w:val="0"/>
          <w:color w:val="000000"/>
          <w:sz w:val="22"/>
          <w:u w:val="single"/>
        </w:rPr>
        <w:t>that</w:t>
      </w:r>
      <w:r>
        <w:rPr>
          <w:b w:val="0"/>
          <w:i w:val="0"/>
          <w:smallCaps w:val="0"/>
          <w:strike w:val="0"/>
          <w:color w:val="000000"/>
          <w:sz w:val="22"/>
          <w:u w:val="none"/>
        </w:rPr>
        <w:t xml:space="preserve"> </w:t>
      </w:r>
      <w:r>
        <w:rPr>
          <w:b w:val="0"/>
          <w:i w:val="0"/>
          <w:smallCaps w:val="0"/>
          <w:strike w:val="0"/>
          <w:color w:val="000000"/>
          <w:sz w:val="22"/>
          <w:highlight w:val="cyan"/>
          <w:u w:val="single"/>
        </w:rPr>
        <w:t>we enjoy today</w:t>
      </w:r>
      <w:r>
        <w:rPr>
          <w:b w:val="0"/>
          <w:i w:val="0"/>
          <w:smallCaps w:val="0"/>
          <w:strike w:val="0"/>
          <w:color w:val="000000"/>
          <w:sz w:val="22"/>
          <w:highlight w:val="cyan"/>
          <w:u w:val="none"/>
        </w:rPr>
        <w:t>.</w:t>
      </w:r>
    </w:p>
    <w:p>
      <w:pPr>
        <w:spacing w:after="60"/>
      </w:pPr>
      <w:r>
        <w:rPr>
          <w:b w:val="0"/>
          <w:i w:val="0"/>
          <w:smallCaps w:val="0"/>
          <w:strike w:val="0"/>
          <w:color w:val="000000"/>
          <w:sz w:val="22"/>
          <w:u w:val="single"/>
        </w:rPr>
        <w:t>The response of some critics to all this evidence is, “Yes, but you can’t prove causation</w:t>
      </w:r>
      <w:r>
        <w:rPr>
          <w:b w:val="0"/>
          <w:i w:val="0"/>
          <w:smallCaps w:val="0"/>
          <w:strike w:val="0"/>
          <w:color w:val="000000"/>
          <w:sz w:val="22"/>
          <w:u w:val="none"/>
        </w:rPr>
        <w:t>.”</w:t>
      </w:r>
    </w:p>
    <w:p>
      <w:pPr>
        <w:spacing w:after="60"/>
      </w:pPr>
      <w:r>
        <w:rPr>
          <w:b w:val="0"/>
          <w:i w:val="0"/>
          <w:smallCaps w:val="0"/>
          <w:strike w:val="0"/>
          <w:color w:val="000000"/>
          <w:sz w:val="22"/>
          <w:u w:val="none"/>
        </w:rPr>
        <w:t xml:space="preserve">And it’s true, one cannot prove theoretically that the patent system by itself causes higher rates of innovation and economic growth. That’s because the exogenous factors — the dynamism of markets, </w:t>
      </w:r>
      <w:r>
        <w:rPr>
          <w:b w:val="0"/>
          <w:i w:val="0"/>
          <w:smallCaps w:val="0"/>
          <w:strike w:val="0"/>
          <w:color w:val="000000"/>
          <w:sz w:val="22"/>
          <w:u w:val="none"/>
        </w:rPr>
        <w:t>the efficacy of legal and governmental institutions, the availability of capital, and the role of countless other factors — are far too complex and interdependent to isolate causation to patents alone. It’s like trying to pinpoint ultimate causation in the weather. It can’t be done.</w:t>
      </w:r>
    </w:p>
    <w:p>
      <w:pPr>
        <w:spacing w:after="60"/>
      </w:pPr>
      <w:r>
        <w:rPr>
          <w:b w:val="0"/>
          <w:i w:val="0"/>
          <w:smallCaps w:val="0"/>
          <w:strike w:val="0"/>
          <w:color w:val="000000"/>
          <w:sz w:val="22"/>
          <w:u w:val="single"/>
        </w:rPr>
        <w:t>But by the same token, one also cannot prove that free market capitalism — isolated from all the legal, educational, economic, governmental and cultural institutions that surround it in any country</w:t>
      </w:r>
      <w:r>
        <w:rPr>
          <w:b w:val="0"/>
          <w:i w:val="0"/>
          <w:smallCaps w:val="0"/>
          <w:strike w:val="0"/>
          <w:color w:val="000000"/>
          <w:sz w:val="22"/>
          <w:u w:val="none"/>
        </w:rPr>
        <w:t xml:space="preserve"> — </w:t>
      </w:r>
      <w:r>
        <w:rPr>
          <w:b w:val="0"/>
          <w:i w:val="0"/>
          <w:smallCaps w:val="0"/>
          <w:strike w:val="0"/>
          <w:color w:val="000000"/>
          <w:sz w:val="22"/>
          <w:u w:val="single"/>
        </w:rPr>
        <w:t>causes more economic growth than a government-run socialist economy</w:t>
      </w:r>
      <w:r>
        <w:rPr>
          <w:b w:val="0"/>
          <w:i w:val="0"/>
          <w:smallCaps w:val="0"/>
          <w:strike w:val="0"/>
          <w:color w:val="000000"/>
          <w:sz w:val="22"/>
          <w:u w:val="none"/>
        </w:rPr>
        <w:t xml:space="preserve">. </w:t>
      </w:r>
      <w:r>
        <w:rPr>
          <w:b w:val="0"/>
          <w:i w:val="0"/>
          <w:smallCaps w:val="0"/>
          <w:strike w:val="0"/>
          <w:color w:val="000000"/>
          <w:sz w:val="22"/>
          <w:u w:val="single"/>
        </w:rPr>
        <w:t>Yet we all know without a doubt from real-world experience</w:t>
      </w:r>
      <w:r>
        <w:rPr>
          <w:b w:val="0"/>
          <w:i w:val="0"/>
          <w:smallCaps w:val="0"/>
          <w:strike w:val="0"/>
          <w:color w:val="000000"/>
          <w:sz w:val="22"/>
          <w:u w:val="none"/>
        </w:rPr>
        <w:t xml:space="preserve"> — including the fact that 74 years of socialism in the Soviet Union failed to produce even a decent refrigerator — </w:t>
      </w:r>
      <w:r>
        <w:rPr>
          <w:b w:val="0"/>
          <w:i w:val="0"/>
          <w:smallCaps w:val="0"/>
          <w:strike w:val="0"/>
          <w:color w:val="000000"/>
          <w:sz w:val="22"/>
          <w:u w:val="single"/>
        </w:rPr>
        <w:t>that</w:t>
      </w:r>
      <w:r>
        <w:rPr>
          <w:b w:val="0"/>
          <w:i w:val="0"/>
          <w:smallCaps w:val="0"/>
          <w:strike w:val="0"/>
          <w:color w:val="000000"/>
          <w:sz w:val="22"/>
          <w:u w:val="none"/>
        </w:rPr>
        <w:t xml:space="preserve"> </w:t>
      </w:r>
      <w:r>
        <w:rPr>
          <w:b/>
          <w:i w:val="0"/>
          <w:smallCaps w:val="0"/>
          <w:strike w:val="0"/>
          <w:color w:val="000000"/>
          <w:sz w:val="22"/>
          <w:u w:val="single"/>
        </w:rPr>
        <w:t>free markets</w:t>
      </w:r>
      <w:r>
        <w:rPr>
          <w:b w:val="0"/>
          <w:i w:val="0"/>
          <w:smallCaps w:val="0"/>
          <w:strike w:val="0"/>
          <w:color w:val="000000"/>
          <w:sz w:val="22"/>
          <w:u w:val="none"/>
        </w:rPr>
        <w:t xml:space="preserve"> </w:t>
      </w:r>
      <w:r>
        <w:rPr>
          <w:b w:val="0"/>
          <w:i w:val="0"/>
          <w:smallCaps w:val="0"/>
          <w:strike w:val="0"/>
          <w:color w:val="000000"/>
          <w:sz w:val="22"/>
          <w:u w:val="single"/>
        </w:rPr>
        <w:t>are</w:t>
      </w:r>
      <w:r>
        <w:rPr>
          <w:b w:val="0"/>
          <w:i w:val="0"/>
          <w:smallCaps w:val="0"/>
          <w:strike w:val="0"/>
          <w:color w:val="000000"/>
          <w:sz w:val="22"/>
          <w:u w:val="none"/>
        </w:rPr>
        <w:t xml:space="preserve"> </w:t>
      </w:r>
      <w:r>
        <w:rPr>
          <w:b/>
          <w:i w:val="0"/>
          <w:smallCaps w:val="0"/>
          <w:strike w:val="0"/>
          <w:color w:val="000000"/>
          <w:sz w:val="22"/>
          <w:u w:val="single"/>
        </w:rPr>
        <w:t>strongly correlated with</w:t>
      </w:r>
      <w:r>
        <w:rPr>
          <w:b w:val="0"/>
          <w:i w:val="0"/>
          <w:smallCaps w:val="0"/>
          <w:strike w:val="0"/>
          <w:color w:val="000000"/>
          <w:sz w:val="22"/>
          <w:u w:val="none"/>
        </w:rPr>
        <w:t xml:space="preserve"> </w:t>
      </w:r>
      <w:r>
        <w:rPr>
          <w:b w:val="0"/>
          <w:i w:val="0"/>
          <w:smallCaps w:val="0"/>
          <w:strike w:val="0"/>
          <w:color w:val="000000"/>
          <w:sz w:val="22"/>
          <w:u w:val="single"/>
        </w:rPr>
        <w:t>greater</w:t>
      </w:r>
      <w:r>
        <w:rPr>
          <w:b w:val="0"/>
          <w:i w:val="0"/>
          <w:smallCaps w:val="0"/>
          <w:strike w:val="0"/>
          <w:color w:val="000000"/>
          <w:sz w:val="22"/>
          <w:u w:val="none"/>
        </w:rPr>
        <w:t xml:space="preserve"> </w:t>
      </w:r>
      <w:r>
        <w:rPr>
          <w:b/>
          <w:i w:val="0"/>
          <w:smallCaps w:val="0"/>
          <w:strike w:val="0"/>
          <w:color w:val="000000"/>
          <w:sz w:val="22"/>
          <w:u w:val="single"/>
        </w:rPr>
        <w:t>economic prosperity</w:t>
      </w:r>
      <w:r>
        <w:rPr>
          <w:b w:val="0"/>
          <w:i w:val="0"/>
          <w:smallCaps w:val="0"/>
          <w:strike w:val="0"/>
          <w:color w:val="000000"/>
          <w:sz w:val="22"/>
          <w:u w:val="none"/>
        </w:rPr>
        <w:t>.</w:t>
      </w:r>
    </w:p>
    <w:p>
      <w:pPr>
        <w:spacing w:after="60"/>
      </w:pPr>
      <w:r>
        <w:rPr>
          <w:b w:val="0"/>
          <w:i w:val="0"/>
          <w:smallCaps w:val="0"/>
          <w:strike w:val="0"/>
          <w:color w:val="000000"/>
          <w:sz w:val="22"/>
          <w:u w:val="single"/>
        </w:rPr>
        <w:t>The same is true of the patent system</w:t>
      </w:r>
      <w:r>
        <w:rPr>
          <w:b w:val="0"/>
          <w:i w:val="0"/>
          <w:smallCaps w:val="0"/>
          <w:strike w:val="0"/>
          <w:color w:val="000000"/>
          <w:sz w:val="22"/>
          <w:u w:val="none"/>
        </w:rPr>
        <w:t xml:space="preserve">: </w:t>
      </w:r>
      <w:r>
        <w:rPr>
          <w:b/>
          <w:i w:val="0"/>
          <w:smallCaps w:val="0"/>
          <w:strike w:val="0"/>
          <w:color w:val="000000"/>
          <w:sz w:val="22"/>
          <w:highlight w:val="cyan"/>
          <w:u w:val="single"/>
        </w:rPr>
        <w:t>on balance</w:t>
      </w:r>
      <w:r>
        <w:rPr>
          <w:b w:val="0"/>
          <w:i w:val="0"/>
          <w:smallCaps w:val="0"/>
          <w:strike w:val="0"/>
          <w:color w:val="000000"/>
          <w:sz w:val="22"/>
          <w:highlight w:val="cyan"/>
          <w:u w:val="none"/>
        </w:rPr>
        <w:t xml:space="preserve"> </w:t>
      </w:r>
      <w:r>
        <w:rPr>
          <w:b w:val="0"/>
          <w:i w:val="0"/>
          <w:smallCaps w:val="0"/>
          <w:strike w:val="0"/>
          <w:color w:val="000000"/>
          <w:sz w:val="22"/>
          <w:highlight w:val="cyan"/>
          <w:u w:val="single"/>
        </w:rPr>
        <w:t>and</w:t>
      </w:r>
      <w:r>
        <w:rPr>
          <w:b w:val="0"/>
          <w:i w:val="0"/>
          <w:smallCaps w:val="0"/>
          <w:strike w:val="0"/>
          <w:color w:val="000000"/>
          <w:sz w:val="22"/>
          <w:highlight w:val="cyan"/>
          <w:u w:val="none"/>
        </w:rPr>
        <w:t xml:space="preserve"> </w:t>
      </w:r>
      <w:r>
        <w:rPr>
          <w:b w:val="0"/>
          <w:i w:val="0"/>
          <w:smallCaps w:val="0"/>
          <w:strike w:val="0"/>
          <w:color w:val="000000"/>
          <w:sz w:val="22"/>
          <w:highlight w:val="cyan"/>
          <w:u w:val="single"/>
        </w:rPr>
        <w:t>over the long term</w:t>
      </w:r>
      <w:r>
        <w:rPr>
          <w:b w:val="0"/>
          <w:i w:val="0"/>
          <w:smallCaps w:val="0"/>
          <w:strike w:val="0"/>
          <w:color w:val="000000"/>
          <w:sz w:val="22"/>
          <w:highlight w:val="cyan"/>
          <w:u w:val="single"/>
        </w:rPr>
        <w:t>,</w:t>
      </w:r>
      <w:r>
        <w:rPr>
          <w:b w:val="0"/>
          <w:i w:val="0"/>
          <w:smallCaps w:val="0"/>
          <w:strike w:val="0"/>
          <w:color w:val="000000"/>
          <w:sz w:val="22"/>
          <w:highlight w:val="cyan"/>
          <w:u w:val="none"/>
        </w:rPr>
        <w:t xml:space="preserve"> </w:t>
      </w:r>
      <w:r>
        <w:rPr>
          <w:b/>
          <w:i w:val="0"/>
          <w:smallCaps w:val="0"/>
          <w:strike w:val="0"/>
          <w:color w:val="000000"/>
          <w:sz w:val="22"/>
          <w:highlight w:val="cyan"/>
          <w:u w:val="single"/>
        </w:rPr>
        <w:t>patents</w:t>
      </w:r>
      <w:r>
        <w:rPr>
          <w:b w:val="0"/>
          <w:i w:val="0"/>
          <w:smallCaps w:val="0"/>
          <w:strike w:val="0"/>
          <w:color w:val="000000"/>
          <w:sz w:val="22"/>
          <w:u w:val="none"/>
        </w:rPr>
        <w:t xml:space="preserve"> </w:t>
      </w:r>
      <w:r>
        <w:rPr>
          <w:b w:val="0"/>
          <w:i w:val="0"/>
          <w:smallCaps w:val="0"/>
          <w:strike w:val="0"/>
          <w:color w:val="000000"/>
          <w:sz w:val="22"/>
          <w:u w:val="single"/>
        </w:rPr>
        <w:t>are</w:t>
      </w:r>
      <w:r>
        <w:rPr>
          <w:b w:val="0"/>
          <w:i w:val="0"/>
          <w:smallCaps w:val="0"/>
          <w:strike w:val="0"/>
          <w:color w:val="000000"/>
          <w:sz w:val="22"/>
          <w:u w:val="none"/>
        </w:rPr>
        <w:t xml:space="preserve"> </w:t>
      </w:r>
      <w:r>
        <w:rPr>
          <w:b/>
          <w:i w:val="0"/>
          <w:smallCaps w:val="0"/>
          <w:strike w:val="0"/>
          <w:color w:val="000000"/>
          <w:sz w:val="22"/>
          <w:highlight w:val="cyan"/>
          <w:u w:val="single"/>
        </w:rPr>
        <w:t>strongly correlated with increased innovation</w:t>
      </w:r>
      <w:r>
        <w:rPr>
          <w:b w:val="0"/>
          <w:i w:val="0"/>
          <w:smallCaps w:val="0"/>
          <w:strike w:val="0"/>
          <w:color w:val="000000"/>
          <w:sz w:val="22"/>
          <w:highlight w:val="cyan"/>
          <w:u w:val="single"/>
        </w:rPr>
        <w:t>,</w:t>
      </w:r>
      <w:r>
        <w:rPr>
          <w:b w:val="0"/>
          <w:i w:val="0"/>
          <w:smallCaps w:val="0"/>
          <w:strike w:val="0"/>
          <w:color w:val="000000"/>
          <w:sz w:val="22"/>
          <w:highlight w:val="cyan"/>
          <w:u w:val="none"/>
        </w:rPr>
        <w:t xml:space="preserve"> </w:t>
      </w:r>
      <w:r>
        <w:rPr>
          <w:b w:val="0"/>
          <w:i w:val="0"/>
          <w:smallCaps w:val="0"/>
          <w:strike w:val="0"/>
          <w:color w:val="000000"/>
          <w:sz w:val="22"/>
          <w:highlight w:val="cyan"/>
          <w:u w:val="single"/>
        </w:rPr>
        <w:t>knowledge sharing</w:t>
      </w:r>
      <w:r>
        <w:rPr>
          <w:b w:val="0"/>
          <w:i w:val="0"/>
          <w:smallCaps w:val="0"/>
          <w:strike w:val="0"/>
          <w:color w:val="000000"/>
          <w:sz w:val="22"/>
          <w:highlight w:val="cyan"/>
          <w:u w:val="single"/>
        </w:rPr>
        <w:t>,</w:t>
      </w:r>
      <w:r>
        <w:rPr>
          <w:b w:val="0"/>
          <w:i w:val="0"/>
          <w:smallCaps w:val="0"/>
          <w:strike w:val="0"/>
          <w:color w:val="000000"/>
          <w:sz w:val="22"/>
          <w:highlight w:val="cyan"/>
          <w:u w:val="none"/>
        </w:rPr>
        <w:t xml:space="preserve"> </w:t>
      </w:r>
      <w:r>
        <w:rPr>
          <w:b w:val="0"/>
          <w:i w:val="0"/>
          <w:smallCaps w:val="0"/>
          <w:strike w:val="0"/>
          <w:color w:val="000000"/>
          <w:sz w:val="22"/>
          <w:highlight w:val="cyan"/>
          <w:u w:val="single"/>
        </w:rPr>
        <w:t>and</w:t>
      </w:r>
      <w:r>
        <w:rPr>
          <w:b w:val="0"/>
          <w:i w:val="0"/>
          <w:smallCaps w:val="0"/>
          <w:strike w:val="0"/>
          <w:color w:val="000000"/>
          <w:sz w:val="22"/>
          <w:u w:val="none"/>
        </w:rPr>
        <w:t xml:space="preserve"> </w:t>
      </w:r>
      <w:r>
        <w:rPr>
          <w:b w:val="0"/>
          <w:i w:val="0"/>
          <w:smallCaps w:val="0"/>
          <w:strike w:val="0"/>
          <w:color w:val="000000"/>
          <w:sz w:val="22"/>
          <w:u w:val="single"/>
        </w:rPr>
        <w:t>economic</w:t>
      </w:r>
      <w:r>
        <w:rPr>
          <w:b w:val="0"/>
          <w:i w:val="0"/>
          <w:smallCaps w:val="0"/>
          <w:strike w:val="0"/>
          <w:color w:val="000000"/>
          <w:sz w:val="22"/>
          <w:u w:val="none"/>
        </w:rPr>
        <w:t xml:space="preserve"> </w:t>
      </w:r>
      <w:r>
        <w:rPr>
          <w:b w:val="0"/>
          <w:i w:val="0"/>
          <w:smallCaps w:val="0"/>
          <w:strike w:val="0"/>
          <w:color w:val="000000"/>
          <w:sz w:val="22"/>
          <w:highlight w:val="cyan"/>
          <w:u w:val="single"/>
        </w:rPr>
        <w:t>growth</w:t>
      </w:r>
      <w:r>
        <w:rPr>
          <w:b w:val="0"/>
          <w:i w:val="0"/>
          <w:smallCaps w:val="0"/>
          <w:strike w:val="0"/>
          <w:color w:val="000000"/>
          <w:sz w:val="22"/>
          <w:u w:val="single"/>
        </w:rPr>
        <w:t>.</w:t>
      </w:r>
    </w:p>
    <w:p>
      <w:pPr>
        <w:pStyle w:val="Caption"/>
      </w:pPr>
      <w:r>
        <w:t>Source: Antitrust CP - Michigan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