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Monopolies are difficult and good – antitrust doesn’t solve anything.</w:t>
      </w:r>
    </w:p>
    <w:p>
      <w:pPr>
        <w:spacing w:after="80"/>
      </w:pPr>
      <w:r>
        <w:rPr>
          <w:b/>
          <w:i w:val="0"/>
          <w:smallCaps w:val="0"/>
          <w:strike w:val="0"/>
          <w:sz w:val="26"/>
          <w:u w:val="none"/>
        </w:rPr>
        <w:t xml:space="preserve">Armentano </w:t>
      </w:r>
      <w:r>
        <w:rPr>
          <w:b/>
          <w:i w:val="0"/>
          <w:smallCaps w:val="0"/>
          <w:strike w:val="0"/>
          <w:sz w:val="26"/>
          <w:u w:val="none"/>
        </w:rPr>
        <w:t>’</w:t>
      </w:r>
      <w:r>
        <w:rPr>
          <w:b/>
          <w:i w:val="0"/>
          <w:smallCaps w:val="0"/>
          <w:strike w:val="0"/>
          <w:sz w:val="26"/>
          <w:u w:val="none"/>
        </w:rPr>
        <w:t>19</w:t>
      </w:r>
      <w:r>
        <w:rPr>
          <w:b/>
          <w:i w:val="0"/>
          <w:smallCaps w:val="0"/>
          <w:strike w:val="0"/>
          <w:sz w:val="26"/>
          <w:u w:val="none"/>
        </w:rPr>
        <w:t xml:space="preserve"> </w:t>
      </w:r>
      <w:r>
        <w:rPr>
          <w:b w:val="0"/>
          <w:i w:val="0"/>
          <w:smallCaps w:val="0"/>
          <w:strike w:val="0"/>
          <w:sz w:val="22"/>
          <w:u w:val="none"/>
        </w:rPr>
        <w:t>[Dominick; February 21;</w:t>
      </w:r>
      <w:r>
        <w:rPr>
          <w:b w:val="0"/>
          <w:i w:val="0"/>
          <w:smallCaps w:val="0"/>
          <w:strike w:val="0"/>
          <w:color w:val="1F2021"/>
          <w:sz w:val="21"/>
          <w:u w:val="none"/>
        </w:rPr>
        <w:t xml:space="preserve"> </w:t>
      </w:r>
      <w:r>
        <w:rPr>
          <w:b w:val="0"/>
          <w:i w:val="0"/>
          <w:smallCaps w:val="0"/>
          <w:strike w:val="0"/>
          <w:sz w:val="22"/>
          <w:u w:val="none"/>
        </w:rPr>
        <w:t>Professor</w:t>
      </w:r>
      <w:r>
        <w:rPr>
          <w:b w:val="0"/>
          <w:i w:val="0"/>
          <w:smallCaps w:val="0"/>
          <w:strike w:val="0"/>
          <w:sz w:val="22"/>
          <w:u w:val="none"/>
        </w:rPr>
        <w:t xml:space="preserve"> emeritus in economics at the University of Hartford in Connecticut and an Associated Scholar of the Mises Institute</w:t>
      </w:r>
      <w:r>
        <w:rPr>
          <w:b w:val="0"/>
          <w:i w:val="0"/>
          <w:smallCaps w:val="0"/>
          <w:strike w:val="0"/>
          <w:sz w:val="22"/>
          <w:u w:val="none"/>
        </w:rPr>
        <w:t>; Mises Institute, “</w:t>
      </w:r>
      <w:r>
        <w:rPr>
          <w:b w:val="0"/>
          <w:i w:val="0"/>
          <w:smallCaps w:val="0"/>
          <w:strike w:val="0"/>
          <w:sz w:val="22"/>
          <w:u w:val="none"/>
        </w:rPr>
        <w:t>Antitrust Policy Is Both Harmful and Useless</w:t>
      </w:r>
      <w:r>
        <w:rPr>
          <w:b w:val="0"/>
          <w:i w:val="0"/>
          <w:smallCaps w:val="0"/>
          <w:strike w:val="0"/>
          <w:sz w:val="22"/>
          <w:u w:val="none"/>
        </w:rPr>
        <w:t xml:space="preserve">,” </w:t>
      </w:r>
      <w:r>
        <w:rPr>
          <w:b w:val="0"/>
          <w:i w:val="0"/>
          <w:smallCaps w:val="0"/>
          <w:strike w:val="0"/>
          <w:sz w:val="22"/>
          <w:u w:val="none"/>
        </w:rPr>
        <w:t>https://mises.org/mises-daily/antitrust-policy-both-harmful-and-useless</w:t>
      </w:r>
      <w:r>
        <w:rPr>
          <w:b w:val="0"/>
          <w:i w:val="0"/>
          <w:smallCaps w:val="0"/>
          <w:strike w:val="0"/>
          <w:sz w:val="22"/>
          <w:u w:val="none"/>
        </w:rPr>
        <w:t>]//av</w:t>
      </w:r>
    </w:p>
    <w:p>
      <w:pPr>
        <w:spacing w:after="60"/>
      </w:pPr>
      <w:r>
        <w:rPr>
          <w:b w:val="0"/>
          <w:i w:val="0"/>
          <w:smallCaps w:val="0"/>
          <w:strike w:val="0"/>
          <w:sz w:val="16"/>
          <w:u w:val="none"/>
        </w:rPr>
        <w:t xml:space="preserve">But are these theories correct? </w:t>
      </w:r>
      <w:r>
        <w:rPr>
          <w:b w:val="0"/>
          <w:i w:val="0"/>
          <w:smallCaps w:val="0"/>
          <w:strike w:val="0"/>
          <w:sz w:val="22"/>
          <w:highlight w:val="cyan"/>
          <w:u w:val="single"/>
        </w:rPr>
        <w:t>Is there</w:t>
      </w:r>
      <w:r>
        <w:rPr>
          <w:b w:val="0"/>
          <w:i w:val="0"/>
          <w:smallCaps w:val="0"/>
          <w:strike w:val="0"/>
          <w:sz w:val="22"/>
          <w:u w:val="single"/>
        </w:rPr>
        <w:t xml:space="preserve"> really </w:t>
      </w:r>
      <w:r>
        <w:rPr>
          <w:b w:val="0"/>
          <w:i w:val="0"/>
          <w:smallCaps w:val="0"/>
          <w:strike w:val="0"/>
          <w:sz w:val="22"/>
          <w:highlight w:val="cyan"/>
          <w:u w:val="single"/>
        </w:rPr>
        <w:t>a</w:t>
      </w:r>
      <w:r>
        <w:rPr>
          <w:b w:val="0"/>
          <w:i w:val="0"/>
          <w:smallCaps w:val="0"/>
          <w:strike w:val="0"/>
          <w:sz w:val="22"/>
          <w:u w:val="single"/>
        </w:rPr>
        <w:t xml:space="preserve"> free-market </w:t>
      </w:r>
      <w:r>
        <w:rPr>
          <w:b w:val="0"/>
          <w:i w:val="0"/>
          <w:smallCaps w:val="0"/>
          <w:strike w:val="0"/>
          <w:sz w:val="22"/>
          <w:highlight w:val="cyan"/>
          <w:u w:val="single"/>
        </w:rPr>
        <w:t>monopoly problem</w:t>
      </w:r>
      <w:r>
        <w:rPr>
          <w:b w:val="0"/>
          <w:i w:val="0"/>
          <w:smallCaps w:val="0"/>
          <w:strike w:val="0"/>
          <w:sz w:val="16"/>
          <w:u w:val="none"/>
        </w:rPr>
        <w:t>? Assuming that we can even define what we mean by a “</w:t>
      </w:r>
      <w:r>
        <w:rPr>
          <w:b w:val="0"/>
          <w:i w:val="0"/>
          <w:smallCaps w:val="0"/>
          <w:strike w:val="0"/>
          <w:sz w:val="22"/>
          <w:u w:val="single"/>
        </w:rPr>
        <w:t xml:space="preserve">free-market </w:t>
      </w:r>
      <w:r>
        <w:rPr>
          <w:b/>
          <w:i w:val="0"/>
          <w:smallCaps w:val="0"/>
          <w:strike w:val="0"/>
          <w:sz w:val="24"/>
          <w:u w:val="single"/>
        </w:rPr>
        <w:t>monopoly</w:t>
      </w:r>
      <w:r>
        <w:rPr>
          <w:b w:val="0"/>
          <w:i w:val="0"/>
          <w:smallCaps w:val="0"/>
          <w:strike w:val="0"/>
          <w:sz w:val="16"/>
          <w:u w:val="none"/>
        </w:rPr>
        <w:t xml:space="preserve">,” </w:t>
      </w:r>
      <w:r>
        <w:rPr>
          <w:b w:val="0"/>
          <w:i w:val="0"/>
          <w:smallCaps w:val="0"/>
          <w:strike w:val="0"/>
          <w:sz w:val="22"/>
          <w:u w:val="single"/>
        </w:rPr>
        <w:t xml:space="preserve">it </w:t>
      </w:r>
      <w:r>
        <w:rPr>
          <w:b/>
          <w:i w:val="0"/>
          <w:smallCaps w:val="0"/>
          <w:strike w:val="0"/>
          <w:sz w:val="24"/>
          <w:u w:val="single"/>
        </w:rPr>
        <w:t>would</w:t>
      </w:r>
      <w:r>
        <w:rPr>
          <w:b w:val="0"/>
          <w:i w:val="0"/>
          <w:smallCaps w:val="0"/>
          <w:strike w:val="0"/>
          <w:sz w:val="16"/>
          <w:u w:val="none"/>
        </w:rPr>
        <w:t xml:space="preserve"> certainly </w:t>
      </w:r>
      <w:r>
        <w:rPr>
          <w:b/>
          <w:i w:val="0"/>
          <w:smallCaps w:val="0"/>
          <w:strike w:val="0"/>
          <w:sz w:val="24"/>
          <w:u w:val="single"/>
        </w:rPr>
        <w:t>follow</w:t>
      </w:r>
      <w:r>
        <w:rPr>
          <w:b w:val="0"/>
          <w:i w:val="0"/>
          <w:smallCaps w:val="0"/>
          <w:strike w:val="0"/>
          <w:sz w:val="22"/>
          <w:u w:val="single"/>
        </w:rPr>
        <w:t xml:space="preserve"> that </w:t>
      </w:r>
      <w:r>
        <w:rPr>
          <w:b/>
          <w:i w:val="0"/>
          <w:smallCaps w:val="0"/>
          <w:strike w:val="0"/>
          <w:sz w:val="24"/>
          <w:u w:val="single"/>
        </w:rPr>
        <w:t>firms</w:t>
      </w:r>
      <w:r>
        <w:rPr>
          <w:b w:val="0"/>
          <w:i w:val="0"/>
          <w:smallCaps w:val="0"/>
          <w:strike w:val="0"/>
          <w:sz w:val="16"/>
          <w:u w:val="none"/>
        </w:rPr>
        <w:t xml:space="preserve"> in a free market would </w:t>
      </w:r>
      <w:r>
        <w:rPr>
          <w:b/>
          <w:i w:val="0"/>
          <w:smallCaps w:val="0"/>
          <w:strike w:val="0"/>
          <w:sz w:val="24"/>
          <w:u w:val="single"/>
        </w:rPr>
        <w:t>have</w:t>
      </w:r>
      <w:r>
        <w:rPr>
          <w:b w:val="0"/>
          <w:i w:val="0"/>
          <w:smallCaps w:val="0"/>
          <w:strike w:val="0"/>
          <w:sz w:val="22"/>
          <w:u w:val="single"/>
        </w:rPr>
        <w:t xml:space="preserve"> the </w:t>
      </w:r>
      <w:r>
        <w:rPr>
          <w:b/>
          <w:i w:val="0"/>
          <w:smallCaps w:val="0"/>
          <w:strike w:val="0"/>
          <w:sz w:val="24"/>
          <w:u w:val="single"/>
        </w:rPr>
        <w:t>freedom to</w:t>
      </w:r>
      <w:r>
        <w:rPr>
          <w:b w:val="0"/>
          <w:i w:val="0"/>
          <w:smallCaps w:val="0"/>
          <w:strike w:val="0"/>
          <w:sz w:val="22"/>
          <w:u w:val="single"/>
        </w:rPr>
        <w:t xml:space="preserve"> attempt to </w:t>
      </w:r>
      <w:r>
        <w:rPr>
          <w:b/>
          <w:i w:val="0"/>
          <w:smallCaps w:val="0"/>
          <w:strike w:val="0"/>
          <w:sz w:val="24"/>
          <w:u w:val="single"/>
        </w:rPr>
        <w:t>monopolize</w:t>
      </w:r>
      <w:r>
        <w:rPr>
          <w:b w:val="0"/>
          <w:i w:val="0"/>
          <w:smallCaps w:val="0"/>
          <w:strike w:val="0"/>
          <w:sz w:val="16"/>
          <w:u w:val="none"/>
        </w:rPr>
        <w:t xml:space="preserve"> (control the entire supply of) some raw material, product or service. But </w:t>
      </w:r>
      <w:r>
        <w:rPr>
          <w:b/>
          <w:i w:val="0"/>
          <w:smallCaps w:val="0"/>
          <w:strike w:val="0"/>
          <w:sz w:val="24"/>
          <w:highlight w:val="cyan"/>
          <w:u w:val="single"/>
        </w:rPr>
        <w:t>whether they would</w:t>
      </w:r>
      <w:r>
        <w:rPr>
          <w:b w:val="0"/>
          <w:i w:val="0"/>
          <w:smallCaps w:val="0"/>
          <w:strike w:val="0"/>
          <w:sz w:val="22"/>
          <w:u w:val="single"/>
        </w:rPr>
        <w:t xml:space="preserve"> be able to </w:t>
      </w:r>
      <w:r>
        <w:rPr>
          <w:b w:val="0"/>
          <w:i w:val="0"/>
          <w:smallCaps w:val="0"/>
          <w:strike w:val="0"/>
          <w:sz w:val="22"/>
          <w:highlight w:val="cyan"/>
          <w:u w:val="single"/>
        </w:rPr>
        <w:t>restrict</w:t>
      </w:r>
      <w:r>
        <w:rPr>
          <w:b w:val="0"/>
          <w:i w:val="0"/>
          <w:smallCaps w:val="0"/>
          <w:strike w:val="0"/>
          <w:sz w:val="22"/>
          <w:u w:val="single"/>
        </w:rPr>
        <w:t xml:space="preserve"> market </w:t>
      </w:r>
      <w:r>
        <w:rPr>
          <w:b w:val="0"/>
          <w:i w:val="0"/>
          <w:smallCaps w:val="0"/>
          <w:strike w:val="0"/>
          <w:sz w:val="22"/>
          <w:highlight w:val="cyan"/>
          <w:u w:val="single"/>
        </w:rPr>
        <w:t>output</w:t>
      </w:r>
      <w:r>
        <w:rPr>
          <w:b w:val="0"/>
          <w:i w:val="0"/>
          <w:smallCaps w:val="0"/>
          <w:strike w:val="0"/>
          <w:sz w:val="22"/>
          <w:u w:val="single"/>
        </w:rPr>
        <w:t xml:space="preserve"> </w:t>
      </w:r>
      <w:r>
        <w:rPr>
          <w:b w:val="0"/>
          <w:i w:val="0"/>
          <w:smallCaps w:val="0"/>
          <w:strike w:val="0"/>
          <w:sz w:val="16"/>
          <w:u w:val="none"/>
        </w:rPr>
        <w:t xml:space="preserve">for any reasonable period of time </w:t>
      </w:r>
      <w:r>
        <w:rPr>
          <w:b/>
          <w:i w:val="0"/>
          <w:smallCaps w:val="0"/>
          <w:strike w:val="0"/>
          <w:sz w:val="24"/>
          <w:highlight w:val="cyan"/>
          <w:u w:val="single"/>
        </w:rPr>
        <w:t>is debatable</w:t>
      </w:r>
      <w:r>
        <w:rPr>
          <w:b w:val="0"/>
          <w:i w:val="0"/>
          <w:smallCaps w:val="0"/>
          <w:strike w:val="0"/>
          <w:sz w:val="16"/>
          <w:u w:val="none"/>
        </w:rPr>
        <w:t>.</w:t>
      </w:r>
    </w:p>
    <w:p>
      <w:pPr>
        <w:spacing w:after="60"/>
      </w:pPr>
      <w:r>
        <w:rPr>
          <w:b w:val="0"/>
          <w:i w:val="0"/>
          <w:smallCaps w:val="0"/>
          <w:strike w:val="0"/>
          <w:sz w:val="22"/>
          <w:u w:val="single"/>
        </w:rPr>
        <w:t xml:space="preserve">First, such </w:t>
      </w:r>
      <w:r>
        <w:rPr>
          <w:b/>
          <w:i w:val="0"/>
          <w:smallCaps w:val="0"/>
          <w:strike w:val="0"/>
          <w:sz w:val="24"/>
          <w:highlight w:val="cyan"/>
          <w:u w:val="single"/>
        </w:rPr>
        <w:t>attempts</w:t>
      </w:r>
      <w:r>
        <w:rPr>
          <w:b w:val="0"/>
          <w:i w:val="0"/>
          <w:smallCaps w:val="0"/>
          <w:strike w:val="0"/>
          <w:sz w:val="16"/>
          <w:u w:val="none"/>
        </w:rPr>
        <w:t xml:space="preserve"> (mergers, buying up available supplies of raw materials) </w:t>
      </w:r>
      <w:r>
        <w:rPr>
          <w:b/>
          <w:i w:val="0"/>
          <w:smallCaps w:val="0"/>
          <w:strike w:val="0"/>
          <w:sz w:val="24"/>
          <w:highlight w:val="cyan"/>
          <w:u w:val="single"/>
        </w:rPr>
        <w:t>can be</w:t>
      </w:r>
      <w:r>
        <w:rPr>
          <w:b w:val="0"/>
          <w:i w:val="0"/>
          <w:smallCaps w:val="0"/>
          <w:strike w:val="0"/>
          <w:sz w:val="22"/>
          <w:u w:val="single"/>
        </w:rPr>
        <w:t xml:space="preserve"> prohibitively </w:t>
      </w:r>
      <w:r>
        <w:rPr>
          <w:b w:val="0"/>
          <w:i w:val="0"/>
          <w:smallCaps w:val="0"/>
          <w:strike w:val="0"/>
          <w:sz w:val="22"/>
          <w:highlight w:val="cyan"/>
          <w:u w:val="single"/>
        </w:rPr>
        <w:t xml:space="preserve">expensive, even </w:t>
      </w:r>
      <w:r>
        <w:rPr>
          <w:b/>
          <w:i w:val="0"/>
          <w:smallCaps w:val="0"/>
          <w:strike w:val="0"/>
          <w:sz w:val="24"/>
          <w:highlight w:val="cyan"/>
          <w:u w:val="single"/>
        </w:rPr>
        <w:t>unprofitable</w:t>
      </w:r>
      <w:r>
        <w:rPr>
          <w:b w:val="0"/>
          <w:i w:val="0"/>
          <w:smallCaps w:val="0"/>
          <w:strike w:val="0"/>
          <w:sz w:val="16"/>
          <w:u w:val="none"/>
        </w:rPr>
        <w:t>, and therefore unlikely.</w:t>
      </w:r>
    </w:p>
    <w:p>
      <w:pPr>
        <w:spacing w:after="60"/>
      </w:pPr>
      <w:r>
        <w:rPr>
          <w:b w:val="0"/>
          <w:i w:val="0"/>
          <w:smallCaps w:val="0"/>
          <w:strike w:val="0"/>
          <w:sz w:val="22"/>
          <w:u w:val="single"/>
        </w:rPr>
        <w:t xml:space="preserve">Second, any </w:t>
      </w:r>
      <w:r>
        <w:rPr>
          <w:b/>
          <w:i w:val="0"/>
          <w:smallCaps w:val="0"/>
          <w:strike w:val="0"/>
          <w:sz w:val="24"/>
          <w:highlight w:val="cyan"/>
          <w:u w:val="single"/>
        </w:rPr>
        <w:t>other</w:t>
      </w:r>
      <w:r>
        <w:rPr>
          <w:b w:val="0"/>
          <w:i w:val="0"/>
          <w:smallCaps w:val="0"/>
          <w:strike w:val="0"/>
          <w:sz w:val="22"/>
          <w:u w:val="single"/>
        </w:rPr>
        <w:t xml:space="preserve"> existing </w:t>
      </w:r>
      <w:r>
        <w:rPr>
          <w:b/>
          <w:i w:val="0"/>
          <w:smallCaps w:val="0"/>
          <w:strike w:val="0"/>
          <w:sz w:val="24"/>
          <w:highlight w:val="cyan"/>
          <w:u w:val="single"/>
        </w:rPr>
        <w:t>firm</w:t>
      </w:r>
      <w:r>
        <w:rPr>
          <w:b w:val="0"/>
          <w:i w:val="0"/>
          <w:smallCaps w:val="0"/>
          <w:strike w:val="0"/>
          <w:sz w:val="16"/>
          <w:u w:val="none"/>
        </w:rPr>
        <w:t xml:space="preserve"> in the economy (or any new firm with access to capital) </w:t>
      </w:r>
      <w:r>
        <w:rPr>
          <w:b/>
          <w:i w:val="0"/>
          <w:smallCaps w:val="0"/>
          <w:strike w:val="0"/>
          <w:sz w:val="24"/>
          <w:highlight w:val="cyan"/>
          <w:u w:val="single"/>
        </w:rPr>
        <w:t>would be</w:t>
      </w:r>
      <w:r>
        <w:rPr>
          <w:b w:val="0"/>
          <w:i w:val="0"/>
          <w:smallCaps w:val="0"/>
          <w:strike w:val="0"/>
          <w:sz w:val="22"/>
          <w:u w:val="single"/>
        </w:rPr>
        <w:t xml:space="preserve"> perfectly </w:t>
      </w:r>
      <w:r>
        <w:rPr>
          <w:b/>
          <w:i w:val="0"/>
          <w:smallCaps w:val="0"/>
          <w:strike w:val="0"/>
          <w:sz w:val="24"/>
          <w:highlight w:val="cyan"/>
          <w:u w:val="single"/>
        </w:rPr>
        <w:t>free to compete</w:t>
      </w:r>
      <w:r>
        <w:rPr>
          <w:b w:val="0"/>
          <w:i w:val="0"/>
          <w:smallCaps w:val="0"/>
          <w:strike w:val="0"/>
          <w:sz w:val="22"/>
          <w:highlight w:val="cyan"/>
          <w:u w:val="single"/>
        </w:rPr>
        <w:t xml:space="preserve"> with</w:t>
      </w:r>
      <w:r>
        <w:rPr>
          <w:b w:val="0"/>
          <w:i w:val="0"/>
          <w:smallCaps w:val="0"/>
          <w:strike w:val="0"/>
          <w:sz w:val="22"/>
          <w:u w:val="single"/>
        </w:rPr>
        <w:t xml:space="preserve"> any would-be </w:t>
      </w:r>
      <w:r>
        <w:rPr>
          <w:b w:val="0"/>
          <w:i w:val="0"/>
          <w:smallCaps w:val="0"/>
          <w:strike w:val="0"/>
          <w:sz w:val="22"/>
          <w:highlight w:val="cyan"/>
          <w:u w:val="single"/>
        </w:rPr>
        <w:t>monopolist</w:t>
      </w:r>
      <w:r>
        <w:rPr>
          <w:b w:val="0"/>
          <w:i w:val="0"/>
          <w:smallCaps w:val="0"/>
          <w:strike w:val="0"/>
          <w:sz w:val="16"/>
          <w:u w:val="none"/>
        </w:rPr>
        <w:t xml:space="preserve">, free to innovate, free to improve product, free to increase its own output, </w:t>
      </w:r>
      <w:r>
        <w:rPr>
          <w:b w:val="0"/>
          <w:i w:val="0"/>
          <w:smallCaps w:val="0"/>
          <w:strike w:val="0"/>
          <w:sz w:val="22"/>
          <w:u w:val="single"/>
        </w:rPr>
        <w:t>and consumers would be free to take advantage of that competition</w:t>
      </w:r>
      <w:r>
        <w:rPr>
          <w:b w:val="0"/>
          <w:i w:val="0"/>
          <w:smallCaps w:val="0"/>
          <w:strike w:val="0"/>
          <w:sz w:val="16"/>
          <w:u w:val="none"/>
        </w:rPr>
        <w:t>.</w:t>
      </w:r>
    </w:p>
    <w:p>
      <w:pPr>
        <w:spacing w:after="60"/>
      </w:pPr>
      <w:r>
        <w:rPr>
          <w:b w:val="0"/>
          <w:i w:val="0"/>
          <w:smallCaps w:val="0"/>
          <w:strike w:val="0"/>
          <w:sz w:val="16"/>
          <w:u w:val="none"/>
        </w:rPr>
        <w:t xml:space="preserve">Thus, </w:t>
      </w:r>
      <w:r>
        <w:rPr>
          <w:b w:val="0"/>
          <w:i w:val="0"/>
          <w:smallCaps w:val="0"/>
          <w:strike w:val="0"/>
          <w:sz w:val="22"/>
          <w:u w:val="single"/>
        </w:rPr>
        <w:t xml:space="preserve">any firm that attempted to </w:t>
      </w:r>
      <w:r>
        <w:rPr>
          <w:b w:val="0"/>
          <w:i w:val="0"/>
          <w:smallCaps w:val="0"/>
          <w:strike w:val="0"/>
          <w:sz w:val="22"/>
          <w:highlight w:val="cyan"/>
          <w:u w:val="single"/>
        </w:rPr>
        <w:t>monopolize</w:t>
      </w:r>
      <w:r>
        <w:rPr>
          <w:b w:val="0"/>
          <w:i w:val="0"/>
          <w:smallCaps w:val="0"/>
          <w:strike w:val="0"/>
          <w:sz w:val="16"/>
          <w:u w:val="none"/>
        </w:rPr>
        <w:t xml:space="preserve"> and restrict market output </w:t>
      </w:r>
      <w:r>
        <w:rPr>
          <w:b w:val="0"/>
          <w:i w:val="0"/>
          <w:smallCaps w:val="0"/>
          <w:strike w:val="0"/>
          <w:sz w:val="22"/>
          <w:highlight w:val="cyan"/>
          <w:u w:val="single"/>
        </w:rPr>
        <w:t xml:space="preserve">could </w:t>
      </w:r>
      <w:r>
        <w:rPr>
          <w:b/>
          <w:i w:val="0"/>
          <w:smallCaps w:val="0"/>
          <w:strike w:val="0"/>
          <w:sz w:val="24"/>
          <w:highlight w:val="cyan"/>
          <w:u w:val="single"/>
        </w:rPr>
        <w:t>lose sales</w:t>
      </w:r>
      <w:r>
        <w:rPr>
          <w:b w:val="0"/>
          <w:i w:val="0"/>
          <w:smallCaps w:val="0"/>
          <w:strike w:val="0"/>
          <w:sz w:val="16"/>
          <w:u w:val="none"/>
        </w:rPr>
        <w:t xml:space="preserve"> and profits to any other business organization that found it profitable to cater to consumers and compete. Any alleged </w:t>
      </w:r>
      <w:r>
        <w:rPr>
          <w:b w:val="0"/>
          <w:i w:val="0"/>
          <w:smallCaps w:val="0"/>
          <w:strike w:val="0"/>
          <w:sz w:val="22"/>
          <w:u w:val="single"/>
        </w:rPr>
        <w:t>free-market monopoly supplier</w:t>
      </w:r>
      <w:r>
        <w:rPr>
          <w:b w:val="0"/>
          <w:i w:val="0"/>
          <w:smallCaps w:val="0"/>
          <w:strike w:val="0"/>
          <w:sz w:val="16"/>
          <w:u w:val="none"/>
        </w:rPr>
        <w:t xml:space="preserve"> that attempted to “restrain trade” </w:t>
      </w:r>
      <w:r>
        <w:rPr>
          <w:b w:val="0"/>
          <w:i w:val="0"/>
          <w:smallCaps w:val="0"/>
          <w:strike w:val="0"/>
          <w:sz w:val="22"/>
          <w:highlight w:val="cyan"/>
          <w:u w:val="single"/>
        </w:rPr>
        <w:t xml:space="preserve">would </w:t>
      </w:r>
      <w:r>
        <w:rPr>
          <w:b/>
          <w:i w:val="0"/>
          <w:smallCaps w:val="0"/>
          <w:strike w:val="0"/>
          <w:sz w:val="24"/>
          <w:highlight w:val="cyan"/>
          <w:u w:val="single"/>
        </w:rPr>
        <w:t>create</w:t>
      </w:r>
      <w:r>
        <w:rPr>
          <w:b/>
          <w:i w:val="0"/>
          <w:smallCaps w:val="0"/>
          <w:strike w:val="0"/>
          <w:sz w:val="24"/>
          <w:u w:val="single"/>
        </w:rPr>
        <w:t xml:space="preserve"> </w:t>
      </w:r>
      <w:r>
        <w:rPr>
          <w:b w:val="0"/>
          <w:i w:val="0"/>
          <w:smallCaps w:val="0"/>
          <w:strike w:val="0"/>
          <w:sz w:val="22"/>
          <w:u w:val="single"/>
        </w:rPr>
        <w:t>profitable</w:t>
      </w:r>
      <w:r>
        <w:rPr>
          <w:b/>
          <w:i w:val="0"/>
          <w:smallCaps w:val="0"/>
          <w:strike w:val="0"/>
          <w:sz w:val="24"/>
          <w:u w:val="single"/>
        </w:rPr>
        <w:t xml:space="preserve"> </w:t>
      </w:r>
      <w:r>
        <w:rPr>
          <w:b/>
          <w:i w:val="0"/>
          <w:smallCaps w:val="0"/>
          <w:strike w:val="0"/>
          <w:sz w:val="24"/>
          <w:highlight w:val="cyan"/>
          <w:u w:val="single"/>
        </w:rPr>
        <w:t>opportunities for competitors</w:t>
      </w:r>
      <w:r>
        <w:rPr>
          <w:b w:val="0"/>
          <w:i w:val="0"/>
          <w:smallCaps w:val="0"/>
          <w:strike w:val="0"/>
          <w:sz w:val="16"/>
          <w:u w:val="none"/>
        </w:rPr>
        <w:t xml:space="preserve"> and potential competitors, and </w:t>
      </w:r>
      <w:r>
        <w:rPr>
          <w:b w:val="0"/>
          <w:i w:val="0"/>
          <w:smallCaps w:val="0"/>
          <w:strike w:val="0"/>
          <w:sz w:val="22"/>
          <w:u w:val="single"/>
        </w:rPr>
        <w:t>these profitable opportunities would exist as long as markets are legally open</w:t>
      </w:r>
      <w:r>
        <w:rPr>
          <w:b w:val="0"/>
          <w:i w:val="0"/>
          <w:smallCaps w:val="0"/>
          <w:strike w:val="0"/>
          <w:sz w:val="16"/>
          <w:u w:val="none"/>
        </w:rPr>
        <w:t xml:space="preserve"> to new suppliers and consumers are legally free to support alternative suppliers. </w:t>
      </w:r>
      <w:r>
        <w:rPr>
          <w:b w:val="0"/>
          <w:i w:val="0"/>
          <w:smallCaps w:val="0"/>
          <w:strike w:val="0"/>
          <w:sz w:val="22"/>
          <w:u w:val="single"/>
        </w:rPr>
        <w:t xml:space="preserve">It is </w:t>
      </w:r>
      <w:r>
        <w:rPr>
          <w:b/>
          <w:i w:val="0"/>
          <w:smallCaps w:val="0"/>
          <w:strike w:val="0"/>
          <w:sz w:val="24"/>
          <w:highlight w:val="cyan"/>
          <w:u w:val="single"/>
        </w:rPr>
        <w:t>no</w:t>
      </w:r>
      <w:r>
        <w:rPr>
          <w:b/>
          <w:i w:val="0"/>
          <w:smallCaps w:val="0"/>
          <w:strike w:val="0"/>
          <w:sz w:val="24"/>
          <w:u w:val="single"/>
        </w:rPr>
        <w:t>t obvious</w:t>
      </w:r>
      <w:r>
        <w:rPr>
          <w:b w:val="0"/>
          <w:i w:val="0"/>
          <w:smallCaps w:val="0"/>
          <w:strike w:val="0"/>
          <w:sz w:val="16"/>
          <w:u w:val="none"/>
        </w:rPr>
        <w:t xml:space="preserve">, therefore, that </w:t>
      </w:r>
      <w:r>
        <w:rPr>
          <w:b w:val="0"/>
          <w:i w:val="0"/>
          <w:smallCaps w:val="0"/>
          <w:strike w:val="0"/>
          <w:sz w:val="22"/>
          <w:highlight w:val="cyan"/>
          <w:u w:val="single"/>
        </w:rPr>
        <w:t>attempt</w:t>
      </w:r>
      <w:r>
        <w:rPr>
          <w:b w:val="0"/>
          <w:i w:val="0"/>
          <w:smallCaps w:val="0"/>
          <w:strike w:val="0"/>
          <w:sz w:val="22"/>
          <w:u w:val="single"/>
        </w:rPr>
        <w:t xml:space="preserve">ing </w:t>
      </w:r>
      <w:r>
        <w:rPr>
          <w:b w:val="0"/>
          <w:i w:val="0"/>
          <w:smallCaps w:val="0"/>
          <w:strike w:val="0"/>
          <w:sz w:val="22"/>
          <w:highlight w:val="cyan"/>
          <w:u w:val="single"/>
        </w:rPr>
        <w:t xml:space="preserve">to </w:t>
      </w:r>
      <w:r>
        <w:rPr>
          <w:b/>
          <w:i w:val="0"/>
          <w:smallCaps w:val="0"/>
          <w:strike w:val="0"/>
          <w:sz w:val="24"/>
          <w:highlight w:val="cyan"/>
          <w:u w:val="single"/>
        </w:rPr>
        <w:t>monopolize</w:t>
      </w:r>
      <w:r>
        <w:rPr>
          <w:b w:val="0"/>
          <w:i w:val="0"/>
          <w:smallCaps w:val="0"/>
          <w:strike w:val="0"/>
          <w:sz w:val="22"/>
          <w:u w:val="single"/>
        </w:rPr>
        <w:t xml:space="preserve"> actually </w:t>
      </w:r>
      <w:r>
        <w:rPr>
          <w:b w:val="0"/>
          <w:i w:val="0"/>
          <w:smallCaps w:val="0"/>
          <w:strike w:val="0"/>
          <w:sz w:val="22"/>
          <w:highlight w:val="cyan"/>
          <w:u w:val="single"/>
        </w:rPr>
        <w:t xml:space="preserve">can </w:t>
      </w:r>
      <w:r>
        <w:rPr>
          <w:b/>
          <w:i w:val="0"/>
          <w:smallCaps w:val="0"/>
          <w:strike w:val="0"/>
          <w:sz w:val="24"/>
          <w:highlight w:val="cyan"/>
          <w:u w:val="single"/>
        </w:rPr>
        <w:t>restrain trade</w:t>
      </w:r>
      <w:r>
        <w:rPr>
          <w:b w:val="0"/>
          <w:i w:val="0"/>
          <w:smallCaps w:val="0"/>
          <w:strike w:val="0"/>
          <w:sz w:val="16"/>
          <w:u w:val="none"/>
        </w:rPr>
        <w:t xml:space="preserve"> or misallocate economic resources.</w:t>
      </w:r>
    </w:p>
    <w:p>
      <w:pPr>
        <w:spacing w:after="60"/>
      </w:pPr>
      <w:r>
        <w:rPr>
          <w:b w:val="0"/>
          <w:i w:val="0"/>
          <w:smallCaps w:val="0"/>
          <w:strike w:val="0"/>
          <w:sz w:val="16"/>
          <w:u w:val="none"/>
        </w:rPr>
        <w:t>Following the approach above, a free-market monopoly supplier is not theoretically impossible. For example, if a firm were substantially more efficient than all of its competitors and potential competitors, that is, if it were able to produce some product or service at the lowest cost and charge the lowest price to consumers, it could become (temporarily, perhaps) the only supplier in some well-defined market. The firm’s “efficiency” would create a “barrier of entry” of sorts, totally benign of course, since the only competitors “excluded” would be relatively inefficient suppliers. Alternatively, consumers could always “monopolize” all of their choices for a specific product or service on only one company, making that company a momentary monopoly supplier.</w:t>
      </w:r>
    </w:p>
    <w:p>
      <w:pPr>
        <w:spacing w:after="60"/>
      </w:pPr>
      <w:r>
        <w:rPr>
          <w:b w:val="0"/>
          <w:i w:val="0"/>
          <w:smallCaps w:val="0"/>
          <w:strike w:val="0"/>
          <w:sz w:val="16"/>
          <w:u w:val="none"/>
        </w:rPr>
        <w:t xml:space="preserve">But </w:t>
      </w:r>
      <w:r>
        <w:rPr>
          <w:b w:val="0"/>
          <w:i w:val="0"/>
          <w:smallCaps w:val="0"/>
          <w:strike w:val="0"/>
          <w:sz w:val="22"/>
          <w:u w:val="single"/>
        </w:rPr>
        <w:t xml:space="preserve">it is </w:t>
      </w:r>
      <w:r>
        <w:rPr>
          <w:b w:val="0"/>
          <w:i w:val="0"/>
          <w:smallCaps w:val="0"/>
          <w:strike w:val="0"/>
          <w:sz w:val="22"/>
          <w:highlight w:val="cyan"/>
          <w:u w:val="single"/>
        </w:rPr>
        <w:t>difficult to understand what is economically problematic</w:t>
      </w:r>
      <w:r>
        <w:rPr>
          <w:b w:val="0"/>
          <w:i w:val="0"/>
          <w:smallCaps w:val="0"/>
          <w:strike w:val="0"/>
          <w:sz w:val="22"/>
          <w:u w:val="single"/>
        </w:rPr>
        <w:t xml:space="preserve"> with any of this</w:t>
      </w:r>
      <w:r>
        <w:rPr>
          <w:b w:val="0"/>
          <w:i w:val="0"/>
          <w:smallCaps w:val="0"/>
          <w:strike w:val="0"/>
          <w:sz w:val="16"/>
          <w:u w:val="none"/>
        </w:rPr>
        <w:t xml:space="preserve">. Clearly </w:t>
      </w:r>
      <w:r>
        <w:rPr>
          <w:b w:val="0"/>
          <w:i w:val="0"/>
          <w:smallCaps w:val="0"/>
          <w:strike w:val="0"/>
          <w:sz w:val="22"/>
          <w:u w:val="single"/>
        </w:rPr>
        <w:t>this circumstance is not the devilish monopoly problem</w:t>
      </w:r>
      <w:r>
        <w:rPr>
          <w:b w:val="0"/>
          <w:i w:val="0"/>
          <w:smallCaps w:val="0"/>
          <w:strike w:val="0"/>
          <w:sz w:val="16"/>
          <w:u w:val="none"/>
        </w:rPr>
        <w:t xml:space="preserve"> envisioned by critics of the free market since </w:t>
      </w:r>
      <w:r>
        <w:rPr>
          <w:b w:val="0"/>
          <w:i w:val="0"/>
          <w:smallCaps w:val="0"/>
          <w:strike w:val="0"/>
          <w:sz w:val="22"/>
          <w:u w:val="single"/>
        </w:rPr>
        <w:t>low costs, expanded outputs, lower prices, and free consumer choice are the beneficial attributes of an open market process</w:t>
      </w:r>
      <w:r>
        <w:rPr>
          <w:b w:val="0"/>
          <w:i w:val="0"/>
          <w:smallCaps w:val="0"/>
          <w:strike w:val="0"/>
          <w:sz w:val="16"/>
          <w:u w:val="none"/>
        </w:rPr>
        <w:t xml:space="preserve">; they clearly enhance, not harm, any reasonable definition of consumer welfare. So </w:t>
      </w:r>
      <w:r>
        <w:rPr>
          <w:b w:val="0"/>
          <w:i w:val="0"/>
          <w:smallCaps w:val="0"/>
          <w:strike w:val="0"/>
          <w:sz w:val="22"/>
          <w:u w:val="single"/>
        </w:rPr>
        <w:t>a free-market “</w:t>
      </w:r>
      <w:r>
        <w:rPr>
          <w:b/>
          <w:i w:val="0"/>
          <w:smallCaps w:val="0"/>
          <w:strike w:val="0"/>
          <w:sz w:val="24"/>
          <w:highlight w:val="cyan"/>
          <w:u w:val="single"/>
        </w:rPr>
        <w:t>monopoly</w:t>
      </w:r>
      <w:r>
        <w:rPr>
          <w:b w:val="0"/>
          <w:i w:val="0"/>
          <w:smallCaps w:val="0"/>
          <w:strike w:val="0"/>
          <w:sz w:val="22"/>
          <w:u w:val="single"/>
        </w:rPr>
        <w:t xml:space="preserve">” supplier </w:t>
      </w:r>
      <w:r>
        <w:rPr>
          <w:b/>
          <w:i w:val="0"/>
          <w:smallCaps w:val="0"/>
          <w:strike w:val="0"/>
          <w:sz w:val="24"/>
          <w:highlight w:val="cyan"/>
          <w:u w:val="single"/>
        </w:rPr>
        <w:t>is</w:t>
      </w:r>
      <w:r>
        <w:rPr>
          <w:b w:val="0"/>
          <w:i w:val="0"/>
          <w:smallCaps w:val="0"/>
          <w:strike w:val="0"/>
          <w:sz w:val="22"/>
          <w:highlight w:val="cyan"/>
          <w:u w:val="single"/>
        </w:rPr>
        <w:t xml:space="preserve"> theoretically </w:t>
      </w:r>
      <w:r>
        <w:rPr>
          <w:b/>
          <w:i w:val="0"/>
          <w:smallCaps w:val="0"/>
          <w:strike w:val="0"/>
          <w:sz w:val="24"/>
          <w:highlight w:val="cyan"/>
          <w:u w:val="single"/>
        </w:rPr>
        <w:t>possible but not</w:t>
      </w:r>
      <w:r>
        <w:rPr>
          <w:b/>
          <w:i w:val="0"/>
          <w:smallCaps w:val="0"/>
          <w:strike w:val="0"/>
          <w:sz w:val="24"/>
          <w:u w:val="single"/>
        </w:rPr>
        <w:t xml:space="preserve"> </w:t>
      </w:r>
      <w:r>
        <w:rPr>
          <w:b w:val="0"/>
          <w:i w:val="0"/>
          <w:smallCaps w:val="0"/>
          <w:strike w:val="0"/>
          <w:sz w:val="22"/>
          <w:u w:val="single"/>
        </w:rPr>
        <w:t xml:space="preserve">necessarily </w:t>
      </w:r>
      <w:r>
        <w:rPr>
          <w:b/>
          <w:i w:val="0"/>
          <w:smallCaps w:val="0"/>
          <w:strike w:val="0"/>
          <w:sz w:val="24"/>
          <w:highlight w:val="cyan"/>
          <w:u w:val="single"/>
        </w:rPr>
        <w:t>harmful</w:t>
      </w:r>
      <w:r>
        <w:rPr>
          <w:b w:val="0"/>
          <w:i w:val="0"/>
          <w:smallCaps w:val="0"/>
          <w:strike w:val="0"/>
          <w:sz w:val="16"/>
          <w:u w:val="none"/>
        </w:rPr>
        <w:t xml:space="preserve"> and </w:t>
      </w:r>
      <w:r>
        <w:rPr>
          <w:b w:val="0"/>
          <w:i w:val="0"/>
          <w:smallCaps w:val="0"/>
          <w:strike w:val="0"/>
          <w:sz w:val="22"/>
          <w:u w:val="single"/>
        </w:rPr>
        <w:t xml:space="preserve">would </w:t>
      </w:r>
      <w:r>
        <w:rPr>
          <w:b/>
          <w:i w:val="0"/>
          <w:smallCaps w:val="0"/>
          <w:strike w:val="0"/>
          <w:sz w:val="24"/>
          <w:highlight w:val="cyan"/>
          <w:u w:val="single"/>
        </w:rPr>
        <w:t>not rationalize</w:t>
      </w:r>
      <w:r>
        <w:rPr>
          <w:b w:val="0"/>
          <w:i w:val="0"/>
          <w:smallCaps w:val="0"/>
          <w:strike w:val="0"/>
          <w:sz w:val="22"/>
          <w:u w:val="single"/>
        </w:rPr>
        <w:t xml:space="preserve"> any </w:t>
      </w:r>
      <w:r>
        <w:rPr>
          <w:b/>
          <w:i w:val="0"/>
          <w:smallCaps w:val="0"/>
          <w:strike w:val="0"/>
          <w:sz w:val="24"/>
          <w:highlight w:val="cyan"/>
          <w:u w:val="single"/>
        </w:rPr>
        <w:t>antitrust regulation</w:t>
      </w:r>
      <w:r>
        <w:rPr>
          <w:b w:val="0"/>
          <w:i w:val="0"/>
          <w:smallCaps w:val="0"/>
          <w:strike w:val="0"/>
          <w:sz w:val="22"/>
          <w:u w:val="single"/>
        </w:rPr>
        <w:t>.</w:t>
      </w:r>
    </w:p>
    <w:p>
      <w:pPr>
        <w:pStyle w:val="Caption"/>
      </w:pPr>
      <w:r>
        <w:t>Source: Antitrust CP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