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Successful</w:t>
      </w:r>
      <w:r>
        <w:rPr>
          <w:b/>
          <w:i w:val="0"/>
          <w:smallCaps w:val="0"/>
          <w:strike w:val="0"/>
          <w:sz w:val="24"/>
          <w:u w:val="none"/>
        </w:rPr>
        <w:t xml:space="preserve"> military A.I. causes </w:t>
      </w:r>
      <w:r>
        <w:rPr>
          <w:b/>
          <w:i w:val="0"/>
          <w:smallCaps w:val="0"/>
          <w:strike w:val="0"/>
          <w:sz w:val="24"/>
          <w:u w:val="single"/>
        </w:rPr>
        <w:t>North Korean war</w:t>
      </w:r>
      <w:r>
        <w:rPr>
          <w:b/>
          <w:i w:val="0"/>
          <w:smallCaps w:val="0"/>
          <w:strike w:val="0"/>
          <w:sz w:val="24"/>
          <w:u w:val="none"/>
        </w:rPr>
        <w:t xml:space="preserve"> in </w:t>
      </w:r>
      <w:r>
        <w:rPr>
          <w:b/>
          <w:i w:val="0"/>
          <w:smallCaps w:val="0"/>
          <w:strike w:val="0"/>
          <w:sz w:val="24"/>
          <w:u w:val="single"/>
        </w:rPr>
        <w:t>15 minutes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Tucker 18</w:t>
      </w:r>
      <w:r>
        <w:rPr>
          <w:b w:val="0"/>
          <w:i w:val="0"/>
          <w:smallCaps w:val="0"/>
          <w:strike w:val="0"/>
          <w:sz w:val="16"/>
          <w:u w:val="none"/>
        </w:rPr>
        <w:t>, Technology Editor, Defense One (Patrick, April 24</w:t>
      </w:r>
      <w:r>
        <w:rPr>
          <w:b w:val="0"/>
          <w:i w:val="0"/>
          <w:smallCaps w:val="0"/>
          <w:strike w:val="0"/>
          <w:sz w:val="16"/>
          <w:u w:val="none"/>
        </w:rPr>
        <w:t>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“Experts Say AI Could Raise the Risks of Nuclear War,” </w:t>
      </w:r>
      <w:r>
        <w:rPr>
          <w:b w:val="0"/>
          <w:i/>
          <w:smallCaps w:val="0"/>
          <w:strike w:val="0"/>
          <w:sz w:val="16"/>
          <w:u w:val="none"/>
        </w:rPr>
        <w:t>Defense 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, Accessed 12-07-2022)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rtificial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ntelligence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could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destabilize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delicate balance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nuclear deterrence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inching the world closer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catastrophe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a working group of experts convened by RAND.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New smarter, faster intelligence analysis from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agents,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combined with more sensor and open-source data,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could convince countries that their nuclear capability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increasingly vulnerable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may cause them to take more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drastic steps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keep up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the U.S.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Another worrying scenario: commanders could make decisions to launch strikes based on advice from AI assistants that have been fed wrong information.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Last May and June, RAND convened a series of workshops, bringing together experts from nuclear security, artificial intelligence, government, and industry. The workshops produced a report, released on Tuesday, that underlines how AI promises to rapidly improve Country A’s ability to target Country B’s nuclear weapons. And that may lead Country B to radically rethink the risks and rewards of acquiring more nuclear weapons or even launching a first </w:t>
      </w:r>
      <w:r>
        <w:rPr>
          <w:b w:val="0"/>
          <w:i w:val="0"/>
          <w:smallCaps w:val="0"/>
          <w:strike w:val="0"/>
          <w:sz w:val="16"/>
          <w:u w:val="none"/>
        </w:rPr>
        <w:t>strike.“</w:t>
      </w:r>
      <w:r>
        <w:rPr>
          <w:b w:val="0"/>
          <w:i w:val="0"/>
          <w:smallCaps w:val="0"/>
          <w:strike w:val="0"/>
          <w:sz w:val="20"/>
          <w:u w:val="single"/>
        </w:rPr>
        <w:t>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if AI only modestly improves the ability to integrate data about the disposition of enemy missiles,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might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substantially undermine a state’s sense of security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undermine crisis stability</w:t>
      </w:r>
      <w:r>
        <w:rPr>
          <w:b w:val="0"/>
          <w:i w:val="0"/>
          <w:smallCaps w:val="0"/>
          <w:strike w:val="0"/>
          <w:sz w:val="16"/>
          <w:u w:val="none"/>
        </w:rPr>
        <w:t>,” the report said.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North Korea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use mobile launchers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(even elaborate tunnel networks)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position ICBMs rapidly for strike.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U.S. would have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less than 15 minutes of warning before a North Korean launch</w:t>
      </w:r>
      <w:r>
        <w:rPr>
          <w:b w:val="0"/>
          <w:i w:val="0"/>
          <w:smallCaps w:val="0"/>
          <w:strike w:val="0"/>
          <w:sz w:val="16"/>
          <w:u w:val="none"/>
        </w:rPr>
        <w:t>, Joint Chiefs of Staff Vice Chairman Gen. Paul Selva told reporters in January.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If U.S.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analysts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could harness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big data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better predict the location of those launchers,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North Korea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might conclude that it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needs more of them</w:t>
      </w:r>
      <w:r>
        <w:rPr>
          <w:b w:val="0"/>
          <w:i w:val="0"/>
          <w:smallCaps w:val="0"/>
          <w:strike w:val="0"/>
          <w:sz w:val="16"/>
          <w:u w:val="none"/>
        </w:rPr>
        <w:t>. Or Russia might decide that it needs nuclear weapons that are harder to detect, such as the autonomous Status-6 torpedo.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“It is extremely technically challenging for a state to develop the ability to locate and target all enemy nuclear-weapon launchers, but such an ability also yields an immense strategic advantage,” the report said. “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tracking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targeting system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needs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 only to be perceived as capable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 be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 destabilizing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A capability that is nearly effective might be even more dangerous than one that already works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Such a capability might employ drones with next-generation sensors, which “could enable the development of strategically destabilizing threats to the survivability of mobile ICBM launchers but also offer some hope that arms control could help forestall threats.”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workshop also explored how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commanders might use </w:t>
      </w:r>
      <w:r>
        <w:rPr>
          <w:b w:val="0"/>
          <w:i w:val="0"/>
          <w:smallCaps w:val="0"/>
          <w:strike w:val="0"/>
          <w:sz w:val="20"/>
          <w:u w:val="single"/>
        </w:rPr>
        <w:t>artificially-intelligent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decision aids when making judgment calls about nuclear strikes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aids might help commanders to make much better-informed decisions — or,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penetrated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fed malicious data by an adversary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catastrophically wrong ones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Absent some means to better verify the validity of data inputs — an ongoing project at the Defense Advanced Research Projects Agency and a key concern of the CIA </w:t>
      </w:r>
      <w:r>
        <w:rPr>
          <w:b w:val="0"/>
          <w:i w:val="0"/>
          <w:smallCaps w:val="0"/>
          <w:strike w:val="0"/>
          <w:sz w:val="16"/>
          <w:u w:val="none"/>
        </w:rPr>
        <w:t>— 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better understanding of enemy intent, </w:t>
      </w:r>
      <w:r>
        <w:rPr>
          <w:b w:val="0"/>
          <w:i w:val="0"/>
          <w:smallCaps w:val="0"/>
          <w:strike w:val="0"/>
          <w:sz w:val="20"/>
          <w:u w:val="single"/>
        </w:rPr>
        <w:t>adversaries could turn the vast U.S. intelligence collection and digestion tools against them, especially as those tools work faster and more efficiently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other words,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fake news, combined with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just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might bring about World War III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