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Counterforcing</w:t>
      </w:r>
      <w:r>
        <w:rPr>
          <w:b/>
          <w:i w:val="0"/>
          <w:smallCaps w:val="0"/>
          <w:strike w:val="0"/>
          <w:sz w:val="24"/>
          <w:u w:val="none"/>
        </w:rPr>
        <w:t xml:space="preserve"> deters escalation, and when it </w:t>
      </w:r>
      <w:r>
        <w:rPr>
          <w:b/>
          <w:i w:val="0"/>
          <w:smallCaps w:val="0"/>
          <w:strike w:val="0"/>
          <w:sz w:val="24"/>
          <w:u w:val="none"/>
        </w:rPr>
        <w:t>doesn’t</w:t>
      </w:r>
      <w:r>
        <w:rPr>
          <w:b/>
          <w:i w:val="0"/>
          <w:smallCaps w:val="0"/>
          <w:strike w:val="0"/>
          <w:sz w:val="24"/>
          <w:u w:val="none"/>
        </w:rPr>
        <w:t xml:space="preserve"> we can just first strike!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Lieber &amp; Press ’16 </w:t>
      </w:r>
      <w:r>
        <w:rPr>
          <w:b w:val="0"/>
          <w:i w:val="0"/>
          <w:smallCaps w:val="0"/>
          <w:strike w:val="0"/>
          <w:sz w:val="16"/>
          <w:u w:val="none"/>
        </w:rPr>
        <w:t>(Keir &amp; Daryl; 12/22/16; Security Studies Program and Associate Professor in the Edmund A. Walsh School of Foreign Service at Georgetown University; Associate Professor in the Department of Government at Dartmouth College; Policy Roundtable, “Nuclear Weapons in the New Era of Counterforce” https://issforum.org/roundtables/policy/1-4-nuclear#Essay_by_Keir_A_Lieber_Georgetown_University_and_Daryl_G_Press_Dartmouth_College)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Deterrence and Counterforce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Robust nuclear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deterrence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large part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function of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survivability</w:t>
      </w:r>
      <w:r>
        <w:rPr>
          <w:b/>
          <w:i w:val="0"/>
          <w:smallCaps w:val="0"/>
          <w:strike w:val="0"/>
          <w:sz w:val="20"/>
          <w:u w:val="single"/>
        </w:rPr>
        <w:t xml:space="preserve"> of retaliatory forces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meaning the ability of either adversary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withstand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disarming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strike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still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inflict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u w:val="single"/>
        </w:rPr>
        <w:t xml:space="preserve">devastating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response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the attacker. An effective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deterrent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posture must </w:t>
      </w:r>
      <w:r>
        <w:rPr>
          <w:b/>
          <w:i w:val="0"/>
          <w:smallCaps w:val="0"/>
          <w:strike w:val="0"/>
          <w:sz w:val="20"/>
          <w:u w:val="single"/>
        </w:rPr>
        <w:t>deter all leaders</w:t>
      </w:r>
      <w:r>
        <w:rPr>
          <w:b w:val="0"/>
          <w:i w:val="0"/>
          <w:smallCaps w:val="0"/>
          <w:strike w:val="0"/>
          <w:sz w:val="20"/>
          <w:u w:val="single"/>
        </w:rPr>
        <w:t>, including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highly </w:t>
      </w:r>
      <w:r>
        <w:rPr>
          <w:b w:val="0"/>
          <w:i w:val="0"/>
          <w:smallCaps w:val="0"/>
          <w:strike w:val="0"/>
          <w:sz w:val="20"/>
          <w:u w:val="single"/>
        </w:rPr>
        <w:t>aggressive ones,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must succeed in peacetime,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during </w:t>
      </w:r>
      <w:r>
        <w:rPr>
          <w:b/>
          <w:i w:val="0"/>
          <w:smallCaps w:val="0"/>
          <w:strike w:val="0"/>
          <w:sz w:val="20"/>
          <w:u w:val="single"/>
        </w:rPr>
        <w:t>intense crises</w:t>
      </w:r>
      <w:r>
        <w:rPr>
          <w:b w:val="0"/>
          <w:i w:val="0"/>
          <w:smallCaps w:val="0"/>
          <w:strike w:val="0"/>
          <w:sz w:val="20"/>
          <w:u w:val="single"/>
        </w:rPr>
        <w:t>,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the midst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</w:t>
      </w:r>
      <w:r>
        <w:rPr>
          <w:b w:val="0"/>
          <w:i w:val="0"/>
          <w:smallCaps w:val="0"/>
          <w:strike w:val="0"/>
          <w:sz w:val="20"/>
          <w:u w:val="single"/>
        </w:rPr>
        <w:t>ventional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short,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maintaining a survivable </w:t>
      </w:r>
      <w:r>
        <w:rPr>
          <w:b/>
          <w:i w:val="0"/>
          <w:smallCaps w:val="0"/>
          <w:strike w:val="0"/>
          <w:sz w:val="20"/>
          <w:u w:val="single"/>
        </w:rPr>
        <w:t>nuclear retaliatory force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foundational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deterrence.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new era of counterforce threatens this foundation.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Maintaining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survivable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retaliatory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force 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becoming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difficult because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vulnerability of</w:t>
      </w:r>
      <w:r>
        <w:rPr>
          <w:b/>
          <w:i w:val="0"/>
          <w:smallCaps w:val="0"/>
          <w:strike w:val="0"/>
          <w:sz w:val="20"/>
          <w:u w:val="single"/>
        </w:rPr>
        <w:t xml:space="preserve"> fixed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sites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today’s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highly accurate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delivery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systems. Technological </w:t>
      </w:r>
      <w:r>
        <w:rPr>
          <w:b w:val="0"/>
          <w:i w:val="0"/>
          <w:smallCaps w:val="0"/>
          <w:strike w:val="0"/>
          <w:sz w:val="20"/>
          <w:u w:val="single"/>
        </w:rPr>
        <w:t>advances mean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both nuclear </w:t>
      </w:r>
      <w:r>
        <w:rPr>
          <w:b/>
          <w:i w:val="0"/>
          <w:smallCaps w:val="0"/>
          <w:strike w:val="0"/>
          <w:sz w:val="20"/>
          <w:u w:val="single"/>
        </w:rPr>
        <w:t>and conventional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strike </w:t>
      </w:r>
      <w:r>
        <w:rPr>
          <w:b w:val="0"/>
          <w:i w:val="0"/>
          <w:smallCaps w:val="0"/>
          <w:strike w:val="0"/>
          <w:sz w:val="20"/>
          <w:u w:val="single"/>
        </w:rPr>
        <w:t>systems pose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plausible </w:t>
      </w:r>
      <w:r>
        <w:rPr>
          <w:b w:val="0"/>
          <w:i w:val="0"/>
          <w:smallCaps w:val="0"/>
          <w:strike w:val="0"/>
          <w:sz w:val="20"/>
          <w:u w:val="single"/>
        </w:rPr>
        <w:t>disarming threat to even the hardest fixed targets. Concealment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at risk. Trends in </w:t>
      </w:r>
      <w:r>
        <w:rPr>
          <w:b/>
          <w:i w:val="0"/>
          <w:smallCaps w:val="0"/>
          <w:strike w:val="0"/>
          <w:sz w:val="20"/>
          <w:u w:val="single"/>
        </w:rPr>
        <w:t>remote sensing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– from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growing diversity of </w:t>
      </w:r>
      <w:r>
        <w:rPr>
          <w:b w:val="0"/>
          <w:i w:val="0"/>
          <w:smallCaps w:val="0"/>
          <w:strike w:val="0"/>
          <w:sz w:val="20"/>
          <w:u w:val="single"/>
        </w:rPr>
        <w:t>sensing platforms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improvement in sensor </w:t>
      </w:r>
      <w:r>
        <w:rPr>
          <w:b w:val="0"/>
          <w:i w:val="0"/>
          <w:smallCaps w:val="0"/>
          <w:strike w:val="0"/>
          <w:sz w:val="20"/>
          <w:u w:val="single"/>
        </w:rPr>
        <w:t>resolution, persistence, processing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transmission – </w:t>
      </w:r>
      <w:r>
        <w:rPr>
          <w:b w:val="0"/>
          <w:i w:val="0"/>
          <w:smallCaps w:val="0"/>
          <w:strike w:val="0"/>
          <w:sz w:val="20"/>
          <w:u w:val="single"/>
        </w:rPr>
        <w:t>are eroding the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u w:val="single"/>
        </w:rPr>
        <w:t>mobility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once </w:t>
      </w:r>
      <w:r>
        <w:rPr>
          <w:b w:val="0"/>
          <w:i w:val="0"/>
          <w:smallCaps w:val="0"/>
          <w:strike w:val="0"/>
          <w:sz w:val="20"/>
          <w:u w:val="single"/>
        </w:rPr>
        <w:t>provided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Historically, </w:t>
      </w:r>
      <w:r>
        <w:rPr>
          <w:b w:val="0"/>
          <w:i w:val="0"/>
          <w:smallCaps w:val="0"/>
          <w:strike w:val="0"/>
          <w:sz w:val="20"/>
          <w:u w:val="single"/>
        </w:rPr>
        <w:t>land-based mobile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wishing to remain concealed merely needed to hide from optical satellites or manned aircraft passing intermittently and quickly overhead. Now, they must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worry about a plethora of </w:t>
      </w:r>
      <w:r>
        <w:rPr>
          <w:b/>
          <w:i w:val="0"/>
          <w:smallCaps w:val="0"/>
          <w:strike w:val="0"/>
          <w:sz w:val="20"/>
          <w:u w:val="single"/>
        </w:rPr>
        <w:t>satellites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other sensors – some of which loiter, gathering streams of data. </w:t>
      </w:r>
      <w:r>
        <w:rPr>
          <w:b w:val="0"/>
          <w:i w:val="0"/>
          <w:smallCaps w:val="0"/>
          <w:strike w:val="0"/>
          <w:sz w:val="20"/>
          <w:u w:val="single"/>
        </w:rPr>
        <w:t>SSBNs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>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new and meaningful </w:t>
      </w:r>
      <w:r>
        <w:rPr>
          <w:b w:val="0"/>
          <w:i w:val="0"/>
          <w:smallCaps w:val="0"/>
          <w:strike w:val="0"/>
          <w:sz w:val="20"/>
          <w:u w:val="single"/>
        </w:rPr>
        <w:t>advances that threaten their ability to stay concealed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sea. Although none of </w:t>
      </w:r>
      <w:r>
        <w:rPr>
          <w:b w:val="0"/>
          <w:i w:val="0"/>
          <w:smallCaps w:val="0"/>
          <w:strike w:val="0"/>
          <w:sz w:val="20"/>
          <w:u w:val="single"/>
        </w:rPr>
        <w:t>these technological trends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alone are transformative, taken together they </w:t>
      </w:r>
      <w:r>
        <w:rPr>
          <w:b w:val="0"/>
          <w:i w:val="0"/>
          <w:smallCaps w:val="0"/>
          <w:strike w:val="0"/>
          <w:sz w:val="20"/>
          <w:u w:val="single"/>
        </w:rPr>
        <w:t>are creating a degree of transparency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was </w:t>
      </w:r>
      <w:r>
        <w:rPr>
          <w:b w:val="0"/>
          <w:i w:val="0"/>
          <w:smallCaps w:val="0"/>
          <w:strike w:val="0"/>
          <w:sz w:val="20"/>
          <w:u w:val="single"/>
        </w:rPr>
        <w:t>unimaginable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two </w:t>
      </w:r>
      <w:r>
        <w:rPr>
          <w:b w:val="0"/>
          <w:i w:val="0"/>
          <w:smallCaps w:val="0"/>
          <w:strike w:val="0"/>
          <w:sz w:val="20"/>
          <w:u w:val="single"/>
        </w:rPr>
        <w:t>decades ago. While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survivability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deterrent forces </w:t>
      </w:r>
      <w:r>
        <w:rPr>
          <w:b w:val="0"/>
          <w:i w:val="0"/>
          <w:smallCaps w:val="0"/>
          <w:strike w:val="0"/>
          <w:sz w:val="20"/>
          <w:u w:val="single"/>
        </w:rPr>
        <w:t>may be on shaky ground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0"/>
          <w:u w:val="single"/>
        </w:rPr>
        <w:t>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era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counterforce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U.S. can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plausibly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disarm adversaries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if deterrence fails. The threat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using </w:t>
      </w:r>
      <w:r>
        <w:rPr>
          <w:b w:val="0"/>
          <w:i w:val="0"/>
          <w:smallCaps w:val="0"/>
          <w:strike w:val="0"/>
          <w:sz w:val="20"/>
          <w:u w:val="single"/>
        </w:rPr>
        <w:t>nuclear weapons against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0"/>
          <w:u w:val="single"/>
        </w:rPr>
        <w:t>is often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seen as </w:t>
      </w:r>
      <w:r>
        <w:rPr>
          <w:b w:val="0"/>
          <w:i w:val="0"/>
          <w:smallCaps w:val="0"/>
          <w:strike w:val="0"/>
          <w:sz w:val="20"/>
          <w:u w:val="single"/>
        </w:rPr>
        <w:t>merely the strategy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delusional leaders or </w:t>
      </w:r>
      <w:r>
        <w:rPr>
          <w:b w:val="0"/>
          <w:i w:val="0"/>
          <w:smallCaps w:val="0"/>
          <w:strike w:val="0"/>
          <w:sz w:val="20"/>
          <w:u w:val="single"/>
        </w:rPr>
        <w:t>terrorists,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U.S.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adversaries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may have good reasons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engage in</w:t>
      </w:r>
      <w:r>
        <w:rPr>
          <w:b/>
          <w:i w:val="0"/>
          <w:smallCaps w:val="0"/>
          <w:strike w:val="0"/>
          <w:sz w:val="20"/>
          <w:u w:val="single"/>
        </w:rPr>
        <w:t xml:space="preserve"> such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escalation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Throughout the nuclear age,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countries lacking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sufficient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conventional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repel a major attack 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relied on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nuclear threats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deter or stalemate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conventional </w:t>
      </w:r>
      <w:r>
        <w:rPr>
          <w:b w:val="0"/>
          <w:i w:val="0"/>
          <w:smallCaps w:val="0"/>
          <w:strike w:val="0"/>
          <w:sz w:val="20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Specifically, relatively </w:t>
      </w:r>
      <w:r>
        <w:rPr>
          <w:b w:val="0"/>
          <w:i w:val="0"/>
          <w:smallCaps w:val="0"/>
          <w:strike w:val="0"/>
          <w:sz w:val="20"/>
          <w:u w:val="single"/>
        </w:rPr>
        <w:t>weaker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planned to </w:t>
      </w:r>
      <w:r>
        <w:rPr>
          <w:b/>
          <w:i w:val="0"/>
          <w:smallCaps w:val="0"/>
          <w:strike w:val="0"/>
          <w:sz w:val="20"/>
          <w:u w:val="single"/>
        </w:rPr>
        <w:t>use nuclear weapons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order </w:t>
      </w:r>
      <w:r>
        <w:rPr>
          <w:b w:val="0"/>
          <w:i w:val="0"/>
          <w:smallCaps w:val="0"/>
          <w:strike w:val="0"/>
          <w:sz w:val="20"/>
          <w:u w:val="single"/>
        </w:rPr>
        <w:t>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halt a conventional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before they suffer catastrophic defeat.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 was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NATO’s 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much of the Cold War,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has been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adopted by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Pakistan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</w:t>
      </w:r>
      <w:r>
        <w:rPr>
          <w:b/>
          <w:i w:val="0"/>
          <w:smallCaps w:val="0"/>
          <w:strike w:val="0"/>
          <w:sz w:val="20"/>
          <w:u w:val="single"/>
        </w:rPr>
        <w:t xml:space="preserve">rth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Ko</w:t>
      </w:r>
      <w:r>
        <w:rPr>
          <w:b/>
          <w:i w:val="0"/>
          <w:smallCaps w:val="0"/>
          <w:strike w:val="0"/>
          <w:sz w:val="20"/>
          <w:u w:val="single"/>
        </w:rPr>
        <w:t>rea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today. </w:t>
      </w:r>
      <w:r>
        <w:rPr>
          <w:b w:val="0"/>
          <w:i w:val="0"/>
          <w:smallCaps w:val="0"/>
          <w:strike w:val="0"/>
          <w:sz w:val="20"/>
          <w:u w:val="single"/>
        </w:rPr>
        <w:t>Now that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0"/>
          <w:u w:val="single"/>
        </w:rPr>
        <w:t>possesses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world’s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most powerful conventional force, it faces </w:t>
      </w:r>
      <w:r>
        <w:rPr>
          <w:b/>
          <w:i w:val="0"/>
          <w:smallCaps w:val="0"/>
          <w:strike w:val="0"/>
          <w:sz w:val="20"/>
          <w:u w:val="single"/>
        </w:rPr>
        <w:t>significant escalation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0"/>
          <w:u w:val="single"/>
        </w:rPr>
        <w:t>if war erupts on the Korean Peninsula,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</w:t>
      </w:r>
      <w:r>
        <w:rPr>
          <w:b w:val="0"/>
          <w:i w:val="0"/>
          <w:smallCaps w:val="0"/>
          <w:strike w:val="0"/>
          <w:sz w:val="20"/>
          <w:u w:val="single"/>
        </w:rPr>
        <w:t>the Baltics,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possibly even in maritime </w:t>
      </w:r>
      <w:r>
        <w:rPr>
          <w:b w:val="0"/>
          <w:i w:val="0"/>
          <w:smallCaps w:val="0"/>
          <w:strike w:val="0"/>
          <w:sz w:val="20"/>
          <w:u w:val="single"/>
        </w:rPr>
        <w:t>East Asia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U.S. </w:t>
      </w:r>
      <w:r>
        <w:rPr>
          <w:b w:val="0"/>
          <w:i w:val="0"/>
          <w:smallCaps w:val="0"/>
          <w:strike w:val="0"/>
          <w:sz w:val="20"/>
          <w:u w:val="single"/>
        </w:rPr>
        <w:t>adversaries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 w:val="0"/>
          <w:i w:val="0"/>
          <w:smallCaps w:val="0"/>
          <w:strike w:val="0"/>
          <w:sz w:val="20"/>
          <w:u w:val="single"/>
        </w:rPr>
        <w:t>need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quick way </w:t>
      </w:r>
      <w:r>
        <w:rPr>
          <w:b w:val="0"/>
          <w:i w:val="0"/>
          <w:smallCaps w:val="0"/>
          <w:strike w:val="0"/>
          <w:sz w:val="20"/>
          <w:u w:val="single"/>
        </w:rPr>
        <w:t>to stalemate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superior U.S. </w:t>
      </w:r>
      <w:r>
        <w:rPr>
          <w:b w:val="0"/>
          <w:i w:val="0"/>
          <w:smallCaps w:val="0"/>
          <w:strike w:val="0"/>
          <w:sz w:val="20"/>
          <w:u w:val="single"/>
        </w:rPr>
        <w:t>conventional forces. Nuclear escalation offers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adversaries one of the only </w:t>
      </w:r>
      <w:r>
        <w:rPr>
          <w:b w:val="0"/>
          <w:i w:val="0"/>
          <w:smallCaps w:val="0"/>
          <w:strike w:val="0"/>
          <w:sz w:val="20"/>
          <w:u w:val="single"/>
        </w:rPr>
        <w:t>viable options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forcing a stalemate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avoiding </w:t>
      </w:r>
      <w:r>
        <w:rPr>
          <w:b/>
          <w:i w:val="0"/>
          <w:smallCaps w:val="0"/>
          <w:strike w:val="0"/>
          <w:sz w:val="20"/>
          <w:u w:val="single"/>
        </w:rPr>
        <w:t>catastrophic defeat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a conventional war.[21] </w:t>
      </w:r>
      <w:r>
        <w:rPr>
          <w:b w:val="0"/>
          <w:i w:val="0"/>
          <w:smallCaps w:val="0"/>
          <w:strike w:val="0"/>
          <w:sz w:val="20"/>
          <w:u w:val="single"/>
        </w:rPr>
        <w:t>This is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strategic </w:t>
      </w:r>
      <w:r>
        <w:rPr>
          <w:b w:val="0"/>
          <w:i w:val="0"/>
          <w:smallCaps w:val="0"/>
          <w:strike w:val="0"/>
          <w:sz w:val="20"/>
          <w:u w:val="single"/>
        </w:rPr>
        <w:t>context in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potent </w:t>
      </w:r>
      <w:r>
        <w:rPr>
          <w:b w:val="0"/>
          <w:i w:val="0"/>
          <w:smallCaps w:val="0"/>
          <w:strike w:val="0"/>
          <w:sz w:val="20"/>
          <w:u w:val="single"/>
        </w:rPr>
        <w:t>counterforce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capabilities </w:t>
      </w:r>
      <w:r>
        <w:rPr>
          <w:b w:val="0"/>
          <w:i w:val="0"/>
          <w:smallCaps w:val="0"/>
          <w:strike w:val="0"/>
          <w:sz w:val="20"/>
          <w:u w:val="single"/>
        </w:rPr>
        <w:t>may benefit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tates. </w:t>
      </w:r>
      <w:r>
        <w:rPr>
          <w:b w:val="0"/>
          <w:i w:val="0"/>
          <w:smallCaps w:val="0"/>
          <w:strike w:val="0"/>
          <w:sz w:val="20"/>
          <w:u w:val="single"/>
        </w:rPr>
        <w:t>Such capabilities may not appear attractive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U.S. leaders </w:t>
      </w:r>
      <w:r>
        <w:rPr>
          <w:b w:val="0"/>
          <w:i w:val="0"/>
          <w:smallCaps w:val="0"/>
          <w:strike w:val="0"/>
          <w:sz w:val="20"/>
          <w:u w:val="single"/>
        </w:rPr>
        <w:t>in peacetime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</w:t>
      </w:r>
      <w:r>
        <w:rPr>
          <w:b w:val="0"/>
          <w:i w:val="0"/>
          <w:smallCaps w:val="0"/>
          <w:strike w:val="0"/>
          <w:sz w:val="16"/>
          <w:u w:val="none"/>
        </w:rPr>
        <w:t>in the midst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conventional conflict – especially after an adversary like North Korea has begun to escalate –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ability to conduct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counterforce</w:t>
      </w:r>
      <w:r>
        <w:rPr>
          <w:b/>
          <w:i w:val="0"/>
          <w:smallCaps w:val="0"/>
          <w:strike w:val="0"/>
          <w:sz w:val="20"/>
          <w:u w:val="single"/>
        </w:rPr>
        <w:t xml:space="preserve"> disarming strike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might be enormously valuable. The possession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potent </w:t>
      </w:r>
      <w:r>
        <w:rPr>
          <w:b w:val="0"/>
          <w:i w:val="0"/>
          <w:smallCaps w:val="0"/>
          <w:strike w:val="0"/>
          <w:sz w:val="20"/>
          <w:u w:val="single"/>
        </w:rPr>
        <w:t>counterforce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capabilities might even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bolster deterrence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– 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deterring adversaries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initiating a </w:t>
      </w:r>
      <w:r>
        <w:rPr>
          <w:b w:val="0"/>
          <w:i w:val="0"/>
          <w:smallCaps w:val="0"/>
          <w:strike w:val="0"/>
          <w:sz w:val="20"/>
          <w:u w:val="single"/>
        </w:rPr>
        <w:t>conventional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first place, 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compelling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them to </w:t>
      </w:r>
      <w:r>
        <w:rPr>
          <w:b/>
          <w:i w:val="0"/>
          <w:smallCaps w:val="0"/>
          <w:strike w:val="0"/>
          <w:sz w:val="20"/>
          <w:u w:val="single"/>
        </w:rPr>
        <w:t xml:space="preserve">accept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conventional defeat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rather than reaching for nuclear weapons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 to those worthy deterrence objectives,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ability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mitigate 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eliminate</w:t>
      </w:r>
      <w:r>
        <w:rPr>
          <w:b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inflicted </w:t>
      </w:r>
      <w:r>
        <w:rPr>
          <w:b w:val="0"/>
          <w:i w:val="0"/>
          <w:smallCaps w:val="0"/>
          <w:strike w:val="0"/>
          <w:sz w:val="20"/>
          <w:u w:val="single"/>
        </w:rPr>
        <w:t>by an adversary that has begun to escalate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0"/>
          <w:u w:val="single"/>
        </w:rPr>
        <w:t>worthy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goal in its own 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U.S. Force Structure U.S. leaders should consider the implications of the new era of counterforce for both deterrence and escalation.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growing </w:t>
      </w:r>
      <w:r>
        <w:rPr>
          <w:b/>
          <w:i w:val="0"/>
          <w:smallCaps w:val="0"/>
          <w:strike w:val="0"/>
          <w:sz w:val="20"/>
          <w:u w:val="single"/>
        </w:rPr>
        <w:t>vulnerability of retaliatory forces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might bolster the case for developing a </w:t>
      </w:r>
      <w:r>
        <w:rPr>
          <w:b/>
          <w:i w:val="0"/>
          <w:smallCaps w:val="0"/>
          <w:strike w:val="0"/>
          <w:sz w:val="20"/>
          <w:u w:val="single"/>
        </w:rPr>
        <w:t>mobile ICBM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instead of replacing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u w:val="single"/>
        </w:rPr>
        <w:t>silo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-based ICBM. </w:t>
      </w:r>
      <w:r>
        <w:rPr>
          <w:b w:val="0"/>
          <w:i w:val="0"/>
          <w:smallCaps w:val="0"/>
          <w:strike w:val="0"/>
          <w:sz w:val="20"/>
          <w:u w:val="single"/>
        </w:rPr>
        <w:t>All silo-based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ICBM </w:t>
      </w:r>
      <w:r>
        <w:rPr>
          <w:b w:val="0"/>
          <w:i w:val="0"/>
          <w:smallCaps w:val="0"/>
          <w:strike w:val="0"/>
          <w:sz w:val="20"/>
          <w:u w:val="single"/>
        </w:rPr>
        <w:t>options will face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same type of </w:t>
      </w:r>
      <w:r>
        <w:rPr>
          <w:b w:val="0"/>
          <w:i w:val="0"/>
          <w:smallCaps w:val="0"/>
          <w:strike w:val="0"/>
          <w:sz w:val="20"/>
          <w:u w:val="single"/>
        </w:rPr>
        <w:t>vulnerability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faced by existing missiles;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vulnerability of fixed silos </w:t>
      </w:r>
      <w:r>
        <w:rPr>
          <w:b w:val="0"/>
          <w:i w:val="0"/>
          <w:smallCaps w:val="0"/>
          <w:strike w:val="0"/>
          <w:sz w:val="20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only </w:t>
      </w:r>
      <w:r>
        <w:rPr>
          <w:b w:val="0"/>
          <w:i w:val="0"/>
          <w:smallCaps w:val="0"/>
          <w:strike w:val="0"/>
          <w:sz w:val="20"/>
          <w:u w:val="single"/>
        </w:rPr>
        <w:t>grow worse over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coming </w:t>
      </w:r>
      <w:r>
        <w:rPr>
          <w:b w:val="0"/>
          <w:i w:val="0"/>
          <w:smallCaps w:val="0"/>
          <w:strike w:val="0"/>
          <w:sz w:val="20"/>
          <w:u w:val="single"/>
        </w:rPr>
        <w:t>decades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Similarly,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U.S. leaders should </w:t>
      </w:r>
      <w:r>
        <w:rPr>
          <w:b/>
          <w:i w:val="0"/>
          <w:smallCaps w:val="0"/>
          <w:strike w:val="0"/>
          <w:sz w:val="20"/>
          <w:u w:val="single"/>
        </w:rPr>
        <w:t>beware of overreliance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the sea-leg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triad: </w:t>
      </w:r>
      <w:r>
        <w:rPr>
          <w:b w:val="0"/>
          <w:i w:val="0"/>
          <w:smallCaps w:val="0"/>
          <w:strike w:val="0"/>
          <w:sz w:val="20"/>
          <w:u w:val="single"/>
        </w:rPr>
        <w:t>SSBNs have never been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</w:t>
      </w:r>
      <w:r>
        <w:rPr>
          <w:b w:val="0"/>
          <w:i w:val="0"/>
          <w:smallCaps w:val="0"/>
          <w:strike w:val="0"/>
          <w:sz w:val="20"/>
          <w:u w:val="single"/>
        </w:rPr>
        <w:t>invulnerable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analysts typically assume, and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popular </w:t>
      </w:r>
      <w:r>
        <w:rPr>
          <w:b w:val="0"/>
          <w:i w:val="0"/>
          <w:smallCaps w:val="0"/>
          <w:strike w:val="0"/>
          <w:sz w:val="20"/>
          <w:u w:val="single"/>
        </w:rPr>
        <w:t>notion that the oceans are a sanctuary for retaliatory forces is outdated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</w:t>
      </w:r>
      <w:r>
        <w:rPr>
          <w:b w:val="0"/>
          <w:i w:val="0"/>
          <w:smallCaps w:val="0"/>
          <w:strike w:val="0"/>
          <w:sz w:val="20"/>
          <w:u w:val="single"/>
        </w:rPr>
        <w:t>a strategy relying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entirely </w:t>
      </w:r>
      <w:r>
        <w:rPr>
          <w:b w:val="0"/>
          <w:i w:val="0"/>
          <w:smallCaps w:val="0"/>
          <w:strike w:val="0"/>
          <w:sz w:val="20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concealment of submarines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“fail deadly” one – meaning that if an adversary discovers a way to locate one’s forces, one’s arsenal </w:t>
      </w:r>
      <w:r>
        <w:rPr>
          <w:b w:val="0"/>
          <w:i w:val="0"/>
          <w:smallCaps w:val="0"/>
          <w:strike w:val="0"/>
          <w:sz w:val="20"/>
          <w:u w:val="single"/>
        </w:rPr>
        <w:t>might shift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being almost </w:t>
      </w:r>
      <w:r>
        <w:rPr>
          <w:b w:val="0"/>
          <w:i w:val="0"/>
          <w:smallCaps w:val="0"/>
          <w:strike w:val="0"/>
          <w:sz w:val="20"/>
          <w:u w:val="single"/>
        </w:rPr>
        <w:t>completely survivable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almost </w:t>
      </w:r>
      <w:r>
        <w:rPr>
          <w:b/>
          <w:i w:val="0"/>
          <w:smallCaps w:val="0"/>
          <w:strike w:val="0"/>
          <w:sz w:val="20"/>
          <w:u w:val="single"/>
        </w:rPr>
        <w:t>completely vulnerable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short period of time – and without warning.[22] </w:t>
      </w:r>
      <w:r>
        <w:rPr>
          <w:b w:val="0"/>
          <w:i w:val="0"/>
          <w:smallCaps w:val="0"/>
          <w:strike w:val="0"/>
          <w:sz w:val="20"/>
          <w:u w:val="single"/>
        </w:rPr>
        <w:t>To bolster counterforce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capabilities,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leaders should focus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several desirable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delivery</w:t>
      </w:r>
      <w:r>
        <w:rPr>
          <w:b/>
          <w:i w:val="0"/>
          <w:smallCaps w:val="0"/>
          <w:strike w:val="0"/>
          <w:sz w:val="20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characteristics: promptness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(to hit targets before they are fired or moved), accuracy (to improve the odds of destroying key targets),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u w:val="single"/>
        </w:rPr>
        <w:t>low yields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(in order to preserve the possibility of disarming the adversary without causing large-scale collateral damage). </w:t>
      </w:r>
      <w:r>
        <w:rPr>
          <w:b w:val="0"/>
          <w:i w:val="0"/>
          <w:smallCaps w:val="0"/>
          <w:strike w:val="0"/>
          <w:sz w:val="20"/>
          <w:u w:val="single"/>
        </w:rPr>
        <w:t>Air-delivered bombs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like the B-61 bomb currently undergoing a life-extension program –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cruise missiles offer a valuable combination of </w:t>
      </w:r>
      <w:r>
        <w:rPr>
          <w:b/>
          <w:i w:val="0"/>
          <w:smallCaps w:val="0"/>
          <w:strike w:val="0"/>
          <w:sz w:val="20"/>
          <w:u w:val="single"/>
        </w:rPr>
        <w:t>high accuracy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flexible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yield </w:t>
      </w:r>
      <w:r>
        <w:rPr>
          <w:b w:val="0"/>
          <w:i w:val="0"/>
          <w:smallCaps w:val="0"/>
          <w:strike w:val="0"/>
          <w:sz w:val="20"/>
          <w:u w:val="single"/>
        </w:rPr>
        <w:t>options. The long-range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stand-off </w:t>
      </w:r>
      <w:r>
        <w:rPr>
          <w:b w:val="0"/>
          <w:i w:val="0"/>
          <w:smallCaps w:val="0"/>
          <w:strike w:val="0"/>
          <w:sz w:val="20"/>
          <w:u w:val="single"/>
        </w:rPr>
        <w:t>cruise missile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(LRSO), </w:t>
      </w:r>
      <w:r>
        <w:rPr>
          <w:b w:val="0"/>
          <w:i w:val="0"/>
          <w:smallCaps w:val="0"/>
          <w:strike w:val="0"/>
          <w:sz w:val="20"/>
          <w:u w:val="single"/>
        </w:rPr>
        <w:t>which would replace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 </w:t>
      </w:r>
      <w:r>
        <w:rPr>
          <w:b w:val="0"/>
          <w:i w:val="0"/>
          <w:smallCaps w:val="0"/>
          <w:strike w:val="0"/>
          <w:sz w:val="20"/>
          <w:u w:val="single"/>
        </w:rPr>
        <w:t>nuclear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cruise </w:t>
      </w:r>
      <w:r>
        <w:rPr>
          <w:b w:val="0"/>
          <w:i w:val="0"/>
          <w:smallCaps w:val="0"/>
          <w:strike w:val="0"/>
          <w:sz w:val="20"/>
          <w:u w:val="single"/>
        </w:rPr>
        <w:t>missiles,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>serve an important role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 system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can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threaten</w:t>
      </w:r>
      <w:r>
        <w:rPr>
          <w:b/>
          <w:i w:val="0"/>
          <w:smallCaps w:val="0"/>
          <w:strike w:val="0"/>
          <w:sz w:val="20"/>
          <w:u w:val="single"/>
        </w:rPr>
        <w:t xml:space="preserve"> enemy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targets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protected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sophisticated </w:t>
      </w:r>
      <w:r>
        <w:rPr>
          <w:b w:val="0"/>
          <w:i w:val="0"/>
          <w:smallCaps w:val="0"/>
          <w:strike w:val="0"/>
          <w:sz w:val="20"/>
          <w:u w:val="single"/>
        </w:rPr>
        <w:t>air defense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Finally, </w:t>
      </w:r>
      <w:r>
        <w:rPr>
          <w:b w:val="0"/>
          <w:i w:val="0"/>
          <w:smallCaps w:val="0"/>
          <w:strike w:val="0"/>
          <w:sz w:val="20"/>
          <w:u w:val="single"/>
        </w:rPr>
        <w:t>as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0"/>
          <w:u w:val="single"/>
        </w:rPr>
        <w:t>modernizes its ICBMs and SLBMs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and the warheads they carry – U.S.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planners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should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exploit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0"/>
          <w:u w:val="single"/>
        </w:rPr>
        <w:t xml:space="preserve"> technologies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 w:val="0"/>
          <w:i w:val="0"/>
          <w:smallCaps w:val="0"/>
          <w:strike w:val="0"/>
          <w:sz w:val="20"/>
          <w:u w:val="single"/>
        </w:rPr>
        <w:t>enhance accuracy further, as well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consider </w:t>
      </w:r>
      <w:r>
        <w:rPr>
          <w:b/>
          <w:i w:val="0"/>
          <w:smallCaps w:val="0"/>
          <w:strike w:val="0"/>
          <w:sz w:val="20"/>
          <w:u w:val="single"/>
        </w:rPr>
        <w:t>low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flexible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yield </w:t>
      </w:r>
      <w:r>
        <w:rPr>
          <w:b w:val="0"/>
          <w:i w:val="0"/>
          <w:smallCaps w:val="0"/>
          <w:strike w:val="0"/>
          <w:sz w:val="20"/>
          <w:u w:val="single"/>
        </w:rPr>
        <w:t>options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warheads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short, the new era of counterforce poses long-term challenges and opportunities for U.S. nuclear policy, strategy, and force structure. </w:t>
      </w:r>
      <w:r>
        <w:rPr>
          <w:b w:val="0"/>
          <w:i w:val="0"/>
          <w:smallCaps w:val="0"/>
          <w:strike w:val="0"/>
          <w:sz w:val="20"/>
          <w:u w:val="single"/>
        </w:rPr>
        <w:t>Some readers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</w:t>
      </w:r>
      <w:r>
        <w:rPr>
          <w:b w:val="0"/>
          <w:i w:val="0"/>
          <w:smallCaps w:val="0"/>
          <w:strike w:val="0"/>
          <w:sz w:val="20"/>
          <w:u w:val="single"/>
        </w:rPr>
        <w:t>worry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U.S. </w:t>
      </w:r>
      <w:r>
        <w:rPr>
          <w:b w:val="0"/>
          <w:i w:val="0"/>
          <w:smallCaps w:val="0"/>
          <w:strike w:val="0"/>
          <w:sz w:val="20"/>
          <w:u w:val="single"/>
        </w:rPr>
        <w:t>steps to enhance counterforce will be destabilizing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Increasingly insecure adversaries might pursue countermeasures to make their arsenals survivable once again, which could exacerbate tensions, trigger arms races, and create dangerous incentives to preempt in a crisis. These concerns have validity because U.S. adversaries will seek ways to blunt the threat of a U.S. disarming strike. However, such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potential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problems will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least partly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offset by</w:t>
      </w:r>
      <w:r>
        <w:rPr>
          <w:b/>
          <w:i w:val="0"/>
          <w:smallCaps w:val="0"/>
          <w:strike w:val="0"/>
          <w:sz w:val="20"/>
          <w:u w:val="single"/>
        </w:rPr>
        <w:t xml:space="preserve"> the benefits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robust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deterrence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specifically, U.S.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adversaries are less likely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undertake a </w:t>
      </w:r>
      <w:r>
        <w:rPr>
          <w:b/>
          <w:i w:val="0"/>
          <w:smallCaps w:val="0"/>
          <w:strike w:val="0"/>
          <w:sz w:val="20"/>
          <w:u w:val="single"/>
        </w:rPr>
        <w:t xml:space="preserve">coercive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nuclear escalation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strategy if they recognize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vast </w:t>
      </w:r>
      <w:r>
        <w:rPr>
          <w:b w:val="0"/>
          <w:i w:val="0"/>
          <w:smallCaps w:val="0"/>
          <w:strike w:val="0"/>
          <w:sz w:val="20"/>
          <w:u w:val="single"/>
        </w:rPr>
        <w:t>threat to their arsenals posed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robust U.S. </w:t>
      </w:r>
      <w:r>
        <w:rPr>
          <w:b w:val="0"/>
          <w:i w:val="0"/>
          <w:smallCaps w:val="0"/>
          <w:strike w:val="0"/>
          <w:sz w:val="20"/>
          <w:u w:val="single"/>
        </w:rPr>
        <w:t>counterforce capabilities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Perhaps more importantly, </w:t>
      </w:r>
      <w:r>
        <w:rPr>
          <w:b w:val="0"/>
          <w:i w:val="0"/>
          <w:smallCaps w:val="0"/>
          <w:strike w:val="0"/>
          <w:sz w:val="20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/>
          <w:i w:val="0"/>
          <w:smallCaps w:val="0"/>
          <w:strike w:val="0"/>
          <w:sz w:val="20"/>
          <w:u w:val="single"/>
        </w:rPr>
        <w:t>cannot roll back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technological advances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behind the new era of counterforce.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breakthroughs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accuracy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remote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sensing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here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stay – if for no other reason than </w:t>
      </w:r>
      <w:r>
        <w:rPr>
          <w:b w:val="0"/>
          <w:i w:val="0"/>
          <w:smallCaps w:val="0"/>
          <w:strike w:val="0"/>
          <w:sz w:val="20"/>
          <w:u w:val="single"/>
        </w:rPr>
        <w:t>they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foundation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conventional military operations. The best we can do is harness 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technological changes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bolster deterrence and </w:t>
      </w:r>
      <w:r>
        <w:rPr>
          <w:b/>
          <w:i w:val="0"/>
          <w:smallCaps w:val="0"/>
          <w:strike w:val="0"/>
          <w:sz w:val="20"/>
          <w:u w:val="single"/>
        </w:rPr>
        <w:t>reduce the likelihood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consequences </w:t>
      </w:r>
      <w:r>
        <w:rPr>
          <w:b w:val="0"/>
          <w:i w:val="0"/>
          <w:smallCaps w:val="0"/>
          <w:strike w:val="0"/>
          <w:sz w:val="20"/>
          <w:u w:val="single"/>
        </w:rPr>
        <w:t>of escalation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same </w:t>
      </w:r>
      <w:r>
        <w:rPr>
          <w:b w:val="0"/>
          <w:i w:val="0"/>
          <w:smallCaps w:val="0"/>
          <w:strike w:val="0"/>
          <w:sz w:val="20"/>
          <w:u w:val="single"/>
        </w:rPr>
        <w:t>technologies that render arsenals vulnerable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</w:t>
      </w:r>
      <w:r>
        <w:rPr>
          <w:b w:val="0"/>
          <w:i w:val="0"/>
          <w:smallCaps w:val="0"/>
          <w:strike w:val="0"/>
          <w:sz w:val="20"/>
          <w:u w:val="single"/>
        </w:rPr>
        <w:t>might make deterrence stronger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