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China impact.</w:t>
      </w:r>
    </w:p>
    <w:p>
      <w:pPr>
        <w:spacing w:after="80"/>
      </w:pPr>
      <w:r>
        <w:rPr>
          <w:b/>
          <w:i w:val="0"/>
          <w:smallCaps w:val="0"/>
          <w:strike w:val="0"/>
          <w:sz w:val="24"/>
          <w:u w:val="none"/>
        </w:rPr>
        <w:t>Pei ’21</w:t>
      </w:r>
      <w:r>
        <w:rPr>
          <w:b w:val="0"/>
          <w:i w:val="0"/>
          <w:smallCaps w:val="0"/>
          <w:strike w:val="0"/>
          <w:sz w:val="16"/>
          <w:u w:val="none"/>
        </w:rPr>
        <w:t xml:space="preserve"> — </w:t>
      </w:r>
      <w:r>
        <w:rPr>
          <w:b w:val="0"/>
          <w:i w:val="0"/>
          <w:smallCaps w:val="0"/>
          <w:strike w:val="0"/>
          <w:sz w:val="16"/>
          <w:u w:val="none"/>
        </w:rPr>
        <w:t>Minxin</w:t>
      </w:r>
      <w:r>
        <w:rPr>
          <w:b w:val="0"/>
          <w:i w:val="0"/>
          <w:smallCaps w:val="0"/>
          <w:strike w:val="0"/>
          <w:sz w:val="16"/>
          <w:u w:val="none"/>
        </w:rPr>
        <w:t xml:space="preserve">; professor of government at Claremont McKenna College. May 27, 2021; “The China Threat Is Being Overhyped”; </w:t>
      </w:r>
      <w:r>
        <w:rPr>
          <w:b w:val="0"/>
          <w:i/>
          <w:smallCaps w:val="0"/>
          <w:strike w:val="0"/>
          <w:sz w:val="16"/>
          <w:u w:val="none"/>
        </w:rPr>
        <w:t>Bloomberg</w:t>
      </w:r>
      <w:r>
        <w:rPr>
          <w:b w:val="0"/>
          <w:i w:val="0"/>
          <w:smallCaps w:val="0"/>
          <w:strike w:val="0"/>
          <w:sz w:val="16"/>
          <w:u w:val="none"/>
        </w:rPr>
        <w:t xml:space="preserve">; [edited for ableist language]; </w:t>
      </w:r>
      <w:r>
        <w:rPr>
          <w:b w:val="0"/>
          <w:i w:val="0"/>
          <w:smallCaps w:val="0"/>
          <w:strike w:val="0"/>
          <w:sz w:val="16"/>
          <w:u w:val="none"/>
        </w:rPr>
        <w:t>; //CYang (thanks Devin &lt;3)</w:t>
      </w:r>
    </w:p>
    <w:p>
      <w:pPr>
        <w:spacing w:after="60"/>
      </w:pPr>
      <w:r>
        <w:rPr>
          <w:b w:val="0"/>
          <w:i w:val="0"/>
          <w:smallCaps w:val="0"/>
          <w:strike w:val="0"/>
          <w:sz w:val="16"/>
          <w:u w:val="none"/>
        </w:rPr>
        <w:t xml:space="preserve">Republicans across the political spectrum, from moderate Senator Mitt Romney to </w:t>
      </w:r>
      <w:r>
        <w:rPr>
          <w:b/>
          <w:i w:val="0"/>
          <w:smallCaps w:val="0"/>
          <w:strike w:val="0"/>
          <w:sz w:val="20"/>
          <w:highlight w:val="cyan"/>
          <w:u w:val="single"/>
        </w:rPr>
        <w:t>fire-breathing</w:t>
      </w:r>
      <w:r>
        <w:rPr>
          <w:b w:val="0"/>
          <w:i w:val="0"/>
          <w:smallCaps w:val="0"/>
          <w:strike w:val="0"/>
          <w:sz w:val="20"/>
          <w:u w:val="single"/>
        </w:rPr>
        <w:t xml:space="preserve"> </w:t>
      </w:r>
      <w:r>
        <w:rPr>
          <w:b w:val="0"/>
          <w:i w:val="0"/>
          <w:smallCaps w:val="0"/>
          <w:strike w:val="0"/>
          <w:sz w:val="16"/>
          <w:u w:val="none"/>
        </w:rPr>
        <w:t xml:space="preserve">former Secretary of State </w:t>
      </w:r>
      <w:r>
        <w:rPr>
          <w:b w:val="0"/>
          <w:i w:val="0"/>
          <w:smallCaps w:val="0"/>
          <w:strike w:val="0"/>
          <w:sz w:val="20"/>
          <w:u w:val="single"/>
        </w:rPr>
        <w:t xml:space="preserve">Mike </w:t>
      </w:r>
      <w:r>
        <w:rPr>
          <w:b w:val="0"/>
          <w:i w:val="0"/>
          <w:smallCaps w:val="0"/>
          <w:strike w:val="0"/>
          <w:sz w:val="20"/>
          <w:highlight w:val="cyan"/>
          <w:u w:val="single"/>
        </w:rPr>
        <w:t>Pompeo</w:t>
      </w:r>
      <w:r>
        <w:rPr>
          <w:b w:val="0"/>
          <w:i w:val="0"/>
          <w:smallCaps w:val="0"/>
          <w:strike w:val="0"/>
          <w:sz w:val="16"/>
          <w:u w:val="none"/>
        </w:rPr>
        <w:t xml:space="preserve">, have </w:t>
      </w:r>
      <w:r>
        <w:rPr>
          <w:b w:val="0"/>
          <w:i w:val="0"/>
          <w:smallCaps w:val="0"/>
          <w:strike w:val="0"/>
          <w:sz w:val="20"/>
          <w:highlight w:val="cyan"/>
          <w:u w:val="single"/>
        </w:rPr>
        <w:t>decreed</w:t>
      </w:r>
      <w:r>
        <w:rPr>
          <w:b w:val="0"/>
          <w:i w:val="0"/>
          <w:smallCaps w:val="0"/>
          <w:strike w:val="0"/>
          <w:sz w:val="16"/>
          <w:u w:val="none"/>
        </w:rPr>
        <w:t xml:space="preserve"> that </w:t>
      </w:r>
      <w:r>
        <w:rPr>
          <w:b w:val="0"/>
          <w:i w:val="0"/>
          <w:smallCaps w:val="0"/>
          <w:strike w:val="0"/>
          <w:sz w:val="20"/>
          <w:highlight w:val="cyan"/>
          <w:u w:val="single"/>
        </w:rPr>
        <w:t>China</w:t>
      </w:r>
      <w:r>
        <w:rPr>
          <w:b w:val="0"/>
          <w:i w:val="0"/>
          <w:smallCaps w:val="0"/>
          <w:strike w:val="0"/>
          <w:sz w:val="20"/>
          <w:u w:val="single"/>
        </w:rPr>
        <w:t xml:space="preserve"> </w:t>
      </w:r>
      <w:r>
        <w:rPr>
          <w:b/>
          <w:i w:val="0"/>
          <w:smallCaps w:val="0"/>
          <w:strike w:val="0"/>
          <w:sz w:val="20"/>
          <w:u w:val="single"/>
        </w:rPr>
        <w:t xml:space="preserve">poses an </w:t>
      </w:r>
      <w:r>
        <w:rPr>
          <w:b/>
          <w:i w:val="0"/>
          <w:smallCaps w:val="0"/>
          <w:strike w:val="0"/>
          <w:sz w:val="20"/>
          <w:highlight w:val="cyan"/>
          <w:u w:val="single"/>
        </w:rPr>
        <w:t>existential threat</w:t>
      </w:r>
      <w:r>
        <w:rPr>
          <w:b w:val="0"/>
          <w:i w:val="0"/>
          <w:smallCaps w:val="0"/>
          <w:strike w:val="0"/>
          <w:sz w:val="20"/>
          <w:highlight w:val="cyan"/>
          <w:u w:val="single"/>
        </w:rPr>
        <w:t xml:space="preserve"> to the </w:t>
      </w:r>
      <w:r>
        <w:rPr>
          <w:b/>
          <w:i w:val="0"/>
          <w:smallCaps w:val="0"/>
          <w:strike w:val="0"/>
          <w:sz w:val="20"/>
          <w:highlight w:val="cyan"/>
          <w:u w:val="single"/>
        </w:rPr>
        <w:t>U</w:t>
      </w:r>
      <w:r>
        <w:rPr>
          <w:b w:val="0"/>
          <w:i w:val="0"/>
          <w:smallCaps w:val="0"/>
          <w:strike w:val="0"/>
          <w:sz w:val="20"/>
          <w:u w:val="single"/>
        </w:rPr>
        <w:t xml:space="preserve">nited </w:t>
      </w:r>
      <w:r>
        <w:rPr>
          <w:b/>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While President Joe Biden hasn’t gone that far yet, his national-security team has maintained the previous administration’s hardline policies toward Beijing. Any other stance would risk a political backlash: The latest Gallup poll shows nearly 80% of Americans hold unfavorable views of China — a number that will only rise if U.S. intelligence agencies conclude that the new coronavirus leaked from a Chinese lab.</w:t>
      </w:r>
    </w:p>
    <w:p>
      <w:pPr>
        <w:spacing w:after="60"/>
      </w:pPr>
      <w:r>
        <w:rPr>
          <w:b w:val="0"/>
          <w:i w:val="0"/>
          <w:smallCaps w:val="0"/>
          <w:strike w:val="0"/>
          <w:sz w:val="16"/>
          <w:u w:val="none"/>
        </w:rPr>
        <w:t xml:space="preserve">Biden should think carefully before he commits himself further. Countries facing an existential threat must mobilize and deploy all their resources to confront, if not remove, that threat and ensure their survival. </w:t>
      </w:r>
      <w:r>
        <w:rPr>
          <w:b w:val="0"/>
          <w:i w:val="0"/>
          <w:smallCaps w:val="0"/>
          <w:strike w:val="0"/>
          <w:sz w:val="20"/>
          <w:highlight w:val="cyan"/>
          <w:u w:val="single"/>
        </w:rPr>
        <w:t>How</w:t>
      </w:r>
      <w:r>
        <w:rPr>
          <w:b w:val="0"/>
          <w:i w:val="0"/>
          <w:smallCaps w:val="0"/>
          <w:strike w:val="0"/>
          <w:sz w:val="16"/>
          <w:u w:val="none"/>
        </w:rPr>
        <w:t xml:space="preserve"> the </w:t>
      </w:r>
      <w:r>
        <w:rPr>
          <w:b w:val="0"/>
          <w:i w:val="0"/>
          <w:smallCaps w:val="0"/>
          <w:strike w:val="0"/>
          <w:sz w:val="20"/>
          <w:u w:val="single"/>
        </w:rPr>
        <w:t>Biden</w:t>
      </w:r>
      <w:r>
        <w:rPr>
          <w:b w:val="0"/>
          <w:i w:val="0"/>
          <w:smallCaps w:val="0"/>
          <w:strike w:val="0"/>
          <w:sz w:val="16"/>
          <w:u w:val="none"/>
        </w:rPr>
        <w:t xml:space="preserve"> administration </w:t>
      </w:r>
      <w:r>
        <w:rPr>
          <w:b w:val="0"/>
          <w:i w:val="0"/>
          <w:smallCaps w:val="0"/>
          <w:strike w:val="0"/>
          <w:sz w:val="20"/>
          <w:highlight w:val="cyan"/>
          <w:u w:val="single"/>
        </w:rPr>
        <w:t>assesses</w:t>
      </w:r>
      <w:r>
        <w:rPr>
          <w:b w:val="0"/>
          <w:i w:val="0"/>
          <w:smallCaps w:val="0"/>
          <w:strike w:val="0"/>
          <w:sz w:val="16"/>
          <w:u w:val="none"/>
        </w:rPr>
        <w:t xml:space="preserve"> the </w:t>
      </w:r>
      <w:r>
        <w:rPr>
          <w:b w:val="0"/>
          <w:i w:val="0"/>
          <w:smallCaps w:val="0"/>
          <w:strike w:val="0"/>
          <w:sz w:val="20"/>
          <w:highlight w:val="cyan"/>
          <w:u w:val="single"/>
        </w:rPr>
        <w:t>threat</w:t>
      </w:r>
      <w:r>
        <w:rPr>
          <w:b w:val="0"/>
          <w:i w:val="0"/>
          <w:smallCaps w:val="0"/>
          <w:strike w:val="0"/>
          <w:sz w:val="20"/>
          <w:u w:val="single"/>
        </w:rPr>
        <w:t xml:space="preserve"> China poses</w:t>
      </w:r>
      <w:r>
        <w:rPr>
          <w:b w:val="0"/>
          <w:i w:val="0"/>
          <w:smallCaps w:val="0"/>
          <w:strike w:val="0"/>
          <w:sz w:val="16"/>
          <w:u w:val="none"/>
        </w:rPr>
        <w:t xml:space="preserve"> will </w:t>
      </w:r>
      <w:r>
        <w:rPr>
          <w:b/>
          <w:i w:val="0"/>
          <w:smallCaps w:val="0"/>
          <w:strike w:val="0"/>
          <w:sz w:val="20"/>
          <w:u w:val="single"/>
        </w:rPr>
        <w:t xml:space="preserve">effectively </w:t>
      </w:r>
      <w:r>
        <w:rPr>
          <w:b/>
          <w:i w:val="0"/>
          <w:smallCaps w:val="0"/>
          <w:strike w:val="0"/>
          <w:sz w:val="20"/>
          <w:highlight w:val="cyan"/>
          <w:u w:val="single"/>
        </w:rPr>
        <w:t>determine</w:t>
      </w:r>
      <w:r>
        <w:rPr>
          <w:b w:val="0"/>
          <w:i w:val="0"/>
          <w:smallCaps w:val="0"/>
          <w:strike w:val="0"/>
          <w:sz w:val="20"/>
          <w:highlight w:val="cyan"/>
          <w:u w:val="single"/>
        </w:rPr>
        <w:t xml:space="preserve"> war and peace</w:t>
      </w:r>
      <w:r>
        <w:rPr>
          <w:b w:val="0"/>
          <w:i w:val="0"/>
          <w:smallCaps w:val="0"/>
          <w:strike w:val="0"/>
          <w:sz w:val="20"/>
          <w:u w:val="single"/>
        </w:rPr>
        <w:t xml:space="preserve"> in the 21st century</w:t>
      </w:r>
      <w:r>
        <w:rPr>
          <w:b w:val="0"/>
          <w:i w:val="0"/>
          <w:smallCaps w:val="0"/>
          <w:strike w:val="0"/>
          <w:sz w:val="16"/>
          <w:u w:val="none"/>
        </w:rPr>
        <w:t>.</w:t>
      </w:r>
    </w:p>
    <w:p>
      <w:pPr>
        <w:spacing w:after="60"/>
      </w:pPr>
      <w:r>
        <w:rPr>
          <w:b w:val="0"/>
          <w:i w:val="0"/>
          <w:smallCaps w:val="0"/>
          <w:strike w:val="0"/>
          <w:sz w:val="16"/>
          <w:u w:val="none"/>
        </w:rPr>
        <w:t xml:space="preserve">The fact </w:t>
      </w:r>
      <w:r>
        <w:rPr>
          <w:b w:val="0"/>
          <w:i w:val="0"/>
          <w:smallCaps w:val="0"/>
          <w:strike w:val="0"/>
          <w:sz w:val="16"/>
          <w:u w:val="none"/>
        </w:rPr>
        <w:t>is,</w:t>
      </w:r>
      <w:r>
        <w:rPr>
          <w:b w:val="0"/>
          <w:i w:val="0"/>
          <w:smallCaps w:val="0"/>
          <w:strike w:val="0"/>
          <w:sz w:val="16"/>
          <w:u w:val="none"/>
        </w:rPr>
        <w:t xml:space="preserve"> those throwing around the charge most liberally don’t seem to have thought through what it would really mean for China to threaten the existence of the world’s most powerful nation. </w:t>
      </w:r>
      <w:r>
        <w:rPr>
          <w:b w:val="0"/>
          <w:i w:val="0"/>
          <w:smallCaps w:val="0"/>
          <w:strike w:val="0"/>
          <w:sz w:val="20"/>
          <w:u w:val="single"/>
        </w:rPr>
        <w:t xml:space="preserve">In </w:t>
      </w:r>
      <w:r>
        <w:rPr>
          <w:b/>
          <w:i w:val="0"/>
          <w:smallCaps w:val="0"/>
          <w:strike w:val="0"/>
          <w:sz w:val="20"/>
          <w:highlight w:val="cyan"/>
          <w:u w:val="single"/>
        </w:rPr>
        <w:t>reality</w:t>
      </w:r>
      <w:r>
        <w:rPr>
          <w:b w:val="0"/>
          <w:i w:val="0"/>
          <w:smallCaps w:val="0"/>
          <w:strike w:val="0"/>
          <w:sz w:val="16"/>
          <w:u w:val="none"/>
        </w:rPr>
        <w:t xml:space="preserve">, </w:t>
      </w:r>
      <w:r>
        <w:rPr>
          <w:b w:val="0"/>
          <w:i w:val="0"/>
          <w:smallCaps w:val="0"/>
          <w:strike w:val="0"/>
          <w:sz w:val="20"/>
          <w:highlight w:val="cyan"/>
          <w:u w:val="single"/>
        </w:rPr>
        <w:t>China</w:t>
      </w:r>
      <w:r>
        <w:rPr>
          <w:b w:val="0"/>
          <w:i w:val="0"/>
          <w:smallCaps w:val="0"/>
          <w:strike w:val="0"/>
          <w:sz w:val="20"/>
          <w:highlight w:val="cyan"/>
          <w:u w:val="single"/>
        </w:rPr>
        <w:t xml:space="preserve"> has neither</w:t>
      </w:r>
      <w:r>
        <w:rPr>
          <w:b w:val="0"/>
          <w:i w:val="0"/>
          <w:smallCaps w:val="0"/>
          <w:strike w:val="0"/>
          <w:sz w:val="16"/>
          <w:u w:val="none"/>
        </w:rPr>
        <w:t xml:space="preserve"> the </w:t>
      </w:r>
      <w:r>
        <w:rPr>
          <w:b/>
          <w:i w:val="0"/>
          <w:smallCaps w:val="0"/>
          <w:strike w:val="0"/>
          <w:sz w:val="20"/>
          <w:u w:val="single"/>
        </w:rPr>
        <w:t xml:space="preserve">destructive </w:t>
      </w:r>
      <w:r>
        <w:rPr>
          <w:b/>
          <w:i w:val="0"/>
          <w:smallCaps w:val="0"/>
          <w:strike w:val="0"/>
          <w:sz w:val="20"/>
          <w:highlight w:val="cyan"/>
          <w:u w:val="single"/>
        </w:rPr>
        <w:t>capability</w:t>
      </w:r>
      <w:r>
        <w:rPr>
          <w:b w:val="0"/>
          <w:i w:val="0"/>
          <w:smallCaps w:val="0"/>
          <w:strike w:val="0"/>
          <w:sz w:val="20"/>
          <w:u w:val="single"/>
        </w:rPr>
        <w:t xml:space="preserve"> </w:t>
      </w:r>
      <w:r>
        <w:rPr>
          <w:b w:val="0"/>
          <w:i w:val="0"/>
          <w:smallCaps w:val="0"/>
          <w:strike w:val="0"/>
          <w:sz w:val="20"/>
          <w:highlight w:val="cyan"/>
          <w:u w:val="single"/>
        </w:rPr>
        <w:t>nor</w:t>
      </w:r>
      <w:r>
        <w:rPr>
          <w:b w:val="0"/>
          <w:i w:val="0"/>
          <w:smallCaps w:val="0"/>
          <w:strike w:val="0"/>
          <w:sz w:val="16"/>
          <w:u w:val="none"/>
        </w:rPr>
        <w:t xml:space="preserve"> the </w:t>
      </w:r>
      <w:r>
        <w:rPr>
          <w:b/>
          <w:i w:val="0"/>
          <w:smallCaps w:val="0"/>
          <w:strike w:val="0"/>
          <w:sz w:val="20"/>
          <w:u w:val="single"/>
        </w:rPr>
        <w:t xml:space="preserve">geopolitical </w:t>
      </w:r>
      <w:r>
        <w:rPr>
          <w:b/>
          <w:i w:val="0"/>
          <w:smallCaps w:val="0"/>
          <w:strike w:val="0"/>
          <w:sz w:val="20"/>
          <w:highlight w:val="cyan"/>
          <w:u w:val="single"/>
        </w:rPr>
        <w:t>motivation</w:t>
      </w:r>
      <w:r>
        <w:rPr>
          <w:b w:val="0"/>
          <w:i w:val="0"/>
          <w:smallCaps w:val="0"/>
          <w:strike w:val="0"/>
          <w:sz w:val="20"/>
          <w:highlight w:val="cyan"/>
          <w:u w:val="single"/>
        </w:rPr>
        <w:t xml:space="preserve"> to destroy the U</w:t>
      </w:r>
      <w:r>
        <w:rPr>
          <w:b w:val="0"/>
          <w:i w:val="0"/>
          <w:smallCaps w:val="0"/>
          <w:strike w:val="0"/>
          <w:sz w:val="16"/>
          <w:u w:val="none"/>
        </w:rPr>
        <w:t>.</w:t>
      </w:r>
      <w:r>
        <w:rPr>
          <w:b w:val="0"/>
          <w:i w:val="0"/>
          <w:smallCaps w:val="0"/>
          <w:strike w:val="0"/>
          <w:sz w:val="20"/>
          <w:highlight w:val="cyan"/>
          <w:u w:val="single"/>
        </w:rPr>
        <w:t>S</w:t>
      </w:r>
      <w:r>
        <w:rPr>
          <w:b w:val="0"/>
          <w:i w:val="0"/>
          <w:smallCaps w:val="0"/>
          <w:strike w:val="0"/>
          <w:sz w:val="16"/>
          <w:u w:val="none"/>
        </w:rPr>
        <w:t>.</w:t>
      </w:r>
    </w:p>
    <w:p>
      <w:pPr>
        <w:spacing w:after="60"/>
      </w:pPr>
      <w:r>
        <w:rPr>
          <w:b w:val="0"/>
          <w:i w:val="0"/>
          <w:smallCaps w:val="0"/>
          <w:strike w:val="0"/>
          <w:sz w:val="16"/>
          <w:u w:val="none"/>
        </w:rPr>
        <w:t xml:space="preserve">Most obviously, unlike the former Soviet Union, </w:t>
      </w:r>
      <w:r>
        <w:rPr>
          <w:b w:val="0"/>
          <w:i w:val="0"/>
          <w:smallCaps w:val="0"/>
          <w:strike w:val="0"/>
          <w:sz w:val="20"/>
          <w:u w:val="single"/>
        </w:rPr>
        <w:t xml:space="preserve">China does </w:t>
      </w:r>
      <w:r>
        <w:rPr>
          <w:b w:val="0"/>
          <w:i w:val="0"/>
          <w:smallCaps w:val="0"/>
          <w:strike w:val="0"/>
          <w:sz w:val="20"/>
          <w:highlight w:val="cyan"/>
          <w:u w:val="single"/>
        </w:rPr>
        <w:t>not possess</w:t>
      </w:r>
      <w:r>
        <w:rPr>
          <w:b w:val="0"/>
          <w:i w:val="0"/>
          <w:smallCaps w:val="0"/>
          <w:strike w:val="0"/>
          <w:sz w:val="16"/>
          <w:u w:val="none"/>
        </w:rPr>
        <w:t xml:space="preserve"> a </w:t>
      </w:r>
      <w:r>
        <w:rPr>
          <w:b/>
          <w:i w:val="0"/>
          <w:smallCaps w:val="0"/>
          <w:strike w:val="0"/>
          <w:sz w:val="20"/>
          <w:highlight w:val="cyan"/>
          <w:u w:val="single"/>
        </w:rPr>
        <w:t>nuclear arsenal</w:t>
      </w:r>
      <w:r>
        <w:rPr>
          <w:b w:val="0"/>
          <w:i w:val="0"/>
          <w:smallCaps w:val="0"/>
          <w:strike w:val="0"/>
          <w:sz w:val="20"/>
          <w:highlight w:val="cyan"/>
          <w:u w:val="single"/>
        </w:rPr>
        <w:t xml:space="preserve"> large</w:t>
      </w:r>
      <w:r>
        <w:rPr>
          <w:b w:val="0"/>
          <w:i w:val="0"/>
          <w:smallCaps w:val="0"/>
          <w:strike w:val="0"/>
          <w:sz w:val="20"/>
          <w:u w:val="single"/>
        </w:rPr>
        <w:t xml:space="preserve"> and powerful enough</w:t>
      </w:r>
      <w:r>
        <w:rPr>
          <w:b w:val="0"/>
          <w:i w:val="0"/>
          <w:smallCaps w:val="0"/>
          <w:strike w:val="0"/>
          <w:sz w:val="16"/>
          <w:u w:val="none"/>
        </w:rPr>
        <w:t xml:space="preserve"> to obliterate the U.S. And, while its conventional power has grown to the point where it could inflict serious losses on U.S. forces in a conflict over Taiwan, </w:t>
      </w:r>
      <w:r>
        <w:rPr>
          <w:b w:val="0"/>
          <w:i w:val="0"/>
          <w:smallCaps w:val="0"/>
          <w:strike w:val="0"/>
          <w:sz w:val="20"/>
          <w:u w:val="single"/>
        </w:rPr>
        <w:t xml:space="preserve">China’s </w:t>
      </w:r>
      <w:r>
        <w:rPr>
          <w:b w:val="0"/>
          <w:i w:val="0"/>
          <w:smallCaps w:val="0"/>
          <w:strike w:val="0"/>
          <w:sz w:val="20"/>
          <w:highlight w:val="cyan"/>
          <w:u w:val="single"/>
        </w:rPr>
        <w:t xml:space="preserve">military </w:t>
      </w:r>
      <w:r>
        <w:rPr>
          <w:b/>
          <w:i w:val="0"/>
          <w:smallCaps w:val="0"/>
          <w:strike w:val="0"/>
          <w:sz w:val="20"/>
          <w:highlight w:val="cyan"/>
          <w:u w:val="single"/>
        </w:rPr>
        <w:t>significantly lags</w:t>
      </w:r>
      <w:r>
        <w:rPr>
          <w:b w:val="0"/>
          <w:i w:val="0"/>
          <w:smallCaps w:val="0"/>
          <w:strike w:val="0"/>
          <w:sz w:val="20"/>
          <w:u w:val="single"/>
        </w:rPr>
        <w:t xml:space="preserve"> the </w:t>
      </w:r>
      <w:r>
        <w:rPr>
          <w:b w:val="0"/>
          <w:i w:val="0"/>
          <w:smallCaps w:val="0"/>
          <w:strike w:val="0"/>
          <w:sz w:val="20"/>
          <w:highlight w:val="cyan"/>
          <w:u w:val="single"/>
        </w:rPr>
        <w:t xml:space="preserve">U.S. in </w:t>
      </w:r>
      <w:r>
        <w:rPr>
          <w:b/>
          <w:i w:val="0"/>
          <w:smallCaps w:val="0"/>
          <w:strike w:val="0"/>
          <w:sz w:val="20"/>
          <w:highlight w:val="cyan"/>
          <w:u w:val="single"/>
        </w:rPr>
        <w:t>tech</w:t>
      </w:r>
      <w:r>
        <w:rPr>
          <w:b/>
          <w:i w:val="0"/>
          <w:smallCaps w:val="0"/>
          <w:strike w:val="0"/>
          <w:sz w:val="20"/>
          <w:u w:val="single"/>
        </w:rPr>
        <w:t>nological sophistication</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u w:val="single"/>
        </w:rPr>
        <w:t xml:space="preserve">warfighting </w:t>
      </w:r>
      <w:r>
        <w:rPr>
          <w:b/>
          <w:i w:val="0"/>
          <w:smallCaps w:val="0"/>
          <w:strike w:val="0"/>
          <w:sz w:val="20"/>
          <w:highlight w:val="cyan"/>
          <w:u w:val="single"/>
        </w:rPr>
        <w:t>experience</w:t>
      </w:r>
      <w:r>
        <w:rPr>
          <w:b w:val="0"/>
          <w:i w:val="0"/>
          <w:smallCaps w:val="0"/>
          <w:strike w:val="0"/>
          <w:sz w:val="16"/>
          <w:u w:val="none"/>
        </w:rPr>
        <w:t>.</w:t>
      </w:r>
    </w:p>
    <w:p>
      <w:pPr>
        <w:spacing w:after="60"/>
      </w:pPr>
      <w:r>
        <w:rPr>
          <w:b w:val="0"/>
          <w:i w:val="0"/>
          <w:smallCaps w:val="0"/>
          <w:strike w:val="0"/>
          <w:sz w:val="20"/>
          <w:u w:val="single"/>
        </w:rPr>
        <w:t xml:space="preserve">In any </w:t>
      </w:r>
      <w:r>
        <w:rPr>
          <w:b/>
          <w:i w:val="0"/>
          <w:smallCaps w:val="0"/>
          <w:strike w:val="0"/>
          <w:sz w:val="20"/>
          <w:u w:val="single"/>
        </w:rPr>
        <w:t>wider clash</w:t>
      </w:r>
      <w:r>
        <w:rPr>
          <w:b w:val="0"/>
          <w:i w:val="0"/>
          <w:smallCaps w:val="0"/>
          <w:strike w:val="0"/>
          <w:sz w:val="16"/>
          <w:u w:val="none"/>
        </w:rPr>
        <w:t xml:space="preserve">, the </w:t>
      </w:r>
      <w:r>
        <w:rPr>
          <w:b w:val="0"/>
          <w:i w:val="0"/>
          <w:smallCaps w:val="0"/>
          <w:strike w:val="0"/>
          <w:sz w:val="20"/>
          <w:highlight w:val="cyan"/>
          <w:u w:val="single"/>
        </w:rPr>
        <w:t>U.S.</w:t>
      </w:r>
      <w:r>
        <w:rPr>
          <w:b w:val="0"/>
          <w:i w:val="0"/>
          <w:smallCaps w:val="0"/>
          <w:strike w:val="0"/>
          <w:sz w:val="16"/>
          <w:u w:val="none"/>
        </w:rPr>
        <w:t xml:space="preserve"> would also be able to </w:t>
      </w:r>
      <w:r>
        <w:rPr>
          <w:b w:val="0"/>
          <w:i w:val="0"/>
          <w:smallCaps w:val="0"/>
          <w:strike w:val="0"/>
          <w:sz w:val="20"/>
          <w:u w:val="single"/>
        </w:rPr>
        <w:t>count on</w:t>
      </w:r>
      <w:r>
        <w:rPr>
          <w:b w:val="0"/>
          <w:i w:val="0"/>
          <w:smallCaps w:val="0"/>
          <w:strike w:val="0"/>
          <w:sz w:val="16"/>
          <w:u w:val="none"/>
        </w:rPr>
        <w:t xml:space="preserve"> the </w:t>
      </w:r>
      <w:r>
        <w:rPr>
          <w:b w:val="0"/>
          <w:i w:val="0"/>
          <w:smallCaps w:val="0"/>
          <w:strike w:val="0"/>
          <w:sz w:val="20"/>
          <w:u w:val="single"/>
        </w:rPr>
        <w:t xml:space="preserve">support of its </w:t>
      </w:r>
      <w:r>
        <w:rPr>
          <w:b w:val="0"/>
          <w:i w:val="0"/>
          <w:smallCaps w:val="0"/>
          <w:strike w:val="0"/>
          <w:sz w:val="20"/>
          <w:highlight w:val="cyan"/>
          <w:u w:val="single"/>
        </w:rPr>
        <w:t>allies</w:t>
      </w:r>
      <w:r>
        <w:rPr>
          <w:b w:val="0"/>
          <w:i w:val="0"/>
          <w:smallCaps w:val="0"/>
          <w:strike w:val="0"/>
          <w:sz w:val="20"/>
          <w:u w:val="single"/>
        </w:rPr>
        <w:t xml:space="preserve"> and China’s regional rivals</w:t>
      </w:r>
      <w:r>
        <w:rPr>
          <w:b w:val="0"/>
          <w:i w:val="0"/>
          <w:smallCaps w:val="0"/>
          <w:strike w:val="0"/>
          <w:sz w:val="16"/>
          <w:u w:val="none"/>
        </w:rPr>
        <w:t xml:space="preserve">, including Japan and India, </w:t>
      </w:r>
      <w:r>
        <w:rPr>
          <w:b w:val="0"/>
          <w:i w:val="0"/>
          <w:smallCaps w:val="0"/>
          <w:strike w:val="0"/>
          <w:sz w:val="20"/>
          <w:u w:val="single"/>
        </w:rPr>
        <w:t>which</w:t>
      </w:r>
      <w:r>
        <w:rPr>
          <w:b w:val="0"/>
          <w:i w:val="0"/>
          <w:smallCaps w:val="0"/>
          <w:strike w:val="0"/>
          <w:sz w:val="16"/>
          <w:u w:val="none"/>
        </w:rPr>
        <w:t xml:space="preserve"> themselves </w:t>
      </w:r>
      <w:r>
        <w:rPr>
          <w:b w:val="0"/>
          <w:i w:val="0"/>
          <w:smallCaps w:val="0"/>
          <w:strike w:val="0"/>
          <w:sz w:val="20"/>
          <w:highlight w:val="cyan"/>
          <w:u w:val="single"/>
        </w:rPr>
        <w:t xml:space="preserve">have </w:t>
      </w:r>
      <w:r>
        <w:rPr>
          <w:b/>
          <w:i w:val="0"/>
          <w:smallCaps w:val="0"/>
          <w:strike w:val="0"/>
          <w:sz w:val="20"/>
          <w:highlight w:val="cyan"/>
          <w:u w:val="single"/>
        </w:rPr>
        <w:t>potent militaries</w:t>
      </w:r>
      <w:r>
        <w:rPr>
          <w:b w:val="0"/>
          <w:i w:val="0"/>
          <w:smallCaps w:val="0"/>
          <w:strike w:val="0"/>
          <w:sz w:val="16"/>
          <w:u w:val="none"/>
        </w:rPr>
        <w:t xml:space="preserve">. </w:t>
      </w:r>
      <w:r>
        <w:rPr>
          <w:b w:val="0"/>
          <w:i w:val="0"/>
          <w:smallCaps w:val="0"/>
          <w:strike w:val="0"/>
          <w:sz w:val="20"/>
          <w:highlight w:val="cyan"/>
          <w:u w:val="single"/>
        </w:rPr>
        <w:t>China</w:t>
      </w:r>
      <w:r>
        <w:rPr>
          <w:b w:val="0"/>
          <w:i w:val="0"/>
          <w:smallCaps w:val="0"/>
          <w:strike w:val="0"/>
          <w:sz w:val="16"/>
          <w:u w:val="none"/>
        </w:rPr>
        <w:t xml:space="preserve"> will be </w:t>
      </w:r>
      <w:r>
        <w:rPr>
          <w:b/>
          <w:i w:val="0"/>
          <w:smallCaps w:val="0"/>
          <w:strike w:val="0"/>
          <w:sz w:val="20"/>
          <w:highlight w:val="cyan"/>
          <w:u w:val="single"/>
        </w:rPr>
        <w:t>alone</w:t>
      </w:r>
      <w:r>
        <w:rPr>
          <w:b w:val="0"/>
          <w:i w:val="0"/>
          <w:smallCaps w:val="0"/>
          <w:strike w:val="0"/>
          <w:sz w:val="20"/>
          <w:u w:val="single"/>
        </w:rPr>
        <w:t xml:space="preserve"> and face enemies on </w:t>
      </w:r>
      <w:r>
        <w:rPr>
          <w:b/>
          <w:i w:val="0"/>
          <w:smallCaps w:val="0"/>
          <w:strike w:val="0"/>
          <w:sz w:val="20"/>
          <w:u w:val="single"/>
        </w:rPr>
        <w:t>many sides</w:t>
      </w:r>
      <w:r>
        <w:rPr>
          <w:b w:val="0"/>
          <w:i w:val="0"/>
          <w:smallCaps w:val="0"/>
          <w:strike w:val="0"/>
          <w:sz w:val="16"/>
          <w:u w:val="none"/>
        </w:rPr>
        <w:t>.</w:t>
      </w:r>
    </w:p>
    <w:p>
      <w:pPr>
        <w:spacing w:after="60"/>
      </w:pPr>
      <w:r>
        <w:rPr>
          <w:b w:val="0"/>
          <w:i w:val="0"/>
          <w:smallCaps w:val="0"/>
          <w:strike w:val="0"/>
          <w:sz w:val="16"/>
          <w:u w:val="none"/>
        </w:rPr>
        <w:t>As for motivation, China is deeply resentful of the American security presence in Asia. Its leaders see the U.S. as the principal obstacle to their country’s global ambitions. But there is no evidence that they are bent on regime change in the U.S. or seek its physical destruction.</w:t>
      </w:r>
    </w:p>
    <w:p>
      <w:pPr>
        <w:spacing w:after="60"/>
      </w:pPr>
      <w:r>
        <w:rPr>
          <w:b w:val="0"/>
          <w:i w:val="0"/>
          <w:smallCaps w:val="0"/>
          <w:strike w:val="0"/>
          <w:sz w:val="20"/>
          <w:highlight w:val="cyan"/>
          <w:u w:val="single"/>
        </w:rPr>
        <w:t>China has no</w:t>
      </w:r>
      <w:r>
        <w:rPr>
          <w:b w:val="0"/>
          <w:i w:val="0"/>
          <w:smallCaps w:val="0"/>
          <w:strike w:val="0"/>
          <w:sz w:val="20"/>
          <w:u w:val="single"/>
        </w:rPr>
        <w:t xml:space="preserve"> </w:t>
      </w:r>
      <w:r>
        <w:rPr>
          <w:b/>
          <w:i w:val="0"/>
          <w:smallCaps w:val="0"/>
          <w:strike w:val="0"/>
          <w:sz w:val="20"/>
          <w:u w:val="single"/>
        </w:rPr>
        <w:t xml:space="preserve">real </w:t>
      </w:r>
      <w:r>
        <w:rPr>
          <w:b/>
          <w:i w:val="0"/>
          <w:smallCaps w:val="0"/>
          <w:strike w:val="0"/>
          <w:sz w:val="20"/>
          <w:highlight w:val="cyan"/>
          <w:u w:val="single"/>
        </w:rPr>
        <w:t>ideological appeal</w:t>
      </w:r>
      <w:r>
        <w:rPr>
          <w:b w:val="0"/>
          <w:i w:val="0"/>
          <w:smallCaps w:val="0"/>
          <w:strike w:val="0"/>
          <w:sz w:val="20"/>
          <w:u w:val="single"/>
        </w:rPr>
        <w:t xml:space="preserve"> outside its borders</w:t>
      </w:r>
      <w:r>
        <w:rPr>
          <w:b w:val="0"/>
          <w:i w:val="0"/>
          <w:smallCaps w:val="0"/>
          <w:strike w:val="0"/>
          <w:sz w:val="16"/>
          <w:u w:val="none"/>
        </w:rPr>
        <w:t xml:space="preserve">, despite assiduously promoting its </w:t>
      </w:r>
      <w:r>
        <w:rPr>
          <w:b w:val="0"/>
          <w:i w:val="0"/>
          <w:smallCaps w:val="0"/>
          <w:strike w:val="0"/>
          <w:sz w:val="16"/>
          <w:u w:val="none"/>
        </w:rPr>
        <w:t>“ China</w:t>
      </w:r>
      <w:r>
        <w:rPr>
          <w:b w:val="0"/>
          <w:i w:val="0"/>
          <w:smallCaps w:val="0"/>
          <w:strike w:val="0"/>
          <w:sz w:val="16"/>
          <w:u w:val="none"/>
        </w:rPr>
        <w:t xml:space="preserve"> Model” of rapid economic development under one-party rule; most other countries know that China’s economic success would be hard to replicate. During the height of the Cold War in the 1950s and 1960s, Soviet communism inspired revolutions around the world. Today, the few countries that pay lip service to the China Model do so to win economic favors from Beijing. The real ideological threat to the U.S. — the political authoritarianism embodied by former President Donald Trump and his followers — lies within its own borders.</w:t>
      </w:r>
    </w:p>
    <w:p>
      <w:pPr>
        <w:spacing w:after="60"/>
      </w:pPr>
      <w:r>
        <w:rPr>
          <w:b w:val="0"/>
          <w:i w:val="0"/>
          <w:smallCaps w:val="0"/>
          <w:strike w:val="0"/>
          <w:sz w:val="16"/>
          <w:u w:val="none"/>
        </w:rPr>
        <w:t xml:space="preserve">What about the prospect of China becoming the world’s largest economy in dollar terms? </w:t>
      </w:r>
      <w:r>
        <w:rPr>
          <w:b w:val="0"/>
          <w:i w:val="0"/>
          <w:smallCaps w:val="0"/>
          <w:strike w:val="0"/>
          <w:sz w:val="20"/>
          <w:u w:val="single"/>
        </w:rPr>
        <w:t xml:space="preserve">Measured in </w:t>
      </w:r>
      <w:r>
        <w:rPr>
          <w:b/>
          <w:i w:val="0"/>
          <w:smallCaps w:val="0"/>
          <w:strike w:val="0"/>
          <w:sz w:val="20"/>
          <w:u w:val="single"/>
        </w:rPr>
        <w:t>real terms</w:t>
      </w:r>
      <w:r>
        <w:rPr>
          <w:b w:val="0"/>
          <w:i w:val="0"/>
          <w:smallCaps w:val="0"/>
          <w:strike w:val="0"/>
          <w:sz w:val="16"/>
          <w:u w:val="none"/>
        </w:rPr>
        <w:t xml:space="preserve"> (or </w:t>
      </w:r>
      <w:r>
        <w:rPr>
          <w:b w:val="0"/>
          <w:i w:val="0"/>
          <w:smallCaps w:val="0"/>
          <w:strike w:val="0"/>
          <w:sz w:val="20"/>
          <w:u w:val="single"/>
        </w:rPr>
        <w:t>purchasing power parity</w:t>
      </w:r>
      <w:r>
        <w:rPr>
          <w:b w:val="0"/>
          <w:i w:val="0"/>
          <w:smallCaps w:val="0"/>
          <w:strike w:val="0"/>
          <w:sz w:val="16"/>
          <w:u w:val="none"/>
        </w:rPr>
        <w:t xml:space="preserve">), the </w:t>
      </w:r>
      <w:r>
        <w:rPr>
          <w:b w:val="0"/>
          <w:i w:val="0"/>
          <w:smallCaps w:val="0"/>
          <w:strike w:val="0"/>
          <w:sz w:val="20"/>
          <w:highlight w:val="cyan"/>
          <w:u w:val="single"/>
        </w:rPr>
        <w:t xml:space="preserve">Chinese economy surpassed America’s in </w:t>
      </w:r>
      <w:r>
        <w:rPr>
          <w:b/>
          <w:i w:val="0"/>
          <w:smallCaps w:val="0"/>
          <w:strike w:val="0"/>
          <w:sz w:val="20"/>
          <w:highlight w:val="cyan"/>
          <w:u w:val="single"/>
        </w:rPr>
        <w:t>2014</w:t>
      </w:r>
      <w:r>
        <w:rPr>
          <w:b w:val="0"/>
          <w:i w:val="0"/>
          <w:smallCaps w:val="0"/>
          <w:strike w:val="0"/>
          <w:sz w:val="20"/>
          <w:highlight w:val="cyan"/>
          <w:u w:val="single"/>
        </w:rPr>
        <w:t xml:space="preserve"> without eroding U.S. </w:t>
      </w:r>
      <w:r>
        <w:rPr>
          <w:b/>
          <w:i w:val="0"/>
          <w:smallCaps w:val="0"/>
          <w:strike w:val="0"/>
          <w:sz w:val="20"/>
          <w:highlight w:val="cyan"/>
          <w:u w:val="single"/>
        </w:rPr>
        <w:t>leadership</w:t>
      </w:r>
      <w:r>
        <w:rPr>
          <w:b/>
          <w:i w:val="0"/>
          <w:smallCaps w:val="0"/>
          <w:strike w:val="0"/>
          <w:sz w:val="20"/>
          <w:u w:val="single"/>
        </w:rPr>
        <w:t xml:space="preserve"> in global finance</w:t>
      </w:r>
      <w:r>
        <w:rPr>
          <w:b w:val="0"/>
          <w:i w:val="0"/>
          <w:smallCaps w:val="0"/>
          <w:strike w:val="0"/>
          <w:sz w:val="16"/>
          <w:u w:val="none"/>
        </w:rPr>
        <w:t xml:space="preserve"> and </w:t>
      </w:r>
      <w:r>
        <w:rPr>
          <w:b w:val="0"/>
          <w:i w:val="0"/>
          <w:smallCaps w:val="0"/>
          <w:strike w:val="0"/>
          <w:sz w:val="20"/>
          <w:u w:val="single"/>
        </w:rPr>
        <w:t>technology</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undermining U.S. </w:t>
      </w:r>
      <w:r>
        <w:rPr>
          <w:b w:val="0"/>
          <w:i w:val="0"/>
          <w:smallCaps w:val="0"/>
          <w:strike w:val="0"/>
          <w:sz w:val="20"/>
          <w:u w:val="single"/>
        </w:rPr>
        <w:t>prosperity</w:t>
      </w:r>
      <w:r>
        <w:rPr>
          <w:b w:val="0"/>
          <w:i w:val="0"/>
          <w:smallCaps w:val="0"/>
          <w:strike w:val="0"/>
          <w:sz w:val="16"/>
          <w:u w:val="none"/>
        </w:rPr>
        <w:t>.</w:t>
      </w:r>
    </w:p>
    <w:p>
      <w:pPr>
        <w:spacing w:after="60"/>
      </w:pPr>
      <w:r>
        <w:rPr>
          <w:b w:val="0"/>
          <w:i w:val="0"/>
          <w:smallCaps w:val="0"/>
          <w:strike w:val="0"/>
          <w:sz w:val="20"/>
          <w:u w:val="single"/>
        </w:rPr>
        <w:t>Judging</w:t>
      </w:r>
      <w:r>
        <w:rPr>
          <w:b w:val="0"/>
          <w:i w:val="0"/>
          <w:smallCaps w:val="0"/>
          <w:strike w:val="0"/>
          <w:sz w:val="16"/>
          <w:u w:val="none"/>
        </w:rPr>
        <w:t xml:space="preserve"> the </w:t>
      </w:r>
      <w:r>
        <w:rPr>
          <w:b w:val="0"/>
          <w:i w:val="0"/>
          <w:smallCaps w:val="0"/>
          <w:strike w:val="0"/>
          <w:sz w:val="20"/>
          <w:u w:val="single"/>
        </w:rPr>
        <w:t>Chinese threat by</w:t>
      </w:r>
      <w:r>
        <w:rPr>
          <w:b w:val="0"/>
          <w:i w:val="0"/>
          <w:smallCaps w:val="0"/>
          <w:strike w:val="0"/>
          <w:sz w:val="16"/>
          <w:u w:val="none"/>
        </w:rPr>
        <w:t xml:space="preserve"> the </w:t>
      </w:r>
      <w:r>
        <w:rPr>
          <w:b w:val="0"/>
          <w:i w:val="0"/>
          <w:smallCaps w:val="0"/>
          <w:strike w:val="0"/>
          <w:sz w:val="20"/>
          <w:u w:val="single"/>
        </w:rPr>
        <w:t>size of China’s economy</w:t>
      </w:r>
      <w:r>
        <w:rPr>
          <w:b w:val="0"/>
          <w:i w:val="0"/>
          <w:smallCaps w:val="0"/>
          <w:strike w:val="0"/>
          <w:sz w:val="16"/>
          <w:u w:val="none"/>
        </w:rPr>
        <w:t xml:space="preserve"> (the amount of goods and services it produces) is also </w:t>
      </w:r>
      <w:r>
        <w:rPr>
          <w:b/>
          <w:i w:val="0"/>
          <w:smallCaps w:val="0"/>
          <w:strike w:val="0"/>
          <w:sz w:val="20"/>
          <w:u w:val="single"/>
        </w:rPr>
        <w:t>misleading</w:t>
      </w:r>
      <w:r>
        <w:rPr>
          <w:b w:val="0"/>
          <w:i w:val="0"/>
          <w:smallCaps w:val="0"/>
          <w:strike w:val="0"/>
          <w:sz w:val="20"/>
          <w:u w:val="single"/>
        </w:rPr>
        <w:t xml:space="preserve"> because</w:t>
      </w:r>
      <w:r>
        <w:rPr>
          <w:b w:val="0"/>
          <w:i w:val="0"/>
          <w:smallCaps w:val="0"/>
          <w:strike w:val="0"/>
          <w:sz w:val="16"/>
          <w:u w:val="none"/>
        </w:rPr>
        <w:t xml:space="preserve"> its </w:t>
      </w:r>
      <w:r>
        <w:rPr>
          <w:b w:val="0"/>
          <w:i w:val="0"/>
          <w:smallCaps w:val="0"/>
          <w:strike w:val="0"/>
          <w:sz w:val="20"/>
          <w:u w:val="single"/>
        </w:rPr>
        <w:t xml:space="preserve">population is </w:t>
      </w:r>
      <w:r>
        <w:rPr>
          <w:b/>
          <w:i w:val="0"/>
          <w:smallCaps w:val="0"/>
          <w:strike w:val="0"/>
          <w:sz w:val="20"/>
          <w:u w:val="single"/>
        </w:rPr>
        <w:t>more than four times larger</w:t>
      </w:r>
      <w:r>
        <w:rPr>
          <w:b w:val="0"/>
          <w:i w:val="0"/>
          <w:smallCaps w:val="0"/>
          <w:strike w:val="0"/>
          <w:sz w:val="16"/>
          <w:u w:val="none"/>
        </w:rPr>
        <w:t xml:space="preserve"> than that of the U.S. </w:t>
      </w:r>
      <w:r>
        <w:rPr>
          <w:b w:val="0"/>
          <w:i w:val="0"/>
          <w:smallCaps w:val="0"/>
          <w:strike w:val="0"/>
          <w:sz w:val="20"/>
          <w:highlight w:val="cyan"/>
          <w:u w:val="single"/>
        </w:rPr>
        <w:t xml:space="preserve">Aggregate wealth and </w:t>
      </w:r>
      <w:r>
        <w:rPr>
          <w:b/>
          <w:i w:val="0"/>
          <w:smallCaps w:val="0"/>
          <w:strike w:val="0"/>
          <w:sz w:val="20"/>
          <w:highlight w:val="cyan"/>
          <w:u w:val="single"/>
        </w:rPr>
        <w:t>tech</w:t>
      </w:r>
      <w:r>
        <w:rPr>
          <w:b/>
          <w:i w:val="0"/>
          <w:smallCaps w:val="0"/>
          <w:strike w:val="0"/>
          <w:sz w:val="20"/>
          <w:u w:val="single"/>
        </w:rPr>
        <w:t>nological capabilities</w:t>
      </w:r>
      <w:r>
        <w:rPr>
          <w:b w:val="0"/>
          <w:i w:val="0"/>
          <w:smallCaps w:val="0"/>
          <w:strike w:val="0"/>
          <w:sz w:val="20"/>
          <w:u w:val="single"/>
        </w:rPr>
        <w:t xml:space="preserve"> are </w:t>
      </w:r>
      <w:r>
        <w:rPr>
          <w:b/>
          <w:i w:val="0"/>
          <w:smallCaps w:val="0"/>
          <w:strike w:val="0"/>
          <w:sz w:val="20"/>
          <w:highlight w:val="cyan"/>
          <w:u w:val="single"/>
        </w:rPr>
        <w:t>far more meaningful</w:t>
      </w:r>
      <w:r>
        <w:rPr>
          <w:b/>
          <w:i w:val="0"/>
          <w:smallCaps w:val="0"/>
          <w:strike w:val="0"/>
          <w:sz w:val="20"/>
          <w:u w:val="single"/>
        </w:rPr>
        <w:t xml:space="preserve"> yardsticks</w:t>
      </w:r>
      <w:r>
        <w:rPr>
          <w:b w:val="0"/>
          <w:i w:val="0"/>
          <w:smallCaps w:val="0"/>
          <w:strike w:val="0"/>
          <w:sz w:val="20"/>
          <w:u w:val="single"/>
        </w:rPr>
        <w:t xml:space="preserve"> of power</w:t>
      </w:r>
      <w:r>
        <w:rPr>
          <w:b w:val="0"/>
          <w:i w:val="0"/>
          <w:smallCaps w:val="0"/>
          <w:strike w:val="0"/>
          <w:sz w:val="16"/>
          <w:u w:val="none"/>
        </w:rPr>
        <w:t>.</w:t>
      </w:r>
    </w:p>
    <w:p>
      <w:pPr>
        <w:spacing w:after="60"/>
      </w:pPr>
      <w:r>
        <w:rPr>
          <w:b w:val="0"/>
          <w:i w:val="0"/>
          <w:smallCaps w:val="0"/>
          <w:strike w:val="0"/>
          <w:sz w:val="16"/>
          <w:u w:val="none"/>
        </w:rPr>
        <w:t xml:space="preserve">Compared with China, the </w:t>
      </w:r>
      <w:r>
        <w:rPr>
          <w:b w:val="0"/>
          <w:i w:val="0"/>
          <w:smallCaps w:val="0"/>
          <w:strike w:val="0"/>
          <w:sz w:val="20"/>
          <w:u w:val="single"/>
        </w:rPr>
        <w:t xml:space="preserve">U.S. remains a </w:t>
      </w:r>
      <w:r>
        <w:rPr>
          <w:b/>
          <w:i w:val="0"/>
          <w:smallCaps w:val="0"/>
          <w:strike w:val="0"/>
          <w:sz w:val="20"/>
          <w:u w:val="single"/>
        </w:rPr>
        <w:t>solid leader</w:t>
      </w:r>
      <w:r>
        <w:rPr>
          <w:b w:val="0"/>
          <w:i w:val="0"/>
          <w:smallCaps w:val="0"/>
          <w:strike w:val="0"/>
          <w:sz w:val="20"/>
          <w:u w:val="single"/>
        </w:rPr>
        <w:t xml:space="preserve"> in both</w:t>
      </w:r>
      <w:r>
        <w:rPr>
          <w:b w:val="0"/>
          <w:i w:val="0"/>
          <w:smallCaps w:val="0"/>
          <w:strike w:val="0"/>
          <w:sz w:val="16"/>
          <w:u w:val="none"/>
        </w:rPr>
        <w:t xml:space="preserve">. </w:t>
      </w:r>
      <w:r>
        <w:rPr>
          <w:b w:val="0"/>
          <w:i w:val="0"/>
          <w:smallCaps w:val="0"/>
          <w:strike w:val="0"/>
          <w:sz w:val="20"/>
          <w:u w:val="single"/>
        </w:rPr>
        <w:t>U.S. households held $130 trillion</w:t>
      </w:r>
      <w:r>
        <w:rPr>
          <w:b w:val="0"/>
          <w:i w:val="0"/>
          <w:smallCaps w:val="0"/>
          <w:strike w:val="0"/>
          <w:sz w:val="16"/>
          <w:u w:val="none"/>
        </w:rPr>
        <w:t xml:space="preserve"> in wealth at the end of 2020, while Credit Suisse estimates that </w:t>
      </w:r>
      <w:r>
        <w:rPr>
          <w:b w:val="0"/>
          <w:i w:val="0"/>
          <w:smallCaps w:val="0"/>
          <w:strike w:val="0"/>
          <w:sz w:val="20"/>
          <w:u w:val="single"/>
        </w:rPr>
        <w:t>Chinese</w:t>
      </w:r>
      <w:r>
        <w:rPr>
          <w:b w:val="0"/>
          <w:i w:val="0"/>
          <w:smallCaps w:val="0"/>
          <w:strike w:val="0"/>
          <w:sz w:val="16"/>
          <w:u w:val="none"/>
        </w:rPr>
        <w:t xml:space="preserve"> household wealth in mid-2020 </w:t>
      </w:r>
      <w:r>
        <w:rPr>
          <w:b w:val="0"/>
          <w:i w:val="0"/>
          <w:smallCaps w:val="0"/>
          <w:strike w:val="0"/>
          <w:sz w:val="20"/>
          <w:u w:val="single"/>
        </w:rPr>
        <w:t>stood at $82 trillion</w:t>
      </w:r>
      <w:r>
        <w:rPr>
          <w:b w:val="0"/>
          <w:i w:val="0"/>
          <w:smallCaps w:val="0"/>
          <w:strike w:val="0"/>
          <w:sz w:val="16"/>
          <w:u w:val="none"/>
        </w:rPr>
        <w:t xml:space="preserve">. </w:t>
      </w:r>
    </w:p>
    <w:p>
      <w:pPr>
        <w:spacing w:after="60"/>
      </w:pPr>
      <w:r>
        <w:rPr>
          <w:b w:val="0"/>
          <w:i w:val="0"/>
          <w:smallCaps w:val="0"/>
          <w:strike w:val="0"/>
          <w:sz w:val="20"/>
          <w:u w:val="single"/>
        </w:rPr>
        <w:t>Technologically</w:t>
      </w:r>
      <w:r>
        <w:rPr>
          <w:b w:val="0"/>
          <w:i w:val="0"/>
          <w:smallCaps w:val="0"/>
          <w:strike w:val="0"/>
          <w:sz w:val="16"/>
          <w:u w:val="none"/>
        </w:rPr>
        <w:t xml:space="preserve">, while China has made impressive strides in recent years, the </w:t>
      </w:r>
      <w:r>
        <w:rPr>
          <w:b w:val="0"/>
          <w:i w:val="0"/>
          <w:smallCaps w:val="0"/>
          <w:strike w:val="0"/>
          <w:sz w:val="20"/>
          <w:u w:val="single"/>
        </w:rPr>
        <w:t>U</w:t>
      </w:r>
      <w:r>
        <w:rPr>
          <w:b w:val="0"/>
          <w:i w:val="0"/>
          <w:smallCaps w:val="0"/>
          <w:strike w:val="0"/>
          <w:sz w:val="16"/>
          <w:u w:val="none"/>
        </w:rPr>
        <w:t>.</w:t>
      </w:r>
      <w:r>
        <w:rPr>
          <w:b w:val="0"/>
          <w:i w:val="0"/>
          <w:smallCaps w:val="0"/>
          <w:strike w:val="0"/>
          <w:sz w:val="20"/>
          <w:u w:val="single"/>
        </w:rPr>
        <w:t>S</w:t>
      </w:r>
      <w:r>
        <w:rPr>
          <w:b w:val="0"/>
          <w:i w:val="0"/>
          <w:smallCaps w:val="0"/>
          <w:strike w:val="0"/>
          <w:sz w:val="16"/>
          <w:u w:val="none"/>
        </w:rPr>
        <w:t xml:space="preserve">. continues to </w:t>
      </w:r>
      <w:r>
        <w:rPr>
          <w:b w:val="0"/>
          <w:i w:val="0"/>
          <w:smallCaps w:val="0"/>
          <w:strike w:val="0"/>
          <w:sz w:val="20"/>
          <w:u w:val="single"/>
        </w:rPr>
        <w:t xml:space="preserve">lead in </w:t>
      </w:r>
      <w:r>
        <w:rPr>
          <w:b/>
          <w:i w:val="0"/>
          <w:smallCaps w:val="0"/>
          <w:strike w:val="0"/>
          <w:sz w:val="20"/>
          <w:u w:val="single"/>
        </w:rPr>
        <w:t>key areas</w:t>
      </w:r>
      <w:r>
        <w:rPr>
          <w:b w:val="0"/>
          <w:i w:val="0"/>
          <w:smallCaps w:val="0"/>
          <w:strike w:val="0"/>
          <w:sz w:val="16"/>
          <w:u w:val="none"/>
        </w:rPr>
        <w:t xml:space="preserve">. The </w:t>
      </w:r>
      <w:r>
        <w:rPr>
          <w:b w:val="0"/>
          <w:i w:val="0"/>
          <w:smallCaps w:val="0"/>
          <w:strike w:val="0"/>
          <w:sz w:val="20"/>
          <w:highlight w:val="cyan"/>
          <w:u w:val="single"/>
        </w:rPr>
        <w:t>recent</w:t>
      </w:r>
      <w:r>
        <w:rPr>
          <w:b w:val="0"/>
          <w:i w:val="0"/>
          <w:smallCaps w:val="0"/>
          <w:strike w:val="0"/>
          <w:sz w:val="20"/>
          <w:u w:val="single"/>
        </w:rPr>
        <w:t xml:space="preserve"> </w:t>
      </w:r>
      <w:r>
        <w:rPr>
          <w:b/>
          <w:i w:val="0"/>
          <w:smallCaps w:val="0"/>
          <w:strike w:val="0"/>
          <w:sz w:val="20"/>
          <w:u w:val="single"/>
        </w:rPr>
        <w:t xml:space="preserve">tech </w:t>
      </w:r>
      <w:r>
        <w:rPr>
          <w:b/>
          <w:i w:val="0"/>
          <w:smallCaps w:val="0"/>
          <w:strike w:val="0"/>
          <w:sz w:val="20"/>
          <w:highlight w:val="cyan"/>
          <w:u w:val="single"/>
        </w:rPr>
        <w:t>trade war</w:t>
      </w:r>
      <w:r>
        <w:rPr>
          <w:b w:val="0"/>
          <w:i w:val="0"/>
          <w:smallCaps w:val="0"/>
          <w:strike w:val="0"/>
          <w:sz w:val="16"/>
          <w:u w:val="none"/>
        </w:rPr>
        <w:t xml:space="preserve"> between the two countries </w:t>
      </w:r>
      <w:r>
        <w:rPr>
          <w:b w:val="0"/>
          <w:i w:val="0"/>
          <w:smallCaps w:val="0"/>
          <w:strike w:val="0"/>
          <w:sz w:val="20"/>
          <w:highlight w:val="cyan"/>
          <w:u w:val="single"/>
        </w:rPr>
        <w:t>exposed</w:t>
      </w:r>
      <w:r>
        <w:rPr>
          <w:b w:val="0"/>
          <w:i w:val="0"/>
          <w:smallCaps w:val="0"/>
          <w:strike w:val="0"/>
          <w:sz w:val="16"/>
          <w:u w:val="none"/>
        </w:rPr>
        <w:t xml:space="preserve"> just </w:t>
      </w:r>
      <w:r>
        <w:rPr>
          <w:b w:val="0"/>
          <w:i w:val="0"/>
          <w:smallCaps w:val="0"/>
          <w:strike w:val="0"/>
          <w:sz w:val="20"/>
          <w:highlight w:val="cyan"/>
          <w:u w:val="single"/>
        </w:rPr>
        <w:t>how vulnerable China</w:t>
      </w:r>
      <w:r>
        <w:rPr>
          <w:b w:val="0"/>
          <w:i w:val="0"/>
          <w:smallCaps w:val="0"/>
          <w:strike w:val="0"/>
          <w:sz w:val="16"/>
          <w:u w:val="none"/>
        </w:rPr>
        <w:t xml:space="preserve"> — not the U.S. — </w:t>
      </w:r>
      <w:r>
        <w:rPr>
          <w:b w:val="0"/>
          <w:i w:val="0"/>
          <w:smallCaps w:val="0"/>
          <w:strike w:val="0"/>
          <w:sz w:val="20"/>
          <w:highlight w:val="cyan"/>
          <w:u w:val="single"/>
        </w:rPr>
        <w:t>is</w:t>
      </w:r>
      <w:r>
        <w:rPr>
          <w:b w:val="0"/>
          <w:i w:val="0"/>
          <w:smallCaps w:val="0"/>
          <w:strike w:val="0"/>
          <w:sz w:val="16"/>
          <w:u w:val="none"/>
        </w:rPr>
        <w:t xml:space="preserve">. </w:t>
      </w:r>
      <w:r>
        <w:rPr>
          <w:b w:val="0"/>
          <w:i w:val="0"/>
          <w:smallCaps w:val="0"/>
          <w:strike w:val="0"/>
          <w:sz w:val="20"/>
          <w:highlight w:val="cyan"/>
          <w:u w:val="single"/>
        </w:rPr>
        <w:t>U.S. sanctions</w:t>
      </w:r>
      <w:r>
        <w:rPr>
          <w:b w:val="0"/>
          <w:i w:val="0"/>
          <w:smallCaps w:val="0"/>
          <w:strike w:val="0"/>
          <w:sz w:val="16"/>
          <w:u w:val="none"/>
        </w:rPr>
        <w:t xml:space="preserve"> have </w:t>
      </w:r>
      <w:r>
        <w:rPr>
          <w:b w:val="0"/>
          <w:i w:val="0"/>
          <w:smallCaps w:val="0"/>
          <w:strike/>
          <w:sz w:val="16"/>
          <w:u w:val="none"/>
        </w:rPr>
        <w:t>crippled</w:t>
      </w:r>
      <w:r>
        <w:rPr>
          <w:b w:val="0"/>
          <w:i w:val="0"/>
          <w:smallCaps w:val="0"/>
          <w:strike w:val="0"/>
          <w:sz w:val="16"/>
          <w:u w:val="none"/>
        </w:rPr>
        <w:t xml:space="preserve"> [</w:t>
      </w:r>
      <w:r>
        <w:rPr>
          <w:b/>
          <w:i w:val="0"/>
          <w:smallCaps w:val="0"/>
          <w:strike w:val="0"/>
          <w:sz w:val="20"/>
          <w:highlight w:val="cyan"/>
          <w:u w:val="single"/>
        </w:rPr>
        <w:t>annihilated</w:t>
      </w:r>
      <w:r>
        <w:rPr>
          <w:b w:val="0"/>
          <w:i w:val="0"/>
          <w:smallCaps w:val="0"/>
          <w:strike w:val="0"/>
          <w:sz w:val="16"/>
          <w:u w:val="none"/>
        </w:rPr>
        <w:t xml:space="preserve">] </w:t>
      </w:r>
      <w:r>
        <w:rPr>
          <w:b w:val="0"/>
          <w:i w:val="0"/>
          <w:smallCaps w:val="0"/>
          <w:strike w:val="0"/>
          <w:sz w:val="20"/>
          <w:u w:val="single"/>
        </w:rPr>
        <w:t xml:space="preserve">China’s </w:t>
      </w:r>
      <w:r>
        <w:rPr>
          <w:b/>
          <w:i w:val="0"/>
          <w:smallCaps w:val="0"/>
          <w:strike w:val="0"/>
          <w:sz w:val="20"/>
          <w:u w:val="single"/>
        </w:rPr>
        <w:t xml:space="preserve">telecom giant </w:t>
      </w:r>
      <w:r>
        <w:rPr>
          <w:b/>
          <w:i w:val="0"/>
          <w:smallCaps w:val="0"/>
          <w:strike w:val="0"/>
          <w:sz w:val="20"/>
          <w:highlight w:val="cyan"/>
          <w:u w:val="single"/>
        </w:rPr>
        <w:t>Huawei</w:t>
      </w:r>
      <w:r>
        <w:rPr>
          <w:b w:val="0"/>
          <w:i w:val="0"/>
          <w:smallCaps w:val="0"/>
          <w:strike w:val="0"/>
          <w:sz w:val="16"/>
          <w:u w:val="none"/>
        </w:rPr>
        <w:t xml:space="preserve"> Technologies Co. </w:t>
      </w:r>
      <w:r>
        <w:rPr>
          <w:b w:val="0"/>
          <w:i w:val="0"/>
          <w:smallCaps w:val="0"/>
          <w:strike w:val="0"/>
          <w:sz w:val="20"/>
          <w:u w:val="single"/>
        </w:rPr>
        <w:t xml:space="preserve">and </w:t>
      </w:r>
      <w:r>
        <w:rPr>
          <w:b w:val="0"/>
          <w:i w:val="0"/>
          <w:smallCaps w:val="0"/>
          <w:strike w:val="0"/>
          <w:sz w:val="20"/>
          <w:highlight w:val="cyan"/>
          <w:u w:val="single"/>
        </w:rPr>
        <w:t>cast</w:t>
      </w:r>
      <w:r>
        <w:rPr>
          <w:b w:val="0"/>
          <w:i w:val="0"/>
          <w:smallCaps w:val="0"/>
          <w:strike w:val="0"/>
          <w:sz w:val="16"/>
          <w:u w:val="none"/>
        </w:rPr>
        <w:t xml:space="preserve"> a </w:t>
      </w:r>
      <w:r>
        <w:rPr>
          <w:b w:val="0"/>
          <w:i w:val="0"/>
          <w:smallCaps w:val="0"/>
          <w:strike w:val="0"/>
          <w:sz w:val="20"/>
          <w:highlight w:val="cyan"/>
          <w:u w:val="single"/>
        </w:rPr>
        <w:t>shadow over</w:t>
      </w:r>
      <w:r>
        <w:rPr>
          <w:b w:val="0"/>
          <w:i w:val="0"/>
          <w:smallCaps w:val="0"/>
          <w:strike w:val="0"/>
          <w:sz w:val="16"/>
          <w:u w:val="none"/>
        </w:rPr>
        <w:t xml:space="preserve"> the </w:t>
      </w:r>
      <w:r>
        <w:rPr>
          <w:b w:val="0"/>
          <w:i w:val="0"/>
          <w:smallCaps w:val="0"/>
          <w:strike w:val="0"/>
          <w:sz w:val="20"/>
          <w:highlight w:val="cyan"/>
          <w:u w:val="single"/>
        </w:rPr>
        <w:t>entire</w:t>
      </w:r>
      <w:r>
        <w:rPr>
          <w:b w:val="0"/>
          <w:i w:val="0"/>
          <w:smallCaps w:val="0"/>
          <w:strike w:val="0"/>
          <w:sz w:val="20"/>
          <w:u w:val="single"/>
        </w:rPr>
        <w:t xml:space="preserve"> </w:t>
      </w:r>
      <w:r>
        <w:rPr>
          <w:b/>
          <w:i w:val="0"/>
          <w:smallCaps w:val="0"/>
          <w:strike w:val="0"/>
          <w:sz w:val="20"/>
          <w:u w:val="single"/>
        </w:rPr>
        <w:t xml:space="preserve">Chinese tech </w:t>
      </w:r>
      <w:r>
        <w:rPr>
          <w:b/>
          <w:i w:val="0"/>
          <w:smallCaps w:val="0"/>
          <w:strike w:val="0"/>
          <w:sz w:val="20"/>
          <w:highlight w:val="cyan"/>
          <w:u w:val="single"/>
        </w:rPr>
        <w:t>sector</w:t>
      </w:r>
      <w:r>
        <w:rPr>
          <w:b w:val="0"/>
          <w:i w:val="0"/>
          <w:smallCaps w:val="0"/>
          <w:strike w:val="0"/>
          <w:sz w:val="16"/>
          <w:u w:val="none"/>
        </w:rPr>
        <w:t xml:space="preserve">. Even </w:t>
      </w:r>
      <w:r>
        <w:rPr>
          <w:b w:val="0"/>
          <w:i w:val="0"/>
          <w:smallCaps w:val="0"/>
          <w:strike w:val="0"/>
          <w:sz w:val="20"/>
          <w:u w:val="single"/>
        </w:rPr>
        <w:t>China’s</w:t>
      </w:r>
      <w:r>
        <w:rPr>
          <w:b w:val="0"/>
          <w:i w:val="0"/>
          <w:smallCaps w:val="0"/>
          <w:strike w:val="0"/>
          <w:sz w:val="16"/>
          <w:u w:val="none"/>
        </w:rPr>
        <w:t xml:space="preserve"> impressive recent Mars landing depended on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comparable to</w:t>
      </w:r>
      <w:r>
        <w:rPr>
          <w:b w:val="0"/>
          <w:i w:val="0"/>
          <w:smallCaps w:val="0"/>
          <w:strike w:val="0"/>
          <w:sz w:val="16"/>
          <w:u w:val="none"/>
        </w:rPr>
        <w:t xml:space="preserve"> what </w:t>
      </w:r>
      <w:r>
        <w:rPr>
          <w:b w:val="0"/>
          <w:i w:val="0"/>
          <w:smallCaps w:val="0"/>
          <w:strike w:val="0"/>
          <w:sz w:val="20"/>
          <w:highlight w:val="cyan"/>
          <w:u w:val="single"/>
        </w:rPr>
        <w:t>NASA</w:t>
      </w:r>
      <w:r>
        <w:rPr>
          <w:b w:val="0"/>
          <w:i w:val="0"/>
          <w:smallCaps w:val="0"/>
          <w:strike w:val="0"/>
          <w:sz w:val="20"/>
          <w:u w:val="single"/>
        </w:rPr>
        <w:t xml:space="preserve"> was </w:t>
      </w:r>
      <w:r>
        <w:rPr>
          <w:b/>
          <w:i w:val="0"/>
          <w:smallCaps w:val="0"/>
          <w:strike w:val="0"/>
          <w:sz w:val="20"/>
          <w:u w:val="single"/>
        </w:rPr>
        <w:t xml:space="preserve">using in </w:t>
      </w:r>
      <w:r>
        <w:rPr>
          <w:b/>
          <w:i w:val="0"/>
          <w:smallCaps w:val="0"/>
          <w:strike w:val="0"/>
          <w:sz w:val="20"/>
          <w:highlight w:val="cyan"/>
          <w:u w:val="single"/>
        </w:rPr>
        <w:t>2003</w:t>
      </w:r>
      <w:r>
        <w:rPr>
          <w:b w:val="0"/>
          <w:i w:val="0"/>
          <w:smallCaps w:val="0"/>
          <w:strike w:val="0"/>
          <w:sz w:val="16"/>
          <w:u w:val="none"/>
        </w:rPr>
        <w:t>.</w:t>
      </w:r>
    </w:p>
    <w:p>
      <w:pPr>
        <w:spacing w:after="60"/>
      </w:pPr>
      <w:r>
        <w:rPr>
          <w:b w:val="0"/>
          <w:i w:val="0"/>
          <w:smallCaps w:val="0"/>
          <w:strike w:val="0"/>
          <w:sz w:val="20"/>
          <w:u w:val="single"/>
        </w:rPr>
        <w:t xml:space="preserve">None of this even </w:t>
      </w:r>
      <w:r>
        <w:rPr>
          <w:b w:val="0"/>
          <w:i w:val="0"/>
          <w:smallCaps w:val="0"/>
          <w:strike w:val="0"/>
          <w:sz w:val="20"/>
          <w:u w:val="single"/>
        </w:rPr>
        <w:t>takes into account</w:t>
      </w:r>
      <w:r>
        <w:rPr>
          <w:b w:val="0"/>
          <w:i w:val="0"/>
          <w:smallCaps w:val="0"/>
          <w:strike w:val="0"/>
          <w:sz w:val="20"/>
          <w:u w:val="single"/>
        </w:rPr>
        <w:t xml:space="preserve"> China’s </w:t>
      </w:r>
      <w:r>
        <w:rPr>
          <w:b/>
          <w:i w:val="0"/>
          <w:smallCaps w:val="0"/>
          <w:strike w:val="0"/>
          <w:sz w:val="20"/>
          <w:u w:val="single"/>
        </w:rPr>
        <w:t xml:space="preserve">manifold </w:t>
      </w:r>
      <w:r>
        <w:rPr>
          <w:b/>
          <w:i w:val="0"/>
          <w:smallCaps w:val="0"/>
          <w:strike w:val="0"/>
          <w:sz w:val="20"/>
          <w:highlight w:val="cyan"/>
          <w:u w:val="single"/>
        </w:rPr>
        <w:t>internal weaknesses</w:t>
      </w:r>
      <w:r>
        <w:rPr>
          <w:b w:val="0"/>
          <w:i w:val="0"/>
          <w:smallCaps w:val="0"/>
          <w:strike w:val="0"/>
          <w:sz w:val="16"/>
          <w:u w:val="none"/>
        </w:rPr>
        <w:t xml:space="preserve">, which range from </w:t>
      </w:r>
      <w:r>
        <w:rPr>
          <w:b/>
          <w:i w:val="0"/>
          <w:smallCaps w:val="0"/>
          <w:strike w:val="0"/>
          <w:sz w:val="20"/>
          <w:u w:val="single"/>
        </w:rPr>
        <w:t xml:space="preserve">rapid </w:t>
      </w:r>
      <w:r>
        <w:rPr>
          <w:b/>
          <w:i w:val="0"/>
          <w:smallCaps w:val="0"/>
          <w:strike w:val="0"/>
          <w:sz w:val="20"/>
          <w:highlight w:val="cyan"/>
          <w:u w:val="single"/>
        </w:rPr>
        <w:t>demographic deterioration</w:t>
      </w:r>
      <w:r>
        <w:rPr>
          <w:b w:val="0"/>
          <w:i w:val="0"/>
          <w:smallCaps w:val="0"/>
          <w:strike w:val="0"/>
          <w:sz w:val="16"/>
          <w:u w:val="none"/>
        </w:rPr>
        <w:t xml:space="preserve"> to </w:t>
      </w:r>
      <w:r>
        <w:rPr>
          <w:b w:val="0"/>
          <w:i w:val="0"/>
          <w:smallCaps w:val="0"/>
          <w:strike w:val="0"/>
          <w:sz w:val="20"/>
          <w:highlight w:val="cyan"/>
          <w:u w:val="single"/>
        </w:rPr>
        <w:t>social unrest</w:t>
      </w:r>
      <w:r>
        <w:rPr>
          <w:b w:val="0"/>
          <w:i w:val="0"/>
          <w:smallCaps w:val="0"/>
          <w:strike w:val="0"/>
          <w:sz w:val="16"/>
          <w:u w:val="none"/>
        </w:rPr>
        <w:t xml:space="preserve">, </w:t>
      </w:r>
      <w:r>
        <w:rPr>
          <w:b w:val="0"/>
          <w:i w:val="0"/>
          <w:smallCaps w:val="0"/>
          <w:strike w:val="0"/>
          <w:sz w:val="20"/>
          <w:highlight w:val="cyan"/>
          <w:u w:val="single"/>
        </w:rPr>
        <w:t>ethnic tensions</w:t>
      </w:r>
      <w:r>
        <w:rPr>
          <w:b w:val="0"/>
          <w:i w:val="0"/>
          <w:smallCaps w:val="0"/>
          <w:strike w:val="0"/>
          <w:sz w:val="16"/>
          <w:u w:val="none"/>
        </w:rPr>
        <w:t xml:space="preserve"> and an </w:t>
      </w:r>
      <w:r>
        <w:rPr>
          <w:b w:val="0"/>
          <w:i w:val="0"/>
          <w:smallCaps w:val="0"/>
          <w:strike w:val="0"/>
          <w:sz w:val="20"/>
          <w:highlight w:val="cyan"/>
          <w:u w:val="single"/>
        </w:rPr>
        <w:t>inefficient</w:t>
      </w:r>
      <w:r>
        <w:rPr>
          <w:b w:val="0"/>
          <w:i w:val="0"/>
          <w:smallCaps w:val="0"/>
          <w:strike w:val="0"/>
          <w:sz w:val="20"/>
          <w:u w:val="single"/>
        </w:rPr>
        <w:t xml:space="preserve"> </w:t>
      </w:r>
      <w:r>
        <w:rPr>
          <w:b/>
          <w:i w:val="0"/>
          <w:smallCaps w:val="0"/>
          <w:strike w:val="0"/>
          <w:sz w:val="20"/>
          <w:u w:val="single"/>
        </w:rPr>
        <w:t xml:space="preserve">state-capitalist </w:t>
      </w:r>
      <w:r>
        <w:rPr>
          <w:b/>
          <w:i w:val="0"/>
          <w:smallCaps w:val="0"/>
          <w:strike w:val="0"/>
          <w:sz w:val="20"/>
          <w:highlight w:val="cyan"/>
          <w:u w:val="single"/>
        </w:rPr>
        <w:t>system</w:t>
      </w:r>
      <w:r>
        <w:rPr>
          <w:b w:val="0"/>
          <w:i w:val="0"/>
          <w:smallCaps w:val="0"/>
          <w:strike w:val="0"/>
          <w:sz w:val="16"/>
          <w:u w:val="none"/>
        </w:rPr>
        <w:t xml:space="preserve">. </w:t>
      </w:r>
      <w:r>
        <w:rPr>
          <w:b w:val="0"/>
          <w:i w:val="0"/>
          <w:smallCaps w:val="0"/>
          <w:strike w:val="0"/>
          <w:sz w:val="20"/>
          <w:u w:val="single"/>
        </w:rPr>
        <w:t>All</w:t>
      </w:r>
      <w:r>
        <w:rPr>
          <w:b w:val="0"/>
          <w:i w:val="0"/>
          <w:smallCaps w:val="0"/>
          <w:strike w:val="0"/>
          <w:sz w:val="16"/>
          <w:u w:val="none"/>
        </w:rPr>
        <w:t xml:space="preserve"> will </w:t>
      </w:r>
      <w:r>
        <w:rPr>
          <w:b w:val="0"/>
          <w:i w:val="0"/>
          <w:smallCaps w:val="0"/>
          <w:strike w:val="0"/>
          <w:sz w:val="20"/>
          <w:u w:val="single"/>
        </w:rPr>
        <w:t>limit</w:t>
      </w:r>
      <w:r>
        <w:rPr>
          <w:b w:val="0"/>
          <w:i w:val="0"/>
          <w:smallCaps w:val="0"/>
          <w:strike w:val="0"/>
          <w:sz w:val="16"/>
          <w:u w:val="none"/>
        </w:rPr>
        <w:t xml:space="preserve"> the </w:t>
      </w:r>
      <w:r>
        <w:rPr>
          <w:b w:val="0"/>
          <w:i w:val="0"/>
          <w:smallCaps w:val="0"/>
          <w:strike w:val="0"/>
          <w:sz w:val="20"/>
          <w:u w:val="single"/>
        </w:rPr>
        <w:t xml:space="preserve">growth of </w:t>
      </w:r>
      <w:r>
        <w:rPr>
          <w:b/>
          <w:i w:val="0"/>
          <w:smallCaps w:val="0"/>
          <w:strike w:val="0"/>
          <w:sz w:val="20"/>
          <w:u w:val="single"/>
        </w:rPr>
        <w:t>Chinese power</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