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Russia war — framing it as likely causes it. </w:t>
      </w:r>
    </w:p>
    <w:p>
      <w:pPr>
        <w:spacing w:after="80"/>
      </w:pPr>
      <w:r>
        <w:rPr>
          <w:b/>
          <w:i w:val="0"/>
          <w:smallCaps w:val="0"/>
          <w:strike w:val="0"/>
          <w:sz w:val="24"/>
          <w:u w:val="none"/>
        </w:rPr>
        <w:t>Carpenter ’19</w:t>
      </w:r>
      <w:r>
        <w:rPr>
          <w:b w:val="0"/>
          <w:i w:val="0"/>
          <w:smallCaps w:val="0"/>
          <w:strike w:val="0"/>
          <w:sz w:val="16"/>
          <w:u w:val="none"/>
        </w:rPr>
        <w:t xml:space="preserve"> — Ted Galen; senior fellow for defense and foreign policy studies at the Cato Institute, received his Ph.D. in U.S. diplomatic history from the University of Texas. November 2019; “Comparing the Soviet and Russia ‘Threats’”; </w:t>
      </w:r>
      <w:r>
        <w:rPr>
          <w:b w:val="0"/>
          <w:i/>
          <w:smallCaps w:val="0"/>
          <w:strike w:val="0"/>
          <w:sz w:val="16"/>
          <w:u w:val="none"/>
        </w:rPr>
        <w:t>NATO: A Dangerous Dinosaur</w:t>
      </w:r>
      <w:r>
        <w:rPr>
          <w:b w:val="0"/>
          <w:i w:val="0"/>
          <w:smallCaps w:val="0"/>
          <w:strike w:val="0"/>
          <w:sz w:val="16"/>
          <w:u w:val="none"/>
        </w:rPr>
        <w:t>, Chapter 3; Accessed Online via University of Michigan Libraries; //CYang</w:t>
      </w:r>
    </w:p>
    <w:p>
      <w:pPr>
        <w:spacing w:after="60"/>
      </w:pPr>
      <w:r>
        <w:rPr>
          <w:b w:val="0"/>
          <w:i w:val="0"/>
          <w:smallCaps w:val="0"/>
          <w:strike w:val="0"/>
          <w:sz w:val="20"/>
          <w:highlight w:val="cyan"/>
          <w:u w:val="single"/>
        </w:rPr>
        <w:t>Despite</w:t>
      </w:r>
      <w:r>
        <w:rPr>
          <w:b w:val="0"/>
          <w:i w:val="0"/>
          <w:smallCaps w:val="0"/>
          <w:strike w:val="0"/>
          <w:sz w:val="16"/>
          <w:u w:val="none"/>
        </w:rPr>
        <w:t xml:space="preserve"> the </w:t>
      </w:r>
      <w:r>
        <w:rPr>
          <w:b/>
          <w:i w:val="0"/>
          <w:smallCaps w:val="0"/>
          <w:strike w:val="0"/>
          <w:sz w:val="20"/>
          <w:highlight w:val="cyan"/>
          <w:u w:val="single"/>
        </w:rPr>
        <w:t>shrill</w:t>
      </w:r>
      <w:r>
        <w:rPr>
          <w:b/>
          <w:i w:val="0"/>
          <w:smallCaps w:val="0"/>
          <w:strike w:val="0"/>
          <w:sz w:val="20"/>
          <w:u w:val="single"/>
        </w:rPr>
        <w:t xml:space="preserve"> warnings</w:t>
      </w:r>
      <w:r>
        <w:rPr>
          <w:b w:val="0"/>
          <w:i w:val="0"/>
          <w:smallCaps w:val="0"/>
          <w:strike w:val="0"/>
          <w:sz w:val="20"/>
          <w:u w:val="single"/>
        </w:rPr>
        <w:t xml:space="preserve"> of</w:t>
      </w:r>
      <w:r>
        <w:rPr>
          <w:b w:val="0"/>
          <w:i w:val="0"/>
          <w:smallCaps w:val="0"/>
          <w:strike w:val="0"/>
          <w:sz w:val="16"/>
          <w:u w:val="none"/>
        </w:rPr>
        <w:t xml:space="preserve"> some NATO members and </w:t>
      </w:r>
      <w:r>
        <w:rPr>
          <w:b w:val="0"/>
          <w:i w:val="0"/>
          <w:smallCaps w:val="0"/>
          <w:strike w:val="0"/>
          <w:sz w:val="20"/>
          <w:highlight w:val="cyan"/>
          <w:u w:val="single"/>
        </w:rPr>
        <w:t>hawkish</w:t>
      </w:r>
      <w:r>
        <w:rPr>
          <w:b w:val="0"/>
          <w:i w:val="0"/>
          <w:smallCaps w:val="0"/>
          <w:strike w:val="0"/>
          <w:sz w:val="20"/>
          <w:u w:val="single"/>
        </w:rPr>
        <w:t xml:space="preserve"> types in the </w:t>
      </w:r>
      <w:r>
        <w:rPr>
          <w:b/>
          <w:i w:val="0"/>
          <w:smallCaps w:val="0"/>
          <w:strike w:val="0"/>
          <w:sz w:val="20"/>
          <w:highlight w:val="cyan"/>
          <w:u w:val="single"/>
        </w:rPr>
        <w:t>U</w:t>
      </w:r>
      <w:r>
        <w:rPr>
          <w:b w:val="0"/>
          <w:i w:val="0"/>
          <w:smallCaps w:val="0"/>
          <w:strike w:val="0"/>
          <w:sz w:val="20"/>
          <w:u w:val="single"/>
        </w:rPr>
        <w:t xml:space="preserve">nited </w:t>
      </w:r>
      <w:r>
        <w:rPr>
          <w:b/>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xml:space="preserve">, the </w:t>
      </w:r>
      <w:r>
        <w:rPr>
          <w:b w:val="0"/>
          <w:i w:val="0"/>
          <w:smallCaps w:val="0"/>
          <w:strike w:val="0"/>
          <w:sz w:val="20"/>
          <w:u w:val="single"/>
        </w:rPr>
        <w:t>great</w:t>
      </w:r>
      <w:r>
        <w:rPr>
          <w:b w:val="0"/>
          <w:i w:val="0"/>
          <w:smallCaps w:val="0"/>
          <w:strike w:val="0"/>
          <w:sz w:val="16"/>
          <w:u w:val="none"/>
        </w:rPr>
        <w:t xml:space="preserve"> "</w:t>
      </w:r>
      <w:r>
        <w:rPr>
          <w:b/>
          <w:i w:val="0"/>
          <w:smallCaps w:val="0"/>
          <w:strike w:val="0"/>
          <w:sz w:val="20"/>
          <w:highlight w:val="cyan"/>
          <w:u w:val="single"/>
        </w:rPr>
        <w:t>Russia Threat</w:t>
      </w:r>
      <w:r>
        <w:rPr>
          <w:b w:val="0"/>
          <w:i w:val="0"/>
          <w:smallCaps w:val="0"/>
          <w:strike w:val="0"/>
          <w:sz w:val="16"/>
          <w:u w:val="none"/>
        </w:rPr>
        <w:t xml:space="preserve">" appears to be </w:t>
      </w:r>
      <w:r>
        <w:rPr>
          <w:b/>
          <w:i w:val="0"/>
          <w:smallCaps w:val="0"/>
          <w:strike w:val="0"/>
          <w:sz w:val="20"/>
          <w:highlight w:val="cyan"/>
          <w:u w:val="single"/>
        </w:rPr>
        <w:t>highly exaggerated</w:t>
      </w:r>
      <w:r>
        <w:rPr>
          <w:b w:val="0"/>
          <w:i w:val="0"/>
          <w:smallCaps w:val="0"/>
          <w:strike w:val="0"/>
          <w:sz w:val="16"/>
          <w:u w:val="none"/>
        </w:rPr>
        <w:t xml:space="preserve">. True, </w:t>
      </w:r>
      <w:r>
        <w:rPr>
          <w:b w:val="0"/>
          <w:i w:val="0"/>
          <w:smallCaps w:val="0"/>
          <w:strike w:val="0"/>
          <w:sz w:val="20"/>
          <w:u w:val="single"/>
        </w:rPr>
        <w:t>Russia</w:t>
      </w:r>
      <w:r>
        <w:rPr>
          <w:b w:val="0"/>
          <w:i w:val="0"/>
          <w:smallCaps w:val="0"/>
          <w:strike w:val="0"/>
          <w:sz w:val="16"/>
          <w:u w:val="none"/>
        </w:rPr>
        <w:t xml:space="preserve"> is still a significant regional power militarily and economically, but it </w:t>
      </w:r>
      <w:r>
        <w:rPr>
          <w:b w:val="0"/>
          <w:i w:val="0"/>
          <w:smallCaps w:val="0"/>
          <w:strike w:val="0"/>
          <w:sz w:val="20"/>
          <w:u w:val="single"/>
        </w:rPr>
        <w:t>is not a global power or even</w:t>
      </w:r>
      <w:r>
        <w:rPr>
          <w:b w:val="0"/>
          <w:i w:val="0"/>
          <w:smallCaps w:val="0"/>
          <w:strike w:val="0"/>
          <w:sz w:val="16"/>
          <w:u w:val="none"/>
        </w:rPr>
        <w:t xml:space="preserve"> a </w:t>
      </w:r>
      <w:r>
        <w:rPr>
          <w:b/>
          <w:i w:val="0"/>
          <w:smallCaps w:val="0"/>
          <w:strike w:val="0"/>
          <w:sz w:val="20"/>
          <w:u w:val="single"/>
        </w:rPr>
        <w:t>credible candidate</w:t>
      </w:r>
      <w:r>
        <w:rPr>
          <w:b w:val="0"/>
          <w:i w:val="0"/>
          <w:smallCaps w:val="0"/>
          <w:strike w:val="0"/>
          <w:sz w:val="20"/>
          <w:u w:val="single"/>
        </w:rPr>
        <w:t xml:space="preserve"> to be a regional hegemon</w:t>
      </w:r>
      <w:r>
        <w:rPr>
          <w:b w:val="0"/>
          <w:i w:val="0"/>
          <w:smallCaps w:val="0"/>
          <w:strike w:val="0"/>
          <w:sz w:val="16"/>
          <w:u w:val="none"/>
        </w:rPr>
        <w:t xml:space="preserve">. The </w:t>
      </w:r>
      <w:r>
        <w:rPr>
          <w:b w:val="0"/>
          <w:i w:val="0"/>
          <w:smallCaps w:val="0"/>
          <w:strike w:val="0"/>
          <w:sz w:val="20"/>
          <w:u w:val="single"/>
        </w:rPr>
        <w:t>Kremlin</w:t>
      </w:r>
      <w:r>
        <w:rPr>
          <w:b w:val="0"/>
          <w:i w:val="0"/>
          <w:smallCaps w:val="0"/>
          <w:strike w:val="0"/>
          <w:sz w:val="16"/>
          <w:u w:val="none"/>
        </w:rPr>
        <w:t xml:space="preserve"> would </w:t>
      </w:r>
      <w:r>
        <w:rPr>
          <w:b w:val="0"/>
          <w:i w:val="0"/>
          <w:smallCaps w:val="0"/>
          <w:strike w:val="0"/>
          <w:sz w:val="20"/>
          <w:u w:val="single"/>
        </w:rPr>
        <w:t>have difficulty executing anything</w:t>
      </w:r>
      <w:r>
        <w:rPr>
          <w:b w:val="0"/>
          <w:i w:val="0"/>
          <w:smallCaps w:val="0"/>
          <w:strike w:val="0"/>
          <w:sz w:val="16"/>
          <w:u w:val="none"/>
        </w:rPr>
        <w:t xml:space="preserve"> more than </w:t>
      </w:r>
      <w:r>
        <w:rPr>
          <w:b w:val="0"/>
          <w:i w:val="0"/>
          <w:smallCaps w:val="0"/>
          <w:strike w:val="0"/>
          <w:sz w:val="20"/>
          <w:u w:val="single"/>
        </w:rPr>
        <w:t xml:space="preserve">a </w:t>
      </w:r>
      <w:r>
        <w:rPr>
          <w:b/>
          <w:i w:val="0"/>
          <w:smallCaps w:val="0"/>
          <w:strike w:val="0"/>
          <w:sz w:val="20"/>
          <w:u w:val="single"/>
        </w:rPr>
        <w:t>very limited</w:t>
      </w:r>
      <w:r>
        <w:rPr>
          <w:b w:val="0"/>
          <w:i w:val="0"/>
          <w:smallCaps w:val="0"/>
          <w:strike w:val="0"/>
          <w:sz w:val="20"/>
          <w:u w:val="single"/>
        </w:rPr>
        <w:t xml:space="preserve"> expansionist agenda</w:t>
      </w:r>
      <w:r>
        <w:rPr>
          <w:b w:val="0"/>
          <w:i w:val="0"/>
          <w:smallCaps w:val="0"/>
          <w:strike w:val="0"/>
          <w:sz w:val="16"/>
          <w:u w:val="none"/>
        </w:rPr>
        <w:t xml:space="preserve">, </w:t>
      </w:r>
      <w:r>
        <w:rPr>
          <w:b w:val="0"/>
          <w:i w:val="0"/>
          <w:smallCaps w:val="0"/>
          <w:strike w:val="0"/>
          <w:sz w:val="20"/>
          <w:u w:val="single"/>
        </w:rPr>
        <w:t>even if it has one</w:t>
      </w:r>
      <w:r>
        <w:rPr>
          <w:b w:val="0"/>
          <w:i w:val="0"/>
          <w:smallCaps w:val="0"/>
          <w:strike w:val="0"/>
          <w:sz w:val="16"/>
          <w:u w:val="none"/>
        </w:rPr>
        <w:t xml:space="preserve">. </w:t>
      </w:r>
    </w:p>
    <w:p>
      <w:pPr>
        <w:spacing w:after="60"/>
      </w:pPr>
      <w:r>
        <w:rPr>
          <w:b w:val="0"/>
          <w:i w:val="0"/>
          <w:smallCaps w:val="0"/>
          <w:strike w:val="0"/>
          <w:sz w:val="20"/>
          <w:u w:val="single"/>
        </w:rPr>
        <w:t xml:space="preserve">Russia </w:t>
      </w:r>
      <w:r>
        <w:rPr>
          <w:b w:val="0"/>
          <w:i w:val="0"/>
          <w:smallCaps w:val="0"/>
          <w:strike w:val="0"/>
          <w:sz w:val="20"/>
          <w:highlight w:val="cyan"/>
          <w:u w:val="single"/>
        </w:rPr>
        <w:t>lacks</w:t>
      </w:r>
      <w:r>
        <w:rPr>
          <w:b w:val="0"/>
          <w:i w:val="0"/>
          <w:smallCaps w:val="0"/>
          <w:strike w:val="0"/>
          <w:sz w:val="16"/>
          <w:u w:val="none"/>
        </w:rPr>
        <w:t xml:space="preserve"> the </w:t>
      </w:r>
      <w:r>
        <w:rPr>
          <w:b/>
          <w:i w:val="0"/>
          <w:smallCaps w:val="0"/>
          <w:strike w:val="0"/>
          <w:sz w:val="20"/>
          <w:highlight w:val="cyan"/>
          <w:u w:val="single"/>
        </w:rPr>
        <w:t>economic and military</w:t>
      </w:r>
      <w:r>
        <w:rPr>
          <w:b/>
          <w:i w:val="0"/>
          <w:smallCaps w:val="0"/>
          <w:strike w:val="0"/>
          <w:sz w:val="20"/>
          <w:u w:val="single"/>
        </w:rPr>
        <w:t xml:space="preserve"> wherewithal</w:t>
      </w:r>
      <w:r>
        <w:rPr>
          <w:b w:val="0"/>
          <w:i w:val="0"/>
          <w:smallCaps w:val="0"/>
          <w:strike w:val="0"/>
          <w:sz w:val="20"/>
          <w:u w:val="single"/>
        </w:rPr>
        <w:t xml:space="preserve"> </w:t>
      </w:r>
      <w:r>
        <w:rPr>
          <w:b w:val="0"/>
          <w:i w:val="0"/>
          <w:smallCaps w:val="0"/>
          <w:strike w:val="0"/>
          <w:sz w:val="20"/>
          <w:highlight w:val="cyan"/>
          <w:u w:val="single"/>
        </w:rPr>
        <w:t>for conducting</w:t>
      </w:r>
      <w:r>
        <w:rPr>
          <w:b w:val="0"/>
          <w:i w:val="0"/>
          <w:smallCaps w:val="0"/>
          <w:strike w:val="0"/>
          <w:sz w:val="16"/>
          <w:u w:val="none"/>
        </w:rPr>
        <w:t xml:space="preserve"> a vast wave of </w:t>
      </w:r>
      <w:r>
        <w:rPr>
          <w:b w:val="0"/>
          <w:i w:val="0"/>
          <w:smallCaps w:val="0"/>
          <w:strike w:val="0"/>
          <w:sz w:val="20"/>
          <w:highlight w:val="cyan"/>
          <w:u w:val="single"/>
        </w:rPr>
        <w:t>aggression</w:t>
      </w:r>
      <w:r>
        <w:rPr>
          <w:b w:val="0"/>
          <w:i w:val="0"/>
          <w:smallCaps w:val="0"/>
          <w:strike w:val="0"/>
          <w:sz w:val="16"/>
          <w:u w:val="none"/>
        </w:rPr>
        <w:t xml:space="preserve"> and territorial conquest. The difference in economic and demographic features between the USSR and Russia is massive. The Soviet Union was the world's number two economic power, second only to the United States. </w:t>
      </w:r>
      <w:r>
        <w:rPr>
          <w:b w:val="0"/>
          <w:i w:val="0"/>
          <w:smallCaps w:val="0"/>
          <w:strike w:val="0"/>
          <w:sz w:val="20"/>
          <w:u w:val="single"/>
        </w:rPr>
        <w:t>Russia</w:t>
      </w:r>
      <w:r>
        <w:rPr>
          <w:b w:val="0"/>
          <w:i w:val="0"/>
          <w:smallCaps w:val="0"/>
          <w:strike w:val="0"/>
          <w:sz w:val="16"/>
          <w:u w:val="none"/>
        </w:rPr>
        <w:t xml:space="preserve"> has an </w:t>
      </w:r>
      <w:r>
        <w:rPr>
          <w:b w:val="0"/>
          <w:i w:val="0"/>
          <w:smallCaps w:val="0"/>
          <w:strike w:val="0"/>
          <w:sz w:val="20"/>
          <w:u w:val="single"/>
        </w:rPr>
        <w:t>economy</w:t>
      </w:r>
      <w:r>
        <w:rPr>
          <w:b w:val="0"/>
          <w:i w:val="0"/>
          <w:smallCaps w:val="0"/>
          <w:strike w:val="0"/>
          <w:sz w:val="16"/>
          <w:u w:val="none"/>
        </w:rPr>
        <w:t xml:space="preserve"> roughly </w:t>
      </w:r>
      <w:r>
        <w:rPr>
          <w:b w:val="0"/>
          <w:i w:val="0"/>
          <w:smallCaps w:val="0"/>
          <w:strike w:val="0"/>
          <w:sz w:val="20"/>
          <w:highlight w:val="cyan"/>
          <w:u w:val="single"/>
        </w:rPr>
        <w:t>the size of Canada's</w:t>
      </w:r>
      <w:r>
        <w:rPr>
          <w:b w:val="0"/>
          <w:i w:val="0"/>
          <w:smallCaps w:val="0"/>
          <w:strike w:val="0"/>
          <w:sz w:val="16"/>
          <w:u w:val="none"/>
        </w:rPr>
        <w:t xml:space="preserve">, and it is </w:t>
      </w:r>
      <w:r>
        <w:rPr>
          <w:b w:val="0"/>
          <w:i w:val="0"/>
          <w:smallCaps w:val="0"/>
          <w:strike w:val="0"/>
          <w:sz w:val="20"/>
          <w:u w:val="single"/>
        </w:rPr>
        <w:t>no longer</w:t>
      </w:r>
      <w:r>
        <w:rPr>
          <w:b w:val="0"/>
          <w:i w:val="0"/>
          <w:smallCaps w:val="0"/>
          <w:strike w:val="0"/>
          <w:sz w:val="16"/>
          <w:u w:val="none"/>
        </w:rPr>
        <w:t xml:space="preserve"> ranked </w:t>
      </w:r>
      <w:r>
        <w:rPr>
          <w:b w:val="0"/>
          <w:i w:val="0"/>
          <w:smallCaps w:val="0"/>
          <w:strike w:val="0"/>
          <w:sz w:val="20"/>
          <w:u w:val="single"/>
        </w:rPr>
        <w:t>even in the global top 10</w:t>
      </w:r>
      <w:r>
        <w:rPr>
          <w:b w:val="0"/>
          <w:i w:val="0"/>
          <w:smallCaps w:val="0"/>
          <w:strike w:val="0"/>
          <w:sz w:val="16"/>
          <w:u w:val="none"/>
        </w:rPr>
        <w:t xml:space="preserve">.2- Even </w:t>
      </w:r>
      <w:r>
        <w:rPr>
          <w:b w:val="0"/>
          <w:i w:val="0"/>
          <w:smallCaps w:val="0"/>
          <w:strike w:val="0"/>
          <w:sz w:val="20"/>
          <w:u w:val="single"/>
        </w:rPr>
        <w:t>taking into account</w:t>
      </w:r>
      <w:r>
        <w:rPr>
          <w:b w:val="0"/>
          <w:i w:val="0"/>
          <w:smallCaps w:val="0"/>
          <w:strike w:val="0"/>
          <w:sz w:val="20"/>
          <w:u w:val="single"/>
        </w:rPr>
        <w:t xml:space="preserve"> purchasing power parity</w:t>
      </w:r>
      <w:r>
        <w:rPr>
          <w:b w:val="0"/>
          <w:i w:val="0"/>
          <w:smallCaps w:val="0"/>
          <w:strike w:val="0"/>
          <w:sz w:val="16"/>
          <w:u w:val="none"/>
        </w:rPr>
        <w:t xml:space="preserve">, </w:t>
      </w:r>
      <w:r>
        <w:rPr>
          <w:b w:val="0"/>
          <w:i w:val="0"/>
          <w:smallCaps w:val="0"/>
          <w:strike w:val="0"/>
          <w:sz w:val="20"/>
          <w:u w:val="single"/>
        </w:rPr>
        <w:t>Russia is</w:t>
      </w:r>
      <w:r>
        <w:rPr>
          <w:b w:val="0"/>
          <w:i w:val="0"/>
          <w:smallCaps w:val="0"/>
          <w:strike w:val="0"/>
          <w:sz w:val="16"/>
          <w:u w:val="none"/>
        </w:rPr>
        <w:t xml:space="preserve"> still </w:t>
      </w:r>
      <w:r>
        <w:rPr>
          <w:b w:val="0"/>
          <w:i w:val="0"/>
          <w:smallCaps w:val="0"/>
          <w:strike w:val="0"/>
          <w:sz w:val="20"/>
          <w:u w:val="single"/>
        </w:rPr>
        <w:t xml:space="preserve">a </w:t>
      </w:r>
      <w:r>
        <w:rPr>
          <w:b/>
          <w:i w:val="0"/>
          <w:smallCaps w:val="0"/>
          <w:strike w:val="0"/>
          <w:sz w:val="20"/>
          <w:u w:val="single"/>
        </w:rPr>
        <w:t>second-tier</w:t>
      </w:r>
      <w:r>
        <w:rPr>
          <w:b w:val="0"/>
          <w:i w:val="0"/>
          <w:smallCaps w:val="0"/>
          <w:strike w:val="0"/>
          <w:sz w:val="20"/>
          <w:u w:val="single"/>
        </w:rPr>
        <w:t xml:space="preserve"> economic player</w:t>
      </w:r>
      <w:r>
        <w:rPr>
          <w:b w:val="0"/>
          <w:i w:val="0"/>
          <w:smallCaps w:val="0"/>
          <w:strike w:val="0"/>
          <w:sz w:val="16"/>
          <w:u w:val="none"/>
        </w:rPr>
        <w:t xml:space="preserve"> that is not in the same league as leading economic powers such as Japan, China, and Germany — much less the United States. It also </w:t>
      </w:r>
      <w:r>
        <w:rPr>
          <w:b w:val="0"/>
          <w:i w:val="0"/>
          <w:smallCaps w:val="0"/>
          <w:strike w:val="0"/>
          <w:sz w:val="20"/>
          <w:u w:val="single"/>
        </w:rPr>
        <w:t xml:space="preserve">has </w:t>
      </w:r>
      <w:r>
        <w:rPr>
          <w:b/>
          <w:i w:val="0"/>
          <w:smallCaps w:val="0"/>
          <w:strike w:val="0"/>
          <w:sz w:val="20"/>
          <w:u w:val="single"/>
        </w:rPr>
        <w:t xml:space="preserve">only </w:t>
      </w:r>
      <w:r>
        <w:rPr>
          <w:b/>
          <w:i w:val="0"/>
          <w:smallCaps w:val="0"/>
          <w:strike w:val="0"/>
          <w:sz w:val="20"/>
          <w:highlight w:val="cyan"/>
          <w:u w:val="single"/>
        </w:rPr>
        <w:t>three-quarters</w:t>
      </w:r>
      <w:r>
        <w:rPr>
          <w:b w:val="0"/>
          <w:i w:val="0"/>
          <w:smallCaps w:val="0"/>
          <w:strike w:val="0"/>
          <w:sz w:val="20"/>
          <w:highlight w:val="cyan"/>
          <w:u w:val="single"/>
        </w:rPr>
        <w:t xml:space="preserve"> of the</w:t>
      </w:r>
      <w:r>
        <w:rPr>
          <w:b w:val="0"/>
          <w:i w:val="0"/>
          <w:smallCaps w:val="0"/>
          <w:strike w:val="0"/>
          <w:sz w:val="16"/>
          <w:u w:val="none"/>
        </w:rPr>
        <w:t xml:space="preserve"> Soviet Union's </w:t>
      </w:r>
      <w:r>
        <w:rPr>
          <w:b w:val="0"/>
          <w:i w:val="0"/>
          <w:smallCaps w:val="0"/>
          <w:strike w:val="0"/>
          <w:sz w:val="20"/>
          <w:highlight w:val="cyan"/>
          <w:u w:val="single"/>
        </w:rPr>
        <w:t>territory</w:t>
      </w:r>
      <w:r>
        <w:rPr>
          <w:b w:val="0"/>
          <w:i w:val="0"/>
          <w:smallCaps w:val="0"/>
          <w:strike w:val="0"/>
          <w:sz w:val="16"/>
          <w:u w:val="none"/>
        </w:rPr>
        <w:t xml:space="preserve"> (much of which consists of nearly empty Siberia) </w:t>
      </w:r>
      <w:r>
        <w:rPr>
          <w:b w:val="0"/>
          <w:i w:val="0"/>
          <w:smallCaps w:val="0"/>
          <w:strike w:val="0"/>
          <w:sz w:val="20"/>
          <w:u w:val="single"/>
        </w:rPr>
        <w:t xml:space="preserve">and </w:t>
      </w:r>
      <w:r>
        <w:rPr>
          <w:b/>
          <w:i w:val="0"/>
          <w:smallCaps w:val="0"/>
          <w:strike w:val="0"/>
          <w:sz w:val="20"/>
          <w:u w:val="single"/>
        </w:rPr>
        <w:t xml:space="preserve">barely </w:t>
      </w:r>
      <w:r>
        <w:rPr>
          <w:b/>
          <w:i w:val="0"/>
          <w:smallCaps w:val="0"/>
          <w:strike w:val="0"/>
          <w:sz w:val="20"/>
          <w:highlight w:val="cyan"/>
          <w:u w:val="single"/>
        </w:rPr>
        <w:t>half</w:t>
      </w:r>
      <w:r>
        <w:rPr>
          <w:b w:val="0"/>
          <w:i w:val="0"/>
          <w:smallCaps w:val="0"/>
          <w:strike w:val="0"/>
          <w:sz w:val="20"/>
          <w:highlight w:val="cyan"/>
          <w:u w:val="single"/>
        </w:rPr>
        <w:t xml:space="preserve"> the population of the</w:t>
      </w:r>
      <w:r>
        <w:rPr>
          <w:b w:val="0"/>
          <w:i w:val="0"/>
          <w:smallCaps w:val="0"/>
          <w:strike w:val="0"/>
          <w:sz w:val="16"/>
          <w:u w:val="none"/>
        </w:rPr>
        <w:t xml:space="preserve"> old </w:t>
      </w:r>
      <w:r>
        <w:rPr>
          <w:b w:val="0"/>
          <w:i w:val="0"/>
          <w:smallCaps w:val="0"/>
          <w:strike w:val="0"/>
          <w:sz w:val="20"/>
          <w:highlight w:val="cyan"/>
          <w:u w:val="single"/>
        </w:rPr>
        <w:t>USSR</w:t>
      </w:r>
      <w:r>
        <w:rPr>
          <w:b w:val="0"/>
          <w:i w:val="0"/>
          <w:smallCaps w:val="0"/>
          <w:strike w:val="0"/>
          <w:sz w:val="16"/>
          <w:u w:val="none"/>
        </w:rPr>
        <w:t xml:space="preserve">. </w:t>
      </w:r>
    </w:p>
    <w:p>
      <w:pPr>
        <w:spacing w:after="60"/>
      </w:pPr>
      <w:r>
        <w:rPr>
          <w:b w:val="0"/>
          <w:i w:val="0"/>
          <w:smallCaps w:val="0"/>
          <w:strike w:val="0"/>
          <w:sz w:val="16"/>
          <w:u w:val="none"/>
        </w:rPr>
        <w:t xml:space="preserve">If those limitations were not enough, it has a </w:t>
      </w:r>
      <w:r>
        <w:rPr>
          <w:b/>
          <w:i w:val="0"/>
          <w:smallCaps w:val="0"/>
          <w:strike w:val="0"/>
          <w:sz w:val="20"/>
          <w:highlight w:val="cyan"/>
          <w:u w:val="single"/>
        </w:rPr>
        <w:t>shrinking population</w:t>
      </w:r>
      <w:r>
        <w:rPr>
          <w:b w:val="0"/>
          <w:i w:val="0"/>
          <w:smallCaps w:val="0"/>
          <w:strike w:val="0"/>
          <w:sz w:val="20"/>
          <w:highlight w:val="cyan"/>
          <w:u w:val="single"/>
        </w:rPr>
        <w:t xml:space="preserve"> afflicted with</w:t>
      </w:r>
      <w:r>
        <w:rPr>
          <w:b w:val="0"/>
          <w:i w:val="0"/>
          <w:smallCaps w:val="0"/>
          <w:strike w:val="0"/>
          <w:sz w:val="16"/>
          <w:u w:val="none"/>
        </w:rPr>
        <w:t xml:space="preserve"> an </w:t>
      </w:r>
      <w:r>
        <w:rPr>
          <w:b w:val="0"/>
          <w:i w:val="0"/>
          <w:smallCaps w:val="0"/>
          <w:strike w:val="0"/>
          <w:sz w:val="20"/>
          <w:u w:val="single"/>
        </w:rPr>
        <w:t>assortment of</w:t>
      </w:r>
      <w:r>
        <w:rPr>
          <w:b w:val="0"/>
          <w:i w:val="0"/>
          <w:smallCaps w:val="0"/>
          <w:strike w:val="0"/>
          <w:sz w:val="16"/>
          <w:u w:val="none"/>
        </w:rPr>
        <w:t xml:space="preserve"> </w:t>
      </w:r>
      <w:r>
        <w:rPr>
          <w:b/>
          <w:i w:val="0"/>
          <w:smallCaps w:val="0"/>
          <w:strike w:val="0"/>
          <w:sz w:val="20"/>
          <w:u w:val="single"/>
        </w:rPr>
        <w:t xml:space="preserve">public </w:t>
      </w:r>
      <w:r>
        <w:rPr>
          <w:b/>
          <w:i w:val="0"/>
          <w:smallCaps w:val="0"/>
          <w:strike w:val="0"/>
          <w:sz w:val="20"/>
          <w:highlight w:val="cyan"/>
          <w:u w:val="single"/>
        </w:rPr>
        <w:t>health problems</w:t>
      </w:r>
      <w:r>
        <w:rPr>
          <w:b w:val="0"/>
          <w:i w:val="0"/>
          <w:smallCaps w:val="0"/>
          <w:strike w:val="0"/>
          <w:sz w:val="16"/>
          <w:u w:val="none"/>
        </w:rPr>
        <w:t xml:space="preserve">, </w:t>
      </w:r>
      <w:r>
        <w:rPr>
          <w:b w:val="0"/>
          <w:i w:val="0"/>
          <w:smallCaps w:val="0"/>
          <w:strike w:val="0"/>
          <w:sz w:val="20"/>
          <w:u w:val="single"/>
        </w:rPr>
        <w:t>especially rampant alcoholism</w:t>
      </w:r>
      <w:r>
        <w:rPr>
          <w:b w:val="0"/>
          <w:i w:val="0"/>
          <w:smallCaps w:val="0"/>
          <w:strike w:val="0"/>
          <w:sz w:val="16"/>
          <w:u w:val="none"/>
        </w:rPr>
        <w:t xml:space="preserve">.2U TCF days Russia is merely a first-tier regional power with limited extra regional interests and reach. It is not by any stretch of the imagination a superpower. </w:t>
      </w:r>
      <w:r>
        <w:rPr>
          <w:b w:val="0"/>
          <w:i w:val="0"/>
          <w:smallCaps w:val="0"/>
          <w:strike w:val="0"/>
          <w:sz w:val="16"/>
          <w:u w:val="none"/>
        </w:rPr>
        <w:t>All of</w:t>
      </w:r>
      <w:r>
        <w:rPr>
          <w:b w:val="0"/>
          <w:i w:val="0"/>
          <w:smallCaps w:val="0"/>
          <w:strike w:val="0"/>
          <w:sz w:val="16"/>
          <w:u w:val="none"/>
        </w:rPr>
        <w:t xml:space="preserve"> these factors should make clear that </w:t>
      </w:r>
      <w:r>
        <w:rPr>
          <w:b w:val="0"/>
          <w:i w:val="0"/>
          <w:smallCaps w:val="0"/>
          <w:strike w:val="0"/>
          <w:sz w:val="20"/>
          <w:u w:val="single"/>
        </w:rPr>
        <w:t xml:space="preserve">Russia is </w:t>
      </w:r>
      <w:r>
        <w:rPr>
          <w:b w:val="0"/>
          <w:i w:val="0"/>
          <w:smallCaps w:val="0"/>
          <w:strike w:val="0"/>
          <w:sz w:val="20"/>
          <w:highlight w:val="cyan"/>
          <w:u w:val="single"/>
        </w:rPr>
        <w:t>not</w:t>
      </w:r>
      <w:r>
        <w:rPr>
          <w:b w:val="0"/>
          <w:i w:val="0"/>
          <w:smallCaps w:val="0"/>
          <w:strike w:val="0"/>
          <w:sz w:val="16"/>
          <w:u w:val="none"/>
        </w:rPr>
        <w:t xml:space="preserve"> a </w:t>
      </w:r>
      <w:r>
        <w:rPr>
          <w:b/>
          <w:i w:val="0"/>
          <w:smallCaps w:val="0"/>
          <w:strike w:val="0"/>
          <w:sz w:val="20"/>
          <w:highlight w:val="cyan"/>
          <w:u w:val="single"/>
        </w:rPr>
        <w:t>credible</w:t>
      </w:r>
      <w:r>
        <w:rPr>
          <w:b/>
          <w:i w:val="0"/>
          <w:smallCaps w:val="0"/>
          <w:strike w:val="0"/>
          <w:sz w:val="20"/>
          <w:u w:val="single"/>
        </w:rPr>
        <w:t xml:space="preserve"> global </w:t>
      </w:r>
      <w:r>
        <w:rPr>
          <w:b/>
          <w:i w:val="0"/>
          <w:smallCaps w:val="0"/>
          <w:strike w:val="0"/>
          <w:sz w:val="20"/>
          <w:highlight w:val="cyan"/>
          <w:u w:val="single"/>
        </w:rPr>
        <w:t>rival</w:t>
      </w:r>
      <w:r>
        <w:rPr>
          <w:b w:val="0"/>
          <w:i w:val="0"/>
          <w:smallCaps w:val="0"/>
          <w:strike w:val="0"/>
          <w:sz w:val="16"/>
          <w:u w:val="none"/>
        </w:rPr>
        <w:t xml:space="preserve">, </w:t>
      </w:r>
      <w:r>
        <w:rPr>
          <w:b w:val="0"/>
          <w:i w:val="0"/>
          <w:smallCaps w:val="0"/>
          <w:strike w:val="0"/>
          <w:sz w:val="20"/>
          <w:highlight w:val="cyan"/>
          <w:u w:val="single"/>
        </w:rPr>
        <w:t>much less</w:t>
      </w:r>
      <w:r>
        <w:rPr>
          <w:b w:val="0"/>
          <w:i w:val="0"/>
          <w:smallCaps w:val="0"/>
          <w:strike w:val="0"/>
          <w:sz w:val="16"/>
          <w:u w:val="none"/>
        </w:rPr>
        <w:t xml:space="preserve"> an </w:t>
      </w:r>
      <w:r>
        <w:rPr>
          <w:b/>
          <w:i w:val="0"/>
          <w:smallCaps w:val="0"/>
          <w:strike w:val="0"/>
          <w:sz w:val="20"/>
          <w:highlight w:val="cyan"/>
          <w:u w:val="single"/>
        </w:rPr>
        <w:t>existential</w:t>
      </w:r>
      <w:r>
        <w:rPr>
          <w:b/>
          <w:i w:val="0"/>
          <w:smallCaps w:val="0"/>
          <w:strike w:val="0"/>
          <w:sz w:val="20"/>
          <w:u w:val="single"/>
        </w:rPr>
        <w:t xml:space="preserve"> threat</w:t>
      </w:r>
      <w:r>
        <w:rPr>
          <w:b w:val="0"/>
          <w:i w:val="0"/>
          <w:smallCaps w:val="0"/>
          <w:strike w:val="0"/>
          <w:sz w:val="20"/>
          <w:u w:val="single"/>
        </w:rPr>
        <w:t xml:space="preserve"> to the United States</w:t>
      </w:r>
      <w:r>
        <w:rPr>
          <w:b w:val="0"/>
          <w:i w:val="0"/>
          <w:smallCaps w:val="0"/>
          <w:strike w:val="0"/>
          <w:sz w:val="16"/>
          <w:u w:val="none"/>
        </w:rPr>
        <w:t xml:space="preserve"> and its democratic system. </w:t>
      </w:r>
      <w:r>
        <w:rPr>
          <w:b w:val="0"/>
          <w:i w:val="0"/>
          <w:smallCaps w:val="0"/>
          <w:strike w:val="0"/>
          <w:sz w:val="20"/>
          <w:u w:val="single"/>
        </w:rPr>
        <w:t xml:space="preserve">Russia's </w:t>
      </w:r>
      <w:r>
        <w:rPr>
          <w:b w:val="0"/>
          <w:i w:val="0"/>
          <w:smallCaps w:val="0"/>
          <w:strike w:val="0"/>
          <w:sz w:val="20"/>
          <w:highlight w:val="cyan"/>
          <w:u w:val="single"/>
        </w:rPr>
        <w:t>power is a</w:t>
      </w:r>
      <w:r>
        <w:rPr>
          <w:b w:val="0"/>
          <w:i w:val="0"/>
          <w:smallCaps w:val="0"/>
          <w:strike w:val="0"/>
          <w:sz w:val="20"/>
          <w:u w:val="single"/>
        </w:rPr>
        <w:t xml:space="preserve"> </w:t>
      </w:r>
      <w:r>
        <w:rPr>
          <w:b/>
          <w:i w:val="0"/>
          <w:smallCaps w:val="0"/>
          <w:strike w:val="0"/>
          <w:sz w:val="20"/>
          <w:u w:val="single"/>
        </w:rPr>
        <w:t xml:space="preserve">mere </w:t>
      </w:r>
      <w:r>
        <w:rPr>
          <w:b/>
          <w:i w:val="0"/>
          <w:smallCaps w:val="0"/>
          <w:strike w:val="0"/>
          <w:sz w:val="20"/>
          <w:highlight w:val="cyan"/>
          <w:u w:val="single"/>
        </w:rPr>
        <w:t>shadow</w:t>
      </w:r>
      <w:r>
        <w:rPr>
          <w:b w:val="0"/>
          <w:i w:val="0"/>
          <w:smallCaps w:val="0"/>
          <w:strike w:val="0"/>
          <w:sz w:val="20"/>
          <w:u w:val="single"/>
        </w:rPr>
        <w:t xml:space="preserve"> of the Soviet Union's</w:t>
      </w:r>
      <w:r>
        <w:rPr>
          <w:b w:val="0"/>
          <w:i w:val="0"/>
          <w:smallCaps w:val="0"/>
          <w:strike w:val="0"/>
          <w:sz w:val="16"/>
          <w:u w:val="none"/>
        </w:rPr>
        <w:t xml:space="preserve">. True, Putin has sought to rebuild and modernize Russia's military, and has had some success in doing so.22 Russia's navy once again includes some modern vessels, and the air force is now flying modern, and even some cutting-edge, aircraft. Putin's regime also has focused on developing and deploying long-range, precision- guided weapons and is pursuing considerable military research and development efforts, especially with respect to hypersonic aircraft and missiles. </w:t>
      </w:r>
    </w:p>
    <w:p>
      <w:pPr>
        <w:spacing w:after="60"/>
      </w:pPr>
      <w:r>
        <w:rPr>
          <w:b w:val="0"/>
          <w:i w:val="0"/>
          <w:smallCaps w:val="0"/>
          <w:strike w:val="0"/>
          <w:sz w:val="16"/>
          <w:u w:val="none"/>
        </w:rPr>
        <w:t xml:space="preserve">Even those trends must be put into perspective, however. The restoration and modernization follow a decade of military decline and decay during the 1990s under Boris Yeltsin. Moreover, </w:t>
      </w:r>
      <w:r>
        <w:rPr>
          <w:b w:val="0"/>
          <w:i w:val="0"/>
          <w:smallCaps w:val="0"/>
          <w:strike w:val="0"/>
          <w:sz w:val="20"/>
          <w:u w:val="single"/>
        </w:rPr>
        <w:t>Moscow's</w:t>
      </w:r>
      <w:r>
        <w:rPr>
          <w:b w:val="0"/>
          <w:i w:val="0"/>
          <w:smallCaps w:val="0"/>
          <w:strike w:val="0"/>
          <w:sz w:val="16"/>
          <w:u w:val="none"/>
        </w:rPr>
        <w:t xml:space="preserve"> 2018 </w:t>
      </w:r>
      <w:r>
        <w:rPr>
          <w:b w:val="0"/>
          <w:i w:val="0"/>
          <w:smallCaps w:val="0"/>
          <w:strike w:val="0"/>
          <w:sz w:val="20"/>
          <w:u w:val="single"/>
        </w:rPr>
        <w:t>military budget was</w:t>
      </w:r>
      <w:r>
        <w:rPr>
          <w:b w:val="0"/>
          <w:i w:val="0"/>
          <w:smallCaps w:val="0"/>
          <w:strike w:val="0"/>
          <w:sz w:val="16"/>
          <w:u w:val="none"/>
        </w:rPr>
        <w:t xml:space="preserve"> a modest </w:t>
      </w:r>
      <w:r>
        <w:rPr>
          <w:b w:val="0"/>
          <w:i w:val="0"/>
          <w:smallCaps w:val="0"/>
          <w:strike w:val="0"/>
          <w:sz w:val="20"/>
          <w:u w:val="single"/>
        </w:rPr>
        <w:t>$63.1 billion</w:t>
      </w:r>
      <w:r>
        <w:rPr>
          <w:b w:val="0"/>
          <w:i w:val="0"/>
          <w:smallCaps w:val="0"/>
          <w:strike w:val="0"/>
          <w:sz w:val="16"/>
          <w:u w:val="none"/>
        </w:rPr>
        <w:t xml:space="preserve">.22 Not only was that amount dwarfed by the gargantuan U.S. military budget of $643.3 billion, but it is also far less than China's $168.2 billion and only slightly more than India's $ 5 7.9 billion or France's $ 53.4 billion.2- Perhaps most significant, in contrast to the robust annual increases in U.S. spending levels, </w:t>
      </w:r>
      <w:r>
        <w:rPr>
          <w:b w:val="0"/>
          <w:i w:val="0"/>
          <w:smallCaps w:val="0"/>
          <w:strike w:val="0"/>
          <w:sz w:val="20"/>
          <w:u w:val="single"/>
        </w:rPr>
        <w:t xml:space="preserve">Russia's </w:t>
      </w:r>
      <w:r>
        <w:rPr>
          <w:b w:val="0"/>
          <w:i w:val="0"/>
          <w:smallCaps w:val="0"/>
          <w:strike w:val="0"/>
          <w:sz w:val="20"/>
          <w:highlight w:val="cyan"/>
          <w:u w:val="single"/>
        </w:rPr>
        <w:t>military spending</w:t>
      </w:r>
      <w:r>
        <w:rPr>
          <w:b w:val="0"/>
          <w:i w:val="0"/>
          <w:smallCaps w:val="0"/>
          <w:strike w:val="0"/>
          <w:sz w:val="20"/>
          <w:u w:val="single"/>
        </w:rPr>
        <w:t xml:space="preserve"> is </w:t>
      </w:r>
      <w:r>
        <w:rPr>
          <w:b w:val="0"/>
          <w:i w:val="0"/>
          <w:smallCaps w:val="0"/>
          <w:strike w:val="0"/>
          <w:sz w:val="20"/>
          <w:highlight w:val="cyan"/>
          <w:u w:val="single"/>
        </w:rPr>
        <w:t>declining</w:t>
      </w:r>
      <w:r>
        <w:rPr>
          <w:b w:val="0"/>
          <w:i w:val="0"/>
          <w:smallCaps w:val="0"/>
          <w:strike w:val="0"/>
          <w:sz w:val="16"/>
          <w:u w:val="none"/>
        </w:rPr>
        <w:t xml:space="preserve">, </w:t>
      </w:r>
      <w:r>
        <w:rPr>
          <w:b w:val="0"/>
          <w:i w:val="0"/>
          <w:smallCaps w:val="0"/>
          <w:strike w:val="0"/>
          <w:sz w:val="20"/>
          <w:u w:val="single"/>
        </w:rPr>
        <w:t>not rising</w:t>
      </w:r>
      <w:r>
        <w:rPr>
          <w:b w:val="0"/>
          <w:i w:val="0"/>
          <w:smallCaps w:val="0"/>
          <w:strike w:val="0"/>
          <w:sz w:val="16"/>
          <w:u w:val="none"/>
        </w:rPr>
        <w:t xml:space="preserve">.2Z The </w:t>
      </w:r>
      <w:r>
        <w:rPr>
          <w:b w:val="0"/>
          <w:i w:val="0"/>
          <w:smallCaps w:val="0"/>
          <w:strike w:val="0"/>
          <w:sz w:val="20"/>
          <w:highlight w:val="cyan"/>
          <w:u w:val="single"/>
        </w:rPr>
        <w:t>2017</w:t>
      </w:r>
      <w:r>
        <w:rPr>
          <w:b w:val="0"/>
          <w:i w:val="0"/>
          <w:smallCaps w:val="0"/>
          <w:strike w:val="0"/>
          <w:sz w:val="16"/>
          <w:u w:val="none"/>
        </w:rPr>
        <w:t xml:space="preserve"> budget was $69.2 billion, some </w:t>
      </w:r>
      <w:r>
        <w:rPr>
          <w:b/>
          <w:i w:val="0"/>
          <w:smallCaps w:val="0"/>
          <w:strike w:val="0"/>
          <w:sz w:val="20"/>
          <w:u w:val="single"/>
        </w:rPr>
        <w:t>$</w:t>
      </w:r>
      <w:r>
        <w:rPr>
          <w:b/>
          <w:i w:val="0"/>
          <w:smallCaps w:val="0"/>
          <w:strike w:val="0"/>
          <w:sz w:val="20"/>
          <w:highlight w:val="cyan"/>
          <w:u w:val="single"/>
        </w:rPr>
        <w:t>6</w:t>
      </w:r>
      <w:r>
        <w:rPr>
          <w:b/>
          <w:i w:val="0"/>
          <w:smallCaps w:val="0"/>
          <w:strike w:val="0"/>
          <w:sz w:val="20"/>
          <w:u w:val="single"/>
        </w:rPr>
        <w:t xml:space="preserve">.1 </w:t>
      </w:r>
      <w:r>
        <w:rPr>
          <w:b/>
          <w:i w:val="0"/>
          <w:smallCaps w:val="0"/>
          <w:strike w:val="0"/>
          <w:sz w:val="20"/>
          <w:highlight w:val="cyan"/>
          <w:u w:val="single"/>
        </w:rPr>
        <w:t>billion greater</w:t>
      </w:r>
      <w:r>
        <w:rPr>
          <w:b w:val="0"/>
          <w:i w:val="0"/>
          <w:smallCaps w:val="0"/>
          <w:strike w:val="0"/>
          <w:sz w:val="20"/>
          <w:u w:val="single"/>
        </w:rPr>
        <w:t xml:space="preserve"> than the subsequent budget</w:t>
      </w:r>
      <w:r>
        <w:rPr>
          <w:b w:val="0"/>
          <w:i w:val="0"/>
          <w:smallCaps w:val="0"/>
          <w:strike w:val="0"/>
          <w:sz w:val="16"/>
          <w:u w:val="none"/>
        </w:rPr>
        <w:t xml:space="preserve">. That is an </w:t>
      </w:r>
      <w:r>
        <w:rPr>
          <w:b w:val="0"/>
          <w:i w:val="0"/>
          <w:smallCaps w:val="0"/>
          <w:strike w:val="0"/>
          <w:sz w:val="20"/>
          <w:highlight w:val="cyan"/>
          <w:u w:val="single"/>
        </w:rPr>
        <w:t>odd</w:t>
      </w:r>
      <w:r>
        <w:rPr>
          <w:b w:val="0"/>
          <w:i w:val="0"/>
          <w:smallCaps w:val="0"/>
          <w:strike w:val="0"/>
          <w:sz w:val="20"/>
          <w:u w:val="single"/>
        </w:rPr>
        <w:t xml:space="preserve"> trend </w:t>
      </w:r>
      <w:r>
        <w:rPr>
          <w:b w:val="0"/>
          <w:i w:val="0"/>
          <w:smallCaps w:val="0"/>
          <w:strike w:val="0"/>
          <w:sz w:val="20"/>
          <w:highlight w:val="cyan"/>
          <w:u w:val="single"/>
        </w:rPr>
        <w:t>for</w:t>
      </w:r>
      <w:r>
        <w:rPr>
          <w:b w:val="0"/>
          <w:i w:val="0"/>
          <w:smallCaps w:val="0"/>
          <w:strike w:val="0"/>
          <w:sz w:val="16"/>
          <w:u w:val="none"/>
        </w:rPr>
        <w:t xml:space="preserve"> a </w:t>
      </w:r>
      <w:r>
        <w:rPr>
          <w:b w:val="0"/>
          <w:i w:val="0"/>
          <w:smallCaps w:val="0"/>
          <w:strike w:val="0"/>
          <w:sz w:val="20"/>
          <w:highlight w:val="cyan"/>
          <w:u w:val="single"/>
        </w:rPr>
        <w:t xml:space="preserve">government that </w:t>
      </w:r>
      <w:r>
        <w:rPr>
          <w:b/>
          <w:i w:val="0"/>
          <w:smallCaps w:val="0"/>
          <w:strike w:val="0"/>
          <w:sz w:val="20"/>
          <w:highlight w:val="cyan"/>
          <w:u w:val="single"/>
        </w:rPr>
        <w:t>supposedly harbors</w:t>
      </w:r>
      <w:r>
        <w:rPr>
          <w:b w:val="0"/>
          <w:i w:val="0"/>
          <w:smallCaps w:val="0"/>
          <w:strike w:val="0"/>
          <w:sz w:val="20"/>
          <w:u w:val="single"/>
        </w:rPr>
        <w:t xml:space="preserve"> vast </w:t>
      </w:r>
      <w:r>
        <w:rPr>
          <w:b w:val="0"/>
          <w:i w:val="0"/>
          <w:smallCaps w:val="0"/>
          <w:strike w:val="0"/>
          <w:sz w:val="20"/>
          <w:highlight w:val="cyan"/>
          <w:u w:val="single"/>
        </w:rPr>
        <w:t>offensive ambitions</w:t>
      </w:r>
      <w:r>
        <w:rPr>
          <w:b w:val="0"/>
          <w:i w:val="0"/>
          <w:smallCaps w:val="0"/>
          <w:strike w:val="0"/>
          <w:sz w:val="16"/>
          <w:u w:val="none"/>
        </w:rPr>
        <w:t xml:space="preserve">. </w:t>
      </w:r>
    </w:p>
    <w:p>
      <w:pPr>
        <w:spacing w:after="60"/>
      </w:pPr>
      <w:r>
        <w:rPr>
          <w:b w:val="0"/>
          <w:i w:val="0"/>
          <w:smallCaps w:val="0"/>
          <w:strike w:val="0"/>
          <w:sz w:val="16"/>
          <w:u w:val="none"/>
        </w:rPr>
        <w:t xml:space="preserve">The only undiminished source of clout is Moscow's large nuclear arsenal. Of course, nuclear weapons are the ultimate deterrent. But they are not very useful for power projection or warfighting, except in the highly improbable event that a country's political leadership is eager to risk national and personal sui- cide.22 And no evidence whatsoever suggests Putin and his oligarch backers are suicidal. Quite the contrary, they seem wedded to accumulating ever greater wealth and perks. </w:t>
      </w:r>
    </w:p>
    <w:p>
      <w:pPr>
        <w:spacing w:after="60"/>
      </w:pPr>
      <w:r>
        <w:rPr>
          <w:b w:val="0"/>
          <w:i w:val="0"/>
          <w:smallCaps w:val="0"/>
          <w:strike w:val="0"/>
          <w:sz w:val="16"/>
          <w:u w:val="none"/>
        </w:rPr>
        <w:t xml:space="preserve">Finally, </w:t>
      </w:r>
      <w:r>
        <w:rPr>
          <w:b w:val="0"/>
          <w:i w:val="0"/>
          <w:smallCaps w:val="0"/>
          <w:strike w:val="0"/>
          <w:sz w:val="20"/>
          <w:highlight w:val="cyan"/>
          <w:u w:val="single"/>
        </w:rPr>
        <w:t>Russia's</w:t>
      </w:r>
      <w:r>
        <w:rPr>
          <w:b w:val="0"/>
          <w:i w:val="0"/>
          <w:smallCaps w:val="0"/>
          <w:strike w:val="0"/>
          <w:sz w:val="20"/>
          <w:u w:val="single"/>
        </w:rPr>
        <w:t xml:space="preserve"> security </w:t>
      </w:r>
      <w:r>
        <w:rPr>
          <w:b w:val="0"/>
          <w:i w:val="0"/>
          <w:smallCaps w:val="0"/>
          <w:strike w:val="0"/>
          <w:sz w:val="20"/>
          <w:highlight w:val="cyan"/>
          <w:u w:val="single"/>
        </w:rPr>
        <w:t>interests</w:t>
      </w:r>
      <w:r>
        <w:rPr>
          <w:b w:val="0"/>
          <w:i w:val="0"/>
          <w:smallCaps w:val="0"/>
          <w:strike w:val="0"/>
          <w:sz w:val="20"/>
          <w:u w:val="single"/>
        </w:rPr>
        <w:t xml:space="preserve"> </w:t>
      </w:r>
      <w:r>
        <w:rPr>
          <w:b/>
          <w:i w:val="0"/>
          <w:smallCaps w:val="0"/>
          <w:strike w:val="0"/>
          <w:sz w:val="20"/>
          <w:u w:val="single"/>
        </w:rPr>
        <w:t xml:space="preserve">actually </w:t>
      </w:r>
      <w:r>
        <w:rPr>
          <w:b/>
          <w:i w:val="0"/>
          <w:smallCaps w:val="0"/>
          <w:strike w:val="0"/>
          <w:sz w:val="20"/>
          <w:highlight w:val="cyan"/>
          <w:u w:val="single"/>
        </w:rPr>
        <w:t>overlap</w:t>
      </w:r>
      <w:r>
        <w:rPr>
          <w:b w:val="0"/>
          <w:i w:val="0"/>
          <w:smallCaps w:val="0"/>
          <w:strike w:val="0"/>
          <w:sz w:val="16"/>
          <w:u w:val="none"/>
        </w:rPr>
        <w:t xml:space="preserve"> modestly </w:t>
      </w:r>
      <w:r>
        <w:rPr>
          <w:b w:val="0"/>
          <w:i w:val="0"/>
          <w:smallCaps w:val="0"/>
          <w:strike w:val="0"/>
          <w:sz w:val="20"/>
          <w:highlight w:val="cyan"/>
          <w:u w:val="single"/>
        </w:rPr>
        <w:t>with America's</w:t>
      </w:r>
      <w:r>
        <w:rPr>
          <w:b w:val="0"/>
          <w:i w:val="0"/>
          <w:smallCaps w:val="0"/>
          <w:strike w:val="0"/>
          <w:sz w:val="16"/>
          <w:u w:val="none"/>
        </w:rPr>
        <w:t xml:space="preserve"> — most notably the desire to combat radical Islamic terrorism. </w:t>
      </w:r>
      <w:r>
        <w:rPr>
          <w:b w:val="0"/>
          <w:i w:val="0"/>
          <w:smallCaps w:val="0"/>
          <w:strike w:val="0"/>
          <w:sz w:val="20"/>
          <w:u w:val="single"/>
        </w:rPr>
        <w:t xml:space="preserve">If U.S. leaders did not </w:t>
      </w:r>
      <w:r>
        <w:rPr>
          <w:b/>
          <w:i w:val="0"/>
          <w:smallCaps w:val="0"/>
          <w:strike w:val="0"/>
          <w:sz w:val="20"/>
          <w:u w:val="single"/>
        </w:rPr>
        <w:t>insist</w:t>
      </w:r>
      <w:r>
        <w:rPr>
          <w:b w:val="0"/>
          <w:i w:val="0"/>
          <w:smallCaps w:val="0"/>
          <w:strike w:val="0"/>
          <w:sz w:val="20"/>
          <w:u w:val="single"/>
        </w:rPr>
        <w:t xml:space="preserve"> on pursuing provocative</w:t>
      </w:r>
      <w:r>
        <w:rPr>
          <w:b w:val="0"/>
          <w:i w:val="0"/>
          <w:smallCaps w:val="0"/>
          <w:strike w:val="0"/>
          <w:sz w:val="16"/>
          <w:u w:val="none"/>
        </w:rPr>
        <w:t xml:space="preserve">, </w:t>
      </w:r>
      <w:r>
        <w:rPr>
          <w:b w:val="0"/>
          <w:i w:val="0"/>
          <w:smallCaps w:val="0"/>
          <w:strike w:val="0"/>
          <w:sz w:val="20"/>
          <w:u w:val="single"/>
        </w:rPr>
        <w:t>intrusive policies</w:t>
      </w:r>
      <w:r>
        <w:rPr>
          <w:b w:val="0"/>
          <w:i w:val="0"/>
          <w:smallCaps w:val="0"/>
          <w:strike w:val="0"/>
          <w:sz w:val="16"/>
          <w:u w:val="none"/>
        </w:rPr>
        <w:t xml:space="preserve"> such as expanding NATO to Russia's border, undermining longtime Russian clients in the Balkans (Serbia) and the Middle East (Syria), and excluding Russia from key international economic institutions (such as the former Group of 8 (G-81, now G 7), there would be relatively </w:t>
      </w:r>
      <w:r>
        <w:rPr>
          <w:b w:val="0"/>
          <w:i w:val="0"/>
          <w:smallCaps w:val="0"/>
          <w:strike w:val="0"/>
          <w:sz w:val="20"/>
          <w:u w:val="single"/>
        </w:rPr>
        <w:t>few occasions</w:t>
      </w:r>
      <w:r>
        <w:rPr>
          <w:b w:val="0"/>
          <w:i w:val="0"/>
          <w:smallCaps w:val="0"/>
          <w:strike w:val="0"/>
          <w:sz w:val="16"/>
          <w:u w:val="none"/>
        </w:rPr>
        <w:t xml:space="preserve"> when important </w:t>
      </w:r>
      <w:r>
        <w:rPr>
          <w:b w:val="0"/>
          <w:i w:val="0"/>
          <w:smallCaps w:val="0"/>
          <w:strike w:val="0"/>
          <w:sz w:val="20"/>
          <w:u w:val="single"/>
        </w:rPr>
        <w:t>American and Russian interests collide</w:t>
      </w:r>
      <w:r>
        <w:rPr>
          <w:b w:val="0"/>
          <w:i w:val="0"/>
          <w:smallCaps w:val="0"/>
          <w:strike w:val="0"/>
          <w:sz w:val="16"/>
          <w:u w:val="none"/>
        </w:rPr>
        <w:t xml:space="preserve">. </w:t>
      </w:r>
    </w:p>
    <w:p>
      <w:pPr>
        <w:spacing w:after="60"/>
      </w:pPr>
      <w:r>
        <w:rPr>
          <w:b w:val="0"/>
          <w:i w:val="0"/>
          <w:smallCaps w:val="0"/>
          <w:strike w:val="0"/>
          <w:sz w:val="16"/>
          <w:u w:val="none"/>
        </w:rPr>
        <w:t xml:space="preserve">A </w:t>
      </w:r>
      <w:r>
        <w:rPr>
          <w:b/>
          <w:i w:val="0"/>
          <w:smallCaps w:val="0"/>
          <w:strike w:val="0"/>
          <w:sz w:val="20"/>
          <w:u w:val="single"/>
        </w:rPr>
        <w:t>fundamental shift</w:t>
      </w:r>
      <w:r>
        <w:rPr>
          <w:b w:val="0"/>
          <w:i w:val="0"/>
          <w:smallCaps w:val="0"/>
          <w:strike w:val="0"/>
          <w:sz w:val="20"/>
          <w:u w:val="single"/>
        </w:rPr>
        <w:t xml:space="preserve"> in U.S. policy is needed</w:t>
      </w:r>
      <w:r>
        <w:rPr>
          <w:b w:val="0"/>
          <w:i w:val="0"/>
          <w:smallCaps w:val="0"/>
          <w:strike w:val="0"/>
          <w:sz w:val="16"/>
          <w:u w:val="none"/>
        </w:rPr>
        <w:t xml:space="preserve">, but that requires a major change in America's national psychology. For more than four decades, Americans saw (and were told to regard) the Soviet Union as a mortal threat to the nation's security and its most cherished values of freedom and democracy. Unfortunately, a mental reset did not take place when the USSR </w:t>
      </w:r>
      <w:r>
        <w:rPr>
          <w:b w:val="0"/>
          <w:i w:val="0"/>
          <w:smallCaps w:val="0"/>
          <w:strike w:val="0"/>
          <w:sz w:val="16"/>
          <w:u w:val="none"/>
        </w:rPr>
        <w:t>dissolved</w:t>
      </w:r>
      <w:r>
        <w:rPr>
          <w:b w:val="0"/>
          <w:i w:val="0"/>
          <w:smallCaps w:val="0"/>
          <w:strike w:val="0"/>
          <w:sz w:val="16"/>
          <w:u w:val="none"/>
        </w:rPr>
        <w:t xml:space="preserve"> and a quasi-democratic Russia emerged as one of the successor states. Too many </w:t>
      </w:r>
      <w:r>
        <w:rPr>
          <w:b w:val="0"/>
          <w:i w:val="0"/>
          <w:smallCaps w:val="0"/>
          <w:strike w:val="0"/>
          <w:sz w:val="20"/>
          <w:u w:val="single"/>
        </w:rPr>
        <w:t>Americans</w:t>
      </w:r>
      <w:r>
        <w:rPr>
          <w:b w:val="0"/>
          <w:i w:val="0"/>
          <w:smallCaps w:val="0"/>
          <w:strike w:val="0"/>
          <w:sz w:val="16"/>
          <w:u w:val="none"/>
        </w:rPr>
        <w:t xml:space="preserve">, including political leaders and policymakers, </w:t>
      </w:r>
      <w:r>
        <w:rPr>
          <w:b w:val="0"/>
          <w:i w:val="0"/>
          <w:smallCaps w:val="0"/>
          <w:strike w:val="0"/>
          <w:sz w:val="20"/>
          <w:highlight w:val="cyan"/>
          <w:u w:val="single"/>
        </w:rPr>
        <w:t>act as though we are</w:t>
      </w:r>
      <w:r>
        <w:rPr>
          <w:b w:val="0"/>
          <w:i w:val="0"/>
          <w:smallCaps w:val="0"/>
          <w:strike w:val="0"/>
          <w:sz w:val="20"/>
          <w:u w:val="single"/>
        </w:rPr>
        <w:t xml:space="preserve"> </w:t>
      </w:r>
      <w:r>
        <w:rPr>
          <w:b/>
          <w:i w:val="0"/>
          <w:smallCaps w:val="0"/>
          <w:strike w:val="0"/>
          <w:sz w:val="20"/>
          <w:u w:val="single"/>
        </w:rPr>
        <w:t xml:space="preserve">still </w:t>
      </w:r>
      <w:r>
        <w:rPr>
          <w:b/>
          <w:i w:val="0"/>
          <w:smallCaps w:val="0"/>
          <w:strike w:val="0"/>
          <w:sz w:val="20"/>
          <w:highlight w:val="cyan"/>
          <w:u w:val="single"/>
        </w:rPr>
        <w:t>confronting</w:t>
      </w:r>
      <w:r>
        <w:rPr>
          <w:b w:val="0"/>
          <w:i w:val="0"/>
          <w:smallCaps w:val="0"/>
          <w:strike w:val="0"/>
          <w:sz w:val="20"/>
          <w:highlight w:val="cyan"/>
          <w:u w:val="single"/>
        </w:rPr>
        <w:t xml:space="preserve"> the Soviet Union</w:t>
      </w:r>
      <w:r>
        <w:rPr>
          <w:b w:val="0"/>
          <w:i w:val="0"/>
          <w:smallCaps w:val="0"/>
          <w:strike w:val="0"/>
          <w:sz w:val="16"/>
          <w:u w:val="none"/>
        </w:rPr>
        <w:t xml:space="preserve"> at the height of its power and ambitions. </w:t>
      </w:r>
    </w:p>
    <w:p>
      <w:pPr>
        <w:spacing w:after="60"/>
      </w:pPr>
      <w:r>
        <w:rPr>
          <w:b w:val="0"/>
          <w:i w:val="0"/>
          <w:smallCaps w:val="0"/>
          <w:strike w:val="0"/>
          <w:sz w:val="16"/>
          <w:u w:val="none"/>
        </w:rPr>
        <w:t xml:space="preserve">That </w:t>
      </w:r>
      <w:r>
        <w:rPr>
          <w:b/>
          <w:i w:val="0"/>
          <w:smallCaps w:val="0"/>
          <w:strike w:val="0"/>
          <w:sz w:val="20"/>
          <w:u w:val="single"/>
        </w:rPr>
        <w:t>obsolete view</w:t>
      </w:r>
      <w:r>
        <w:rPr>
          <w:b w:val="0"/>
          <w:i w:val="0"/>
          <w:smallCaps w:val="0"/>
          <w:strike w:val="0"/>
          <w:sz w:val="20"/>
          <w:u w:val="single"/>
        </w:rPr>
        <w:t xml:space="preserve"> is </w:t>
      </w:r>
      <w:r>
        <w:rPr>
          <w:b w:val="0"/>
          <w:i w:val="0"/>
          <w:smallCaps w:val="0"/>
          <w:strike w:val="0"/>
          <w:sz w:val="20"/>
          <w:highlight w:val="cyan"/>
          <w:u w:val="single"/>
        </w:rPr>
        <w:t xml:space="preserve">causing </w:t>
      </w:r>
      <w:r>
        <w:rPr>
          <w:b/>
          <w:i w:val="0"/>
          <w:smallCaps w:val="0"/>
          <w:strike w:val="0"/>
          <w:sz w:val="20"/>
          <w:highlight w:val="cyan"/>
          <w:u w:val="single"/>
        </w:rPr>
        <w:t>multiple problems</w:t>
      </w:r>
      <w:r>
        <w:rPr>
          <w:b w:val="0"/>
          <w:i w:val="0"/>
          <w:smallCaps w:val="0"/>
          <w:strike w:val="0"/>
          <w:sz w:val="16"/>
          <w:u w:val="none"/>
        </w:rPr>
        <w:t xml:space="preserve">. Writing in 2016, Dimitri K. Simes, president of the Center for the National Interest, concluded that </w:t>
      </w:r>
      <w:r>
        <w:rPr>
          <w:b w:val="0"/>
          <w:i w:val="0"/>
          <w:smallCaps w:val="0"/>
          <w:strike w:val="0"/>
          <w:sz w:val="20"/>
          <w:u w:val="single"/>
        </w:rPr>
        <w:t>Western actions</w:t>
      </w:r>
      <w:r>
        <w:rPr>
          <w:b w:val="0"/>
          <w:i w:val="0"/>
          <w:smallCaps w:val="0"/>
          <w:strike w:val="0"/>
          <w:sz w:val="16"/>
          <w:u w:val="none"/>
        </w:rPr>
        <w:t xml:space="preserve"> had </w:t>
      </w:r>
      <w:r>
        <w:rPr>
          <w:b w:val="0"/>
          <w:i w:val="0"/>
          <w:smallCaps w:val="0"/>
          <w:strike w:val="0"/>
          <w:sz w:val="20"/>
          <w:highlight w:val="cyan"/>
          <w:u w:val="single"/>
        </w:rPr>
        <w:t>produced</w:t>
      </w:r>
      <w:r>
        <w:rPr>
          <w:b w:val="0"/>
          <w:i w:val="0"/>
          <w:smallCaps w:val="0"/>
          <w:strike w:val="0"/>
          <w:sz w:val="16"/>
          <w:u w:val="none"/>
        </w:rPr>
        <w:t xml:space="preserve"> an </w:t>
      </w:r>
      <w:r>
        <w:rPr>
          <w:b w:val="0"/>
          <w:i w:val="0"/>
          <w:smallCaps w:val="0"/>
          <w:strike w:val="0"/>
          <w:sz w:val="20"/>
          <w:u w:val="single"/>
        </w:rPr>
        <w:t xml:space="preserve">ominous </w:t>
      </w:r>
      <w:r>
        <w:rPr>
          <w:b w:val="0"/>
          <w:i w:val="0"/>
          <w:smallCaps w:val="0"/>
          <w:strike w:val="0"/>
          <w:sz w:val="20"/>
          <w:highlight w:val="cyan"/>
          <w:u w:val="single"/>
        </w:rPr>
        <w:t>situation</w:t>
      </w:r>
      <w:r>
        <w:rPr>
          <w:b w:val="0"/>
          <w:i w:val="0"/>
          <w:smallCaps w:val="0"/>
          <w:strike w:val="0"/>
          <w:sz w:val="16"/>
          <w:u w:val="none"/>
        </w:rPr>
        <w:t>. "</w:t>
      </w:r>
      <w:r>
        <w:rPr>
          <w:b w:val="0"/>
          <w:i w:val="0"/>
          <w:smallCaps w:val="0"/>
          <w:strike w:val="0"/>
          <w:sz w:val="20"/>
          <w:highlight w:val="cyan"/>
          <w:u w:val="single"/>
        </w:rPr>
        <w:t>Russia</w:t>
      </w:r>
      <w:r>
        <w:rPr>
          <w:b w:val="0"/>
          <w:i w:val="0"/>
          <w:smallCaps w:val="0"/>
          <w:strike w:val="0"/>
          <w:sz w:val="16"/>
          <w:u w:val="none"/>
        </w:rPr>
        <w:t xml:space="preserve"> today is </w:t>
      </w:r>
      <w:r>
        <w:rPr>
          <w:b w:val="0"/>
          <w:i w:val="0"/>
          <w:smallCaps w:val="0"/>
          <w:strike w:val="0"/>
          <w:sz w:val="20"/>
          <w:u w:val="single"/>
        </w:rPr>
        <w:t>increasingly</w:t>
      </w:r>
      <w:r>
        <w:rPr>
          <w:b w:val="0"/>
          <w:i w:val="0"/>
          <w:smallCaps w:val="0"/>
          <w:strike w:val="0"/>
          <w:sz w:val="16"/>
          <w:u w:val="none"/>
        </w:rPr>
        <w:t xml:space="preserve"> an </w:t>
      </w:r>
      <w:r>
        <w:rPr>
          <w:b w:val="0"/>
          <w:i w:val="0"/>
          <w:smallCaps w:val="0"/>
          <w:strike w:val="0"/>
          <w:sz w:val="20"/>
          <w:u w:val="single"/>
        </w:rPr>
        <w:t>angry</w:t>
      </w:r>
      <w:r>
        <w:rPr>
          <w:b w:val="0"/>
          <w:i w:val="0"/>
          <w:smallCaps w:val="0"/>
          <w:strike w:val="0"/>
          <w:sz w:val="16"/>
          <w:u w:val="none"/>
        </w:rPr>
        <w:t xml:space="preserve">, </w:t>
      </w:r>
      <w:r>
        <w:rPr>
          <w:b w:val="0"/>
          <w:i w:val="0"/>
          <w:smallCaps w:val="0"/>
          <w:strike w:val="0"/>
          <w:sz w:val="20"/>
          <w:u w:val="single"/>
        </w:rPr>
        <w:t>nationalistic</w:t>
      </w:r>
      <w:r>
        <w:rPr>
          <w:b w:val="0"/>
          <w:i w:val="0"/>
          <w:smallCaps w:val="0"/>
          <w:strike w:val="0"/>
          <w:sz w:val="16"/>
          <w:u w:val="none"/>
        </w:rPr>
        <w:t xml:space="preserve">, elective monarchy, and while it is still open for business with America and its allies, its </w:t>
      </w:r>
      <w:r>
        <w:rPr>
          <w:b w:val="0"/>
          <w:i w:val="0"/>
          <w:smallCaps w:val="0"/>
          <w:strike w:val="0"/>
          <w:sz w:val="20"/>
          <w:u w:val="single"/>
        </w:rPr>
        <w:t xml:space="preserve">leaders often </w:t>
      </w:r>
      <w:r>
        <w:rPr>
          <w:b w:val="0"/>
          <w:i w:val="0"/>
          <w:smallCaps w:val="0"/>
          <w:strike w:val="0"/>
          <w:sz w:val="20"/>
          <w:highlight w:val="cyan"/>
          <w:u w:val="single"/>
        </w:rPr>
        <w:t>assume</w:t>
      </w:r>
      <w:r>
        <w:rPr>
          <w:b w:val="0"/>
          <w:i w:val="0"/>
          <w:smallCaps w:val="0"/>
          <w:strike w:val="0"/>
          <w:sz w:val="16"/>
          <w:u w:val="none"/>
        </w:rPr>
        <w:t xml:space="preserve"> the </w:t>
      </w:r>
      <w:r>
        <w:rPr>
          <w:b/>
          <w:i w:val="0"/>
          <w:smallCaps w:val="0"/>
          <w:strike w:val="0"/>
          <w:sz w:val="20"/>
          <w:highlight w:val="cyan"/>
          <w:u w:val="single"/>
        </w:rPr>
        <w:t>worst about</w:t>
      </w:r>
      <w:r>
        <w:rPr>
          <w:b w:val="0"/>
          <w:i w:val="0"/>
          <w:smallCaps w:val="0"/>
          <w:strike w:val="0"/>
          <w:sz w:val="20"/>
          <w:highlight w:val="cyan"/>
          <w:u w:val="single"/>
        </w:rPr>
        <w:t xml:space="preserve"> Western intentions</w:t>
      </w:r>
      <w:r>
        <w:rPr>
          <w:b w:val="0"/>
          <w:i w:val="0"/>
          <w:smallCaps w:val="0"/>
          <w:strike w:val="0"/>
          <w:sz w:val="16"/>
          <w:u w:val="none"/>
        </w:rPr>
        <w:t xml:space="preserve">." </w:t>
      </w:r>
    </w:p>
    <w:p>
      <w:pPr>
        <w:spacing w:after="60"/>
      </w:pPr>
      <w:r>
        <w:rPr>
          <w:b w:val="0"/>
          <w:i w:val="0"/>
          <w:smallCaps w:val="0"/>
          <w:strike w:val="0"/>
          <w:sz w:val="16"/>
          <w:u w:val="none"/>
        </w:rPr>
        <w:t xml:space="preserve">As he </w:t>
      </w:r>
      <w:r>
        <w:rPr>
          <w:b w:val="0"/>
          <w:i w:val="0"/>
          <w:smallCaps w:val="0"/>
          <w:strike w:val="0"/>
          <w:sz w:val="16"/>
          <w:u w:val="none"/>
        </w:rPr>
        <w:t>noted,</w:t>
      </w:r>
      <w:r>
        <w:rPr>
          <w:b w:val="0"/>
          <w:i w:val="0"/>
          <w:smallCaps w:val="0"/>
          <w:strike w:val="0"/>
          <w:sz w:val="16"/>
          <w:u w:val="none"/>
        </w:rPr>
        <w:t xml:space="preserve"> that </w:t>
      </w:r>
      <w:r>
        <w:rPr>
          <w:b w:val="0"/>
          <w:i w:val="0"/>
          <w:smallCaps w:val="0"/>
          <w:strike w:val="0"/>
          <w:sz w:val="20"/>
          <w:highlight w:val="cyan"/>
          <w:u w:val="single"/>
        </w:rPr>
        <w:t>unhappy situation</w:t>
      </w:r>
      <w:r>
        <w:rPr>
          <w:b w:val="0"/>
          <w:i w:val="0"/>
          <w:smallCaps w:val="0"/>
          <w:strike w:val="0"/>
          <w:sz w:val="20"/>
          <w:u w:val="single"/>
        </w:rPr>
        <w:t xml:space="preserve"> was </w:t>
      </w:r>
      <w:r>
        <w:rPr>
          <w:b/>
          <w:i w:val="0"/>
          <w:smallCaps w:val="0"/>
          <w:strike w:val="0"/>
          <w:sz w:val="20"/>
          <w:highlight w:val="cyan"/>
          <w:u w:val="single"/>
        </w:rPr>
        <w:t>not inevitable</w:t>
      </w:r>
      <w:r>
        <w:rPr>
          <w:b w:val="0"/>
          <w:i w:val="0"/>
          <w:smallCaps w:val="0"/>
          <w:strike w:val="0"/>
          <w:sz w:val="16"/>
          <w:u w:val="none"/>
        </w:rPr>
        <w:t xml:space="preserve">. "Vladimir Putin's </w:t>
      </w:r>
      <w:r>
        <w:rPr>
          <w:b w:val="0"/>
          <w:i w:val="0"/>
          <w:smallCaps w:val="0"/>
          <w:strike w:val="0"/>
          <w:sz w:val="20"/>
          <w:u w:val="single"/>
        </w:rPr>
        <w:t>Russia is not a superpower</w:t>
      </w:r>
      <w:r>
        <w:rPr>
          <w:b w:val="0"/>
          <w:i w:val="0"/>
          <w:smallCaps w:val="0"/>
          <w:strike w:val="0"/>
          <w:sz w:val="16"/>
          <w:u w:val="none"/>
        </w:rPr>
        <w:t xml:space="preserve">, and its </w:t>
      </w:r>
      <w:r>
        <w:rPr>
          <w:b w:val="0"/>
          <w:i w:val="0"/>
          <w:smallCaps w:val="0"/>
          <w:strike w:val="0"/>
          <w:sz w:val="20"/>
          <w:u w:val="single"/>
        </w:rPr>
        <w:t>top officials</w:t>
      </w:r>
      <w:r>
        <w:rPr>
          <w:b w:val="0"/>
          <w:i w:val="0"/>
          <w:smallCaps w:val="0"/>
          <w:strike w:val="0"/>
          <w:sz w:val="16"/>
          <w:u w:val="none"/>
        </w:rPr>
        <w:t xml:space="preserve"> are </w:t>
      </w:r>
      <w:r>
        <w:rPr>
          <w:b w:val="0"/>
          <w:i w:val="0"/>
          <w:smallCaps w:val="0"/>
          <w:strike w:val="0"/>
          <w:sz w:val="20"/>
          <w:u w:val="single"/>
        </w:rPr>
        <w:t>realistic about</w:t>
      </w:r>
      <w:r>
        <w:rPr>
          <w:b w:val="0"/>
          <w:i w:val="0"/>
          <w:smallCaps w:val="0"/>
          <w:strike w:val="0"/>
          <w:sz w:val="16"/>
          <w:u w:val="none"/>
        </w:rPr>
        <w:t xml:space="preserve"> their </w:t>
      </w:r>
      <w:r>
        <w:rPr>
          <w:b w:val="0"/>
          <w:i w:val="0"/>
          <w:smallCaps w:val="0"/>
          <w:strike w:val="0"/>
          <w:sz w:val="20"/>
          <w:u w:val="single"/>
        </w:rPr>
        <w:t>country's military</w:t>
      </w:r>
      <w:r>
        <w:rPr>
          <w:b w:val="0"/>
          <w:i w:val="0"/>
          <w:smallCaps w:val="0"/>
          <w:strike w:val="0"/>
          <w:sz w:val="16"/>
          <w:u w:val="none"/>
        </w:rPr>
        <w:t xml:space="preserve">, </w:t>
      </w:r>
      <w:r>
        <w:rPr>
          <w:b w:val="0"/>
          <w:i w:val="0"/>
          <w:smallCaps w:val="0"/>
          <w:strike w:val="0"/>
          <w:sz w:val="20"/>
          <w:u w:val="single"/>
        </w:rPr>
        <w:t>geopolitical and economic limitations</w:t>
      </w:r>
      <w:r>
        <w:rPr>
          <w:b w:val="0"/>
          <w:i w:val="0"/>
          <w:smallCaps w:val="0"/>
          <w:strike w:val="0"/>
          <w:sz w:val="16"/>
          <w:u w:val="none"/>
        </w:rPr>
        <w:t xml:space="preserve">. Russia does not have a universal ideology predicated on the West as an enemy. " Richard Betts likewise cautions that the </w:t>
      </w:r>
      <w:r>
        <w:rPr>
          <w:b w:val="0"/>
          <w:i w:val="0"/>
          <w:smallCaps w:val="0"/>
          <w:strike w:val="0"/>
          <w:sz w:val="20"/>
          <w:u w:val="single"/>
        </w:rPr>
        <w:t>West</w:t>
      </w:r>
      <w:r>
        <w:rPr>
          <w:b w:val="0"/>
          <w:i w:val="0"/>
          <w:smallCaps w:val="0"/>
          <w:strike w:val="0"/>
          <w:sz w:val="16"/>
          <w:u w:val="none"/>
        </w:rPr>
        <w:t xml:space="preserve"> is </w:t>
      </w:r>
      <w:r>
        <w:rPr>
          <w:b w:val="0"/>
          <w:i w:val="0"/>
          <w:smallCaps w:val="0"/>
          <w:strike w:val="0"/>
          <w:sz w:val="20"/>
          <w:highlight w:val="cyan"/>
          <w:u w:val="single"/>
        </w:rPr>
        <w:t>overreacting to</w:t>
      </w:r>
      <w:r>
        <w:rPr>
          <w:b w:val="0"/>
          <w:i w:val="0"/>
          <w:smallCaps w:val="0"/>
          <w:strike w:val="0"/>
          <w:sz w:val="16"/>
          <w:u w:val="none"/>
        </w:rPr>
        <w:t xml:space="preserve"> </w:t>
      </w:r>
      <w:r>
        <w:rPr>
          <w:b w:val="0"/>
          <w:i w:val="0"/>
          <w:smallCaps w:val="0"/>
          <w:strike w:val="0"/>
          <w:sz w:val="16"/>
          <w:u w:val="none"/>
        </w:rPr>
        <w:t>an (</w:t>
      </w:r>
      <w:r>
        <w:rPr>
          <w:b/>
          <w:i w:val="0"/>
          <w:smallCaps w:val="0"/>
          <w:strike w:val="0"/>
          <w:sz w:val="20"/>
          <w:highlight w:val="cyan"/>
          <w:u w:val="single"/>
        </w:rPr>
        <w:t>inflated</w:t>
      </w:r>
      <w:r>
        <w:rPr>
          <w:b w:val="0"/>
          <w:i w:val="0"/>
          <w:smallCaps w:val="0"/>
          <w:strike w:val="0"/>
          <w:sz w:val="16"/>
          <w:u w:val="none"/>
        </w:rPr>
        <w:t xml:space="preserve">) </w:t>
      </w:r>
      <w:r>
        <w:rPr>
          <w:b/>
          <w:i w:val="0"/>
          <w:smallCaps w:val="0"/>
          <w:strike w:val="0"/>
          <w:sz w:val="20"/>
          <w:highlight w:val="cyan"/>
          <w:u w:val="single"/>
        </w:rPr>
        <w:t>perception</w:t>
      </w:r>
      <w:r>
        <w:rPr>
          <w:b w:val="0"/>
          <w:i w:val="0"/>
          <w:smallCaps w:val="0"/>
          <w:strike w:val="0"/>
          <w:sz w:val="20"/>
          <w:u w:val="single"/>
        </w:rPr>
        <w:t xml:space="preserve"> of a Russian threat</w:t>
      </w:r>
      <w:r>
        <w:rPr>
          <w:b w:val="0"/>
          <w:i w:val="0"/>
          <w:smallCaps w:val="0"/>
          <w:strike w:val="0"/>
          <w:sz w:val="16"/>
          <w:u w:val="none"/>
        </w:rPr>
        <w:t xml:space="preserve">. "Russia's intentions constitute no more of a threat than its capabilities," he concludes. "During the twentieth century, there were intense territorial conflicts between the two sides and a titanic struggle between them over whose ideology would dominate the world." </w:t>
      </w:r>
    </w:p>
    <w:p>
      <w:pPr>
        <w:spacing w:after="60"/>
      </w:pPr>
      <w:r>
        <w:rPr>
          <w:b w:val="0"/>
          <w:i w:val="0"/>
          <w:smallCaps w:val="0"/>
          <w:strike w:val="0"/>
          <w:sz w:val="16"/>
          <w:u w:val="none"/>
        </w:rPr>
        <w:t xml:space="preserve">Those considerations no longer apply, but the United States and its NATO allies act as though little or nothing has changed. It will be </w:t>
      </w:r>
      <w:r>
        <w:rPr>
          <w:b w:val="0"/>
          <w:i w:val="0"/>
          <w:smallCaps w:val="0"/>
          <w:strike w:val="0"/>
          <w:sz w:val="20"/>
          <w:u w:val="single"/>
        </w:rPr>
        <w:t xml:space="preserve">the </w:t>
      </w:r>
      <w:r>
        <w:rPr>
          <w:b/>
          <w:i w:val="0"/>
          <w:smallCaps w:val="0"/>
          <w:strike w:val="0"/>
          <w:sz w:val="20"/>
          <w:highlight w:val="cyan"/>
          <w:u w:val="single"/>
        </w:rPr>
        <w:t>ultimate</w:t>
      </w:r>
      <w:r>
        <w:rPr>
          <w:b/>
          <w:i w:val="0"/>
          <w:smallCaps w:val="0"/>
          <w:strike w:val="0"/>
          <w:sz w:val="20"/>
          <w:u w:val="single"/>
        </w:rPr>
        <w:t xml:space="preserve"> tragic </w:t>
      </w:r>
      <w:r>
        <w:rPr>
          <w:b/>
          <w:i w:val="0"/>
          <w:smallCaps w:val="0"/>
          <w:strike w:val="0"/>
          <w:sz w:val="20"/>
          <w:highlight w:val="cyan"/>
          <w:u w:val="single"/>
        </w:rPr>
        <w:t>irony</w:t>
      </w:r>
      <w:r>
        <w:rPr>
          <w:b w:val="0"/>
          <w:i w:val="0"/>
          <w:smallCaps w:val="0"/>
          <w:strike w:val="0"/>
          <w:sz w:val="16"/>
          <w:u w:val="none"/>
        </w:rPr>
        <w:t xml:space="preserve"> if, having avoided war with a messianic, totalitarian global adversary, </w:t>
      </w:r>
      <w:r>
        <w:rPr>
          <w:b w:val="0"/>
          <w:i w:val="0"/>
          <w:smallCaps w:val="0"/>
          <w:strike w:val="0"/>
          <w:sz w:val="20"/>
          <w:highlight w:val="cyan"/>
          <w:u w:val="single"/>
        </w:rPr>
        <w:t>we</w:t>
      </w:r>
      <w:r>
        <w:rPr>
          <w:b w:val="0"/>
          <w:i w:val="0"/>
          <w:smallCaps w:val="0"/>
          <w:strike w:val="0"/>
          <w:sz w:val="16"/>
          <w:u w:val="none"/>
        </w:rPr>
        <w:t xml:space="preserve"> now </w:t>
      </w:r>
      <w:r>
        <w:rPr>
          <w:b w:val="0"/>
          <w:i w:val="0"/>
          <w:smallCaps w:val="0"/>
          <w:strike w:val="0"/>
          <w:sz w:val="20"/>
          <w:highlight w:val="cyan"/>
          <w:u w:val="single"/>
        </w:rPr>
        <w:t>stumble into war because of</w:t>
      </w:r>
      <w:r>
        <w:rPr>
          <w:b w:val="0"/>
          <w:i w:val="0"/>
          <w:smallCaps w:val="0"/>
          <w:strike w:val="0"/>
          <w:sz w:val="16"/>
          <w:u w:val="none"/>
        </w:rPr>
        <w:t xml:space="preserve"> an </w:t>
      </w:r>
      <w:r>
        <w:rPr>
          <w:b/>
          <w:i w:val="0"/>
          <w:smallCaps w:val="0"/>
          <w:strike w:val="0"/>
          <w:sz w:val="20"/>
          <w:highlight w:val="cyan"/>
          <w:u w:val="single"/>
        </w:rPr>
        <w:t>out-of- date</w:t>
      </w:r>
      <w:r>
        <w:rPr>
          <w:b/>
          <w:i w:val="0"/>
          <w:smallCaps w:val="0"/>
          <w:strike w:val="0"/>
          <w:sz w:val="20"/>
          <w:u w:val="single"/>
        </w:rPr>
        <w:t xml:space="preserve"> image</w:t>
      </w:r>
      <w:r>
        <w:rPr>
          <w:b w:val="0"/>
          <w:i w:val="0"/>
          <w:smallCaps w:val="0"/>
          <w:strike w:val="0"/>
          <w:sz w:val="16"/>
          <w:u w:val="none"/>
        </w:rPr>
        <w:t xml:space="preserve"> of </w:t>
      </w:r>
      <w:r>
        <w:rPr>
          <w:b w:val="0"/>
          <w:i w:val="0"/>
          <w:smallCaps w:val="0"/>
          <w:strike w:val="0"/>
          <w:sz w:val="20"/>
          <w:u w:val="single"/>
        </w:rPr>
        <w:t xml:space="preserve">and </w:t>
      </w:r>
      <w:r>
        <w:rPr>
          <w:b w:val="0"/>
          <w:i w:val="0"/>
          <w:smallCaps w:val="0"/>
          <w:strike w:val="0"/>
          <w:sz w:val="20"/>
          <w:highlight w:val="cyan"/>
          <w:u w:val="single"/>
        </w:rPr>
        <w:t>policy toward</w:t>
      </w:r>
      <w:r>
        <w:rPr>
          <w:b w:val="0"/>
          <w:i w:val="0"/>
          <w:smallCaps w:val="0"/>
          <w:strike w:val="0"/>
          <w:sz w:val="16"/>
          <w:u w:val="none"/>
        </w:rPr>
        <w:t xml:space="preserve"> a conventional, </w:t>
      </w:r>
      <w:r>
        <w:rPr>
          <w:b/>
          <w:i w:val="0"/>
          <w:smallCaps w:val="0"/>
          <w:strike w:val="0"/>
          <w:sz w:val="20"/>
          <w:highlight w:val="cyan"/>
          <w:u w:val="single"/>
        </w:rPr>
        <w:t>declining</w:t>
      </w:r>
      <w:r>
        <w:rPr>
          <w:b/>
          <w:i w:val="0"/>
          <w:smallCaps w:val="0"/>
          <w:strike w:val="0"/>
          <w:sz w:val="20"/>
          <w:u w:val="single"/>
        </w:rPr>
        <w:t xml:space="preserve"> regional </w:t>
      </w:r>
      <w:r>
        <w:rPr>
          <w:b/>
          <w:i w:val="0"/>
          <w:smallCaps w:val="0"/>
          <w:strike w:val="0"/>
          <w:sz w:val="20"/>
          <w:highlight w:val="cyan"/>
          <w:u w:val="single"/>
        </w:rPr>
        <w:t>power</w:t>
      </w:r>
      <w:r>
        <w:rPr>
          <w:b w:val="0"/>
          <w:i w:val="0"/>
          <w:smallCaps w:val="0"/>
          <w:strike w:val="0"/>
          <w:sz w:val="16"/>
          <w:u w:val="none"/>
        </w:rPr>
        <w:t xml:space="preserve">. Yet </w:t>
      </w:r>
      <w:r>
        <w:rPr>
          <w:b w:val="0"/>
          <w:i w:val="0"/>
          <w:smallCaps w:val="0"/>
          <w:strike w:val="0"/>
          <w:sz w:val="20"/>
          <w:highlight w:val="cyan"/>
          <w:u w:val="single"/>
        </w:rPr>
        <w:t>unless U.S.</w:t>
      </w:r>
      <w:r>
        <w:rPr>
          <w:b w:val="0"/>
          <w:i w:val="0"/>
          <w:smallCaps w:val="0"/>
          <w:strike w:val="0"/>
          <w:sz w:val="20"/>
          <w:u w:val="single"/>
        </w:rPr>
        <w:t xml:space="preserve"> leaders </w:t>
      </w:r>
      <w:r>
        <w:rPr>
          <w:b w:val="0"/>
          <w:i w:val="0"/>
          <w:smallCaps w:val="0"/>
          <w:strike w:val="0"/>
          <w:sz w:val="20"/>
          <w:highlight w:val="cyan"/>
          <w:u w:val="single"/>
        </w:rPr>
        <w:t>change</w:t>
      </w:r>
      <w:r>
        <w:rPr>
          <w:b w:val="0"/>
          <w:i w:val="0"/>
          <w:smallCaps w:val="0"/>
          <w:strike w:val="0"/>
          <w:sz w:val="16"/>
          <w:u w:val="none"/>
        </w:rPr>
        <w:t xml:space="preserve"> both their mindsets and </w:t>
      </w:r>
      <w:r>
        <w:rPr>
          <w:b w:val="0"/>
          <w:i w:val="0"/>
          <w:smallCaps w:val="0"/>
          <w:strike w:val="0"/>
          <w:sz w:val="20"/>
          <w:u w:val="single"/>
        </w:rPr>
        <w:t>their policies</w:t>
      </w:r>
      <w:r>
        <w:rPr>
          <w:b w:val="0"/>
          <w:i w:val="0"/>
          <w:smallCaps w:val="0"/>
          <w:strike w:val="0"/>
          <w:sz w:val="16"/>
          <w:u w:val="none"/>
        </w:rPr>
        <w:t xml:space="preserve"> toward Russia, especially their policy regarding NATO, </w:t>
      </w:r>
      <w:r>
        <w:rPr>
          <w:b w:val="0"/>
          <w:i w:val="0"/>
          <w:smallCaps w:val="0"/>
          <w:strike w:val="0"/>
          <w:sz w:val="20"/>
          <w:u w:val="single"/>
        </w:rPr>
        <w:t xml:space="preserve">that </w:t>
      </w:r>
      <w:r>
        <w:rPr>
          <w:b w:val="0"/>
          <w:i w:val="0"/>
          <w:smallCaps w:val="0"/>
          <w:strike w:val="0"/>
          <w:sz w:val="20"/>
          <w:highlight w:val="cyan"/>
          <w:u w:val="single"/>
        </w:rPr>
        <w:t>outcome is</w:t>
      </w:r>
      <w:r>
        <w:rPr>
          <w:b w:val="0"/>
          <w:i w:val="0"/>
          <w:smallCaps w:val="0"/>
          <w:strike w:val="0"/>
          <w:sz w:val="20"/>
          <w:u w:val="single"/>
        </w:rPr>
        <w:t xml:space="preserve"> a </w:t>
      </w:r>
      <w:r>
        <w:rPr>
          <w:b/>
          <w:i w:val="0"/>
          <w:smallCaps w:val="0"/>
          <w:strike w:val="0"/>
          <w:sz w:val="20"/>
          <w:highlight w:val="cyan"/>
          <w:u w:val="single"/>
        </w:rPr>
        <w:t>very</w:t>
      </w:r>
      <w:r>
        <w:rPr>
          <w:b/>
          <w:i w:val="0"/>
          <w:smallCaps w:val="0"/>
          <w:strike w:val="0"/>
          <w:sz w:val="20"/>
          <w:u w:val="single"/>
        </w:rPr>
        <w:t xml:space="preserve"> real </w:t>
      </w:r>
      <w:r>
        <w:rPr>
          <w:b/>
          <w:i w:val="0"/>
          <w:smallCaps w:val="0"/>
          <w:strike w:val="0"/>
          <w:sz w:val="20"/>
          <w:highlight w:val="cyan"/>
          <w:u w:val="single"/>
        </w:rPr>
        <w:t>possibil</w:t>
      </w:r>
      <w:r>
        <w:rPr>
          <w:b/>
          <w:i w:val="0"/>
          <w:smallCaps w:val="0"/>
          <w:strike w:val="0"/>
          <w:sz w:val="20"/>
          <w:u w:val="single"/>
        </w:rPr>
        <w:t>ity</w:t>
      </w:r>
      <w:r>
        <w:rPr>
          <w:b w:val="0"/>
          <w:i w:val="0"/>
          <w:smallCaps w:val="0"/>
          <w:strike w:val="0"/>
          <w:sz w:val="16"/>
          <w:u w:val="none"/>
        </w:rPr>
        <w:t xml:space="preserve">. </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