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Not even </w:t>
      </w:r>
      <w:r>
        <w:rPr>
          <w:b/>
          <w:i w:val="0"/>
          <w:smallCaps w:val="0"/>
          <w:strike w:val="0"/>
          <w:sz w:val="26"/>
          <w:u w:val="single"/>
        </w:rPr>
        <w:t>20 degrees</w:t>
      </w:r>
      <w:r>
        <w:rPr>
          <w:b/>
          <w:i w:val="0"/>
          <w:smallCaps w:val="0"/>
          <w:strike w:val="0"/>
          <w:sz w:val="26"/>
          <w:u w:val="none"/>
        </w:rPr>
        <w:t xml:space="preserve"> of warming gets to extinction. </w:t>
      </w:r>
    </w:p>
    <w:p>
      <w:pPr>
        <w:spacing w:after="80"/>
      </w:pPr>
      <w:r>
        <w:rPr>
          <w:b/>
          <w:i w:val="0"/>
          <w:smallCaps w:val="0"/>
          <w:strike w:val="0"/>
          <w:sz w:val="26"/>
          <w:u w:val="none"/>
        </w:rPr>
        <w:t>Ord 20</w:t>
      </w:r>
      <w:r>
        <w:rPr>
          <w:b w:val="0"/>
          <w:i w:val="0"/>
          <w:smallCaps w:val="0"/>
          <w:strike w:val="0"/>
          <w:u w:val="none"/>
        </w:rPr>
        <w:t xml:space="preserve">, research fellow at the Future of Humanity Institute at Oxford University, has advised the World Health Organization, the World Bank, the World Economic Forum, and the UK Prime Minister’s Office and Cabinet Office. (Toby, “4. Anthropogenic Risks”, </w:t>
      </w:r>
      <w:r>
        <w:rPr>
          <w:b w:val="0"/>
          <w:i/>
          <w:smallCaps w:val="0"/>
          <w:strike w:val="0"/>
          <w:u w:val="none"/>
        </w:rPr>
        <w:t>The Precipice: Existential Risk and the Future of Humanity</w:t>
      </w:r>
      <w:r>
        <w:rPr>
          <w:b w:val="0"/>
          <w:i w:val="0"/>
          <w:smallCaps w:val="0"/>
          <w:strike w:val="0"/>
          <w:u w:val="none"/>
        </w:rPr>
        <w:t>, Oxford)</w:t>
      </w:r>
    </w:p>
    <w:p>
      <w:pPr>
        <w:spacing w:after="60"/>
      </w:pPr>
      <w:r>
        <w:rPr>
          <w:b w:val="0"/>
          <w:i w:val="0"/>
          <w:smallCaps w:val="0"/>
          <w:strike w:val="0"/>
          <w:sz w:val="22"/>
          <w:u w:val="single"/>
        </w:rPr>
        <w:t xml:space="preserve">Major </w:t>
      </w:r>
      <w:r>
        <w:rPr>
          <w:b w:val="0"/>
          <w:i w:val="0"/>
          <w:smallCaps w:val="0"/>
          <w:strike w:val="0"/>
          <w:sz w:val="22"/>
          <w:highlight w:val="cyan"/>
          <w:u w:val="single"/>
        </w:rPr>
        <w:t>effects of climate change include</w:t>
      </w:r>
      <w:r>
        <w:rPr>
          <w:b w:val="0"/>
          <w:i w:val="0"/>
          <w:smallCaps w:val="0"/>
          <w:strike w:val="0"/>
          <w:sz w:val="22"/>
          <w:u w:val="single"/>
        </w:rPr>
        <w:t xml:space="preserve"> </w:t>
      </w:r>
      <w:r>
        <w:rPr>
          <w:b/>
          <w:i w:val="0"/>
          <w:smallCaps w:val="0"/>
          <w:strike w:val="0"/>
          <w:sz w:val="22"/>
          <w:u w:val="single"/>
        </w:rPr>
        <w:t>reduced</w:t>
      </w:r>
      <w:r>
        <w:rPr>
          <w:b w:val="0"/>
          <w:i w:val="0"/>
          <w:smallCaps w:val="0"/>
          <w:strike w:val="0"/>
          <w:sz w:val="22"/>
          <w:u w:val="single"/>
        </w:rPr>
        <w:t xml:space="preserve"> agricultural </w:t>
      </w:r>
      <w:r>
        <w:rPr>
          <w:b/>
          <w:i w:val="0"/>
          <w:smallCaps w:val="0"/>
          <w:strike w:val="0"/>
          <w:sz w:val="22"/>
          <w:u w:val="single"/>
        </w:rPr>
        <w:t>yields</w:t>
      </w:r>
      <w:r>
        <w:rPr>
          <w:b w:val="0"/>
          <w:i w:val="0"/>
          <w:smallCaps w:val="0"/>
          <w:strike w:val="0"/>
          <w:sz w:val="22"/>
          <w:u w:val="single"/>
        </w:rPr>
        <w:t xml:space="preserve">, </w:t>
      </w:r>
      <w:r>
        <w:rPr>
          <w:b/>
          <w:i w:val="0"/>
          <w:smallCaps w:val="0"/>
          <w:strike w:val="0"/>
          <w:sz w:val="22"/>
          <w:u w:val="single"/>
        </w:rPr>
        <w:t>sea level rises</w:t>
      </w:r>
      <w:r>
        <w:rPr>
          <w:b w:val="0"/>
          <w:i w:val="0"/>
          <w:smallCaps w:val="0"/>
          <w:strike w:val="0"/>
          <w:sz w:val="22"/>
          <w:u w:val="single"/>
        </w:rPr>
        <w:t xml:space="preserve">, </w:t>
      </w:r>
      <w:r>
        <w:rPr>
          <w:b/>
          <w:i w:val="0"/>
          <w:smallCaps w:val="0"/>
          <w:strike w:val="0"/>
          <w:sz w:val="22"/>
          <w:u w:val="single"/>
        </w:rPr>
        <w:t xml:space="preserve">water </w:t>
      </w:r>
      <w:r>
        <w:rPr>
          <w:b/>
          <w:i w:val="0"/>
          <w:smallCaps w:val="0"/>
          <w:strike w:val="0"/>
          <w:sz w:val="22"/>
          <w:highlight w:val="cyan"/>
          <w:u w:val="single"/>
        </w:rPr>
        <w:t>scarcity</w:t>
      </w:r>
      <w:r>
        <w:rPr>
          <w:b w:val="0"/>
          <w:i w:val="0"/>
          <w:smallCaps w:val="0"/>
          <w:strike w:val="0"/>
          <w:sz w:val="22"/>
          <w:u w:val="single"/>
        </w:rPr>
        <w:t xml:space="preserve">, increased tropical </w:t>
      </w:r>
      <w:r>
        <w:rPr>
          <w:b/>
          <w:i w:val="0"/>
          <w:smallCaps w:val="0"/>
          <w:strike w:val="0"/>
          <w:sz w:val="22"/>
          <w:highlight w:val="cyan"/>
          <w:u w:val="single"/>
        </w:rPr>
        <w:t>diseases</w:t>
      </w:r>
      <w:r>
        <w:rPr>
          <w:b w:val="0"/>
          <w:i w:val="0"/>
          <w:smallCaps w:val="0"/>
          <w:strike w:val="0"/>
          <w:sz w:val="22"/>
          <w:u w:val="single"/>
        </w:rPr>
        <w:t xml:space="preserve">, </w:t>
      </w:r>
      <w:r>
        <w:rPr>
          <w:b/>
          <w:i w:val="0"/>
          <w:smallCaps w:val="0"/>
          <w:strike w:val="0"/>
          <w:sz w:val="22"/>
          <w:u w:val="single"/>
        </w:rPr>
        <w:t xml:space="preserve">ocean </w:t>
      </w:r>
      <w:r>
        <w:rPr>
          <w:b/>
          <w:i w:val="0"/>
          <w:smallCaps w:val="0"/>
          <w:strike w:val="0"/>
          <w:sz w:val="22"/>
          <w:highlight w:val="cyan"/>
          <w:u w:val="single"/>
        </w:rPr>
        <w:t>acidification</w:t>
      </w:r>
      <w:r>
        <w:rPr>
          <w:b w:val="0"/>
          <w:i w:val="0"/>
          <w:smallCaps w:val="0"/>
          <w:strike w:val="0"/>
          <w:sz w:val="22"/>
          <w:u w:val="single"/>
        </w:rPr>
        <w:t xml:space="preserve"> and the collapse of the </w:t>
      </w:r>
      <w:r>
        <w:rPr>
          <w:b/>
          <w:i w:val="0"/>
          <w:smallCaps w:val="0"/>
          <w:strike w:val="0"/>
          <w:sz w:val="22"/>
          <w:u w:val="single"/>
        </w:rPr>
        <w:t>Gulf Stream</w:t>
      </w:r>
      <w:r>
        <w:rPr>
          <w:b w:val="0"/>
          <w:i w:val="0"/>
          <w:smallCaps w:val="0"/>
          <w:strike w:val="0"/>
          <w:u w:val="none"/>
        </w:rPr>
        <w:t xml:space="preserve">. While extremely important when assessing the overall risks of climate change, </w:t>
      </w:r>
      <w:r>
        <w:rPr>
          <w:b/>
          <w:i w:val="0"/>
          <w:smallCaps w:val="0"/>
          <w:strike w:val="0"/>
          <w:sz w:val="22"/>
          <w:highlight w:val="cyan"/>
          <w:u w:val="single"/>
        </w:rPr>
        <w:t>none</w:t>
      </w:r>
      <w:r>
        <w:rPr>
          <w:b/>
          <w:i w:val="0"/>
          <w:smallCaps w:val="0"/>
          <w:strike w:val="0"/>
          <w:sz w:val="22"/>
          <w:u w:val="single"/>
        </w:rPr>
        <w:t xml:space="preserve"> of these </w:t>
      </w:r>
      <w:r>
        <w:rPr>
          <w:b/>
          <w:i w:val="0"/>
          <w:smallCaps w:val="0"/>
          <w:strike w:val="0"/>
          <w:sz w:val="22"/>
          <w:highlight w:val="cyan"/>
          <w:u w:val="single"/>
        </w:rPr>
        <w:t>threaten extinction</w:t>
      </w:r>
      <w:r>
        <w:rPr>
          <w:b w:val="0"/>
          <w:i w:val="0"/>
          <w:smallCaps w:val="0"/>
          <w:strike w:val="0"/>
          <w:sz w:val="32"/>
          <w:u w:val="single"/>
        </w:rPr>
        <w:t xml:space="preserve"> </w:t>
      </w:r>
      <w:r>
        <w:rPr>
          <w:b w:val="0"/>
          <w:i w:val="0"/>
          <w:smallCaps w:val="0"/>
          <w:strike w:val="0"/>
          <w:sz w:val="22"/>
          <w:u w:val="single"/>
        </w:rPr>
        <w:t xml:space="preserve">or </w:t>
      </w:r>
      <w:r>
        <w:rPr>
          <w:b/>
          <w:i w:val="0"/>
          <w:smallCaps w:val="0"/>
          <w:strike w:val="0"/>
          <w:sz w:val="22"/>
          <w:u w:val="single"/>
        </w:rPr>
        <w:t>irrevocable collapse</w:t>
      </w:r>
      <w:r>
        <w:rPr>
          <w:b w:val="0"/>
          <w:i w:val="0"/>
          <w:smallCaps w:val="0"/>
          <w:strike w:val="0"/>
          <w:sz w:val="22"/>
          <w:u w:val="single"/>
        </w:rPr>
        <w:t xml:space="preserve">. </w:t>
      </w:r>
      <w:r>
        <w:rPr>
          <w:b w:val="0"/>
          <w:i w:val="0"/>
          <w:smallCaps w:val="0"/>
          <w:strike w:val="0"/>
          <w:u w:val="none"/>
        </w:rPr>
        <w:t xml:space="preserve">Crops are very sensitive to reductions in temperature (due to frosts), but less sensitive to increases. By all appearances we would still have food to support civilization.85 Even if sea levels rose hundreds of meters (over centuries), most of the Earth’s land area would remain. Similarly, while some areas might conceivably become uninhabitable due to water scarcity, other areas will have increased rainfall. More areas may become susceptible to tropical diseases, but we need only look to the tropics to see civilization flourish despite this. The main effect of a collapse of the system of Atlantic Ocean currents that includes the Gulf Stream is a 2°C cooling of Europe—something that poses no permanent threat to global civilization. From an existential risk perspective, </w:t>
      </w:r>
      <w:r>
        <w:rPr>
          <w:b w:val="0"/>
          <w:i w:val="0"/>
          <w:smallCaps w:val="0"/>
          <w:strike w:val="0"/>
          <w:sz w:val="22"/>
          <w:u w:val="single"/>
        </w:rPr>
        <w:t xml:space="preserve">a more serious concern is that the </w:t>
      </w:r>
      <w:r>
        <w:rPr>
          <w:b w:val="0"/>
          <w:i w:val="0"/>
          <w:smallCaps w:val="0"/>
          <w:strike w:val="0"/>
          <w:sz w:val="22"/>
          <w:highlight w:val="cyan"/>
          <w:u w:val="single"/>
        </w:rPr>
        <w:t>high temp</w:t>
      </w:r>
      <w:r>
        <w:rPr>
          <w:b w:val="0"/>
          <w:i w:val="0"/>
          <w:smallCaps w:val="0"/>
          <w:strike w:val="0"/>
          <w:sz w:val="22"/>
          <w:u w:val="single"/>
        </w:rPr>
        <w:t>eratures</w:t>
      </w:r>
      <w:r>
        <w:rPr>
          <w:b w:val="0"/>
          <w:i w:val="0"/>
          <w:smallCaps w:val="0"/>
          <w:strike w:val="0"/>
          <w:u w:val="none"/>
        </w:rPr>
        <w:t xml:space="preserve"> (and the rapidity of their change) </w:t>
      </w:r>
      <w:r>
        <w:rPr>
          <w:b w:val="0"/>
          <w:i w:val="0"/>
          <w:smallCaps w:val="0"/>
          <w:strike w:val="0"/>
          <w:sz w:val="22"/>
          <w:highlight w:val="cyan"/>
          <w:u w:val="single"/>
        </w:rPr>
        <w:t>might cause</w:t>
      </w:r>
      <w:r>
        <w:rPr>
          <w:b w:val="0"/>
          <w:i w:val="0"/>
          <w:smallCaps w:val="0"/>
          <w:strike w:val="0"/>
          <w:sz w:val="22"/>
          <w:u w:val="single"/>
        </w:rPr>
        <w:t xml:space="preserve"> a large loss of </w:t>
      </w:r>
      <w:r>
        <w:rPr>
          <w:b/>
          <w:i w:val="0"/>
          <w:smallCaps w:val="0"/>
          <w:strike w:val="0"/>
          <w:sz w:val="22"/>
          <w:u w:val="single"/>
        </w:rPr>
        <w:t>biodiversity</w:t>
      </w:r>
      <w:r>
        <w:rPr>
          <w:b w:val="0"/>
          <w:i w:val="0"/>
          <w:smallCaps w:val="0"/>
          <w:strike w:val="0"/>
          <w:sz w:val="22"/>
          <w:u w:val="single"/>
        </w:rPr>
        <w:t xml:space="preserve"> and subsequent </w:t>
      </w:r>
      <w:r>
        <w:rPr>
          <w:b/>
          <w:i w:val="0"/>
          <w:smallCaps w:val="0"/>
          <w:strike w:val="0"/>
          <w:sz w:val="22"/>
          <w:highlight w:val="cyan"/>
          <w:u w:val="single"/>
        </w:rPr>
        <w:t>ecosystem collapse</w:t>
      </w:r>
      <w:r>
        <w:rPr>
          <w:b w:val="0"/>
          <w:i w:val="0"/>
          <w:smallCaps w:val="0"/>
          <w:strike w:val="0"/>
          <w:sz w:val="22"/>
          <w:u w:val="single"/>
        </w:rPr>
        <w:t>.</w:t>
      </w:r>
      <w:r>
        <w:rPr>
          <w:b w:val="0"/>
          <w:i w:val="0"/>
          <w:smallCaps w:val="0"/>
          <w:strike w:val="0"/>
          <w:u w:val="none"/>
        </w:rPr>
        <w:t xml:space="preserve"> While the pathway is not entirely clear, a large enough collapse of ecosystems across the globe could perhaps threaten human extinction. The idea that climate change could cause widespread extinctions has some good theoretical support.86 Yet </w:t>
      </w:r>
      <w:r>
        <w:rPr>
          <w:b/>
          <w:i w:val="0"/>
          <w:smallCaps w:val="0"/>
          <w:strike w:val="0"/>
          <w:sz w:val="22"/>
          <w:highlight w:val="cyan"/>
          <w:u w:val="single"/>
        </w:rPr>
        <w:t>the evidence is mixed</w:t>
      </w:r>
      <w:r>
        <w:rPr>
          <w:b w:val="0"/>
          <w:i w:val="0"/>
          <w:smallCaps w:val="0"/>
          <w:strike w:val="0"/>
          <w:sz w:val="22"/>
          <w:u w:val="single"/>
        </w:rPr>
        <w:t xml:space="preserve">. For when we look at many of the </w:t>
      </w:r>
      <w:r>
        <w:rPr>
          <w:b/>
          <w:i w:val="0"/>
          <w:smallCaps w:val="0"/>
          <w:strike w:val="0"/>
          <w:sz w:val="22"/>
          <w:highlight w:val="cyan"/>
          <w:u w:val="single"/>
        </w:rPr>
        <w:t>past cases</w:t>
      </w:r>
      <w:r>
        <w:rPr>
          <w:b w:val="0"/>
          <w:i w:val="0"/>
          <w:smallCaps w:val="0"/>
          <w:strike w:val="0"/>
          <w:sz w:val="22"/>
          <w:highlight w:val="cyan"/>
          <w:u w:val="single"/>
        </w:rPr>
        <w:t xml:space="preserve"> of</w:t>
      </w:r>
      <w:r>
        <w:rPr>
          <w:b w:val="0"/>
          <w:i w:val="0"/>
          <w:smallCaps w:val="0"/>
          <w:strike w:val="0"/>
          <w:sz w:val="22"/>
          <w:u w:val="single"/>
        </w:rPr>
        <w:t xml:space="preserve"> </w:t>
      </w:r>
      <w:r>
        <w:rPr>
          <w:b/>
          <w:i w:val="0"/>
          <w:smallCaps w:val="0"/>
          <w:strike w:val="0"/>
          <w:sz w:val="22"/>
          <w:u w:val="single"/>
        </w:rPr>
        <w:t>extremely high global temperatures</w:t>
      </w:r>
      <w:r>
        <w:rPr>
          <w:b w:val="0"/>
          <w:i w:val="0"/>
          <w:smallCaps w:val="0"/>
          <w:strike w:val="0"/>
          <w:sz w:val="22"/>
          <w:u w:val="single"/>
        </w:rPr>
        <w:t xml:space="preserve"> or </w:t>
      </w:r>
      <w:r>
        <w:rPr>
          <w:b/>
          <w:i w:val="0"/>
          <w:smallCaps w:val="0"/>
          <w:strike w:val="0"/>
          <w:sz w:val="22"/>
          <w:u w:val="single"/>
        </w:rPr>
        <w:t xml:space="preserve">extremely </w:t>
      </w:r>
      <w:r>
        <w:rPr>
          <w:b/>
          <w:i w:val="0"/>
          <w:smallCaps w:val="0"/>
          <w:strike w:val="0"/>
          <w:sz w:val="22"/>
          <w:highlight w:val="cyan"/>
          <w:u w:val="single"/>
        </w:rPr>
        <w:t>rapid warming</w:t>
      </w:r>
      <w:r>
        <w:rPr>
          <w:b w:val="0"/>
          <w:i w:val="0"/>
          <w:smallCaps w:val="0"/>
          <w:strike w:val="0"/>
          <w:sz w:val="22"/>
          <w:highlight w:val="cyan"/>
          <w:u w:val="single"/>
        </w:rPr>
        <w:t xml:space="preserve"> we </w:t>
      </w:r>
      <w:r>
        <w:rPr>
          <w:b/>
          <w:i w:val="0"/>
          <w:smallCaps w:val="0"/>
          <w:strike w:val="0"/>
          <w:sz w:val="22"/>
          <w:highlight w:val="cyan"/>
          <w:u w:val="single"/>
        </w:rPr>
        <w:t>don’t see a</w:t>
      </w:r>
      <w:r>
        <w:rPr>
          <w:b/>
          <w:i w:val="0"/>
          <w:smallCaps w:val="0"/>
          <w:strike w:val="0"/>
          <w:sz w:val="22"/>
          <w:u w:val="single"/>
        </w:rPr>
        <w:t xml:space="preserve"> corresponding </w:t>
      </w:r>
      <w:r>
        <w:rPr>
          <w:b/>
          <w:i w:val="0"/>
          <w:smallCaps w:val="0"/>
          <w:strike w:val="0"/>
          <w:sz w:val="22"/>
          <w:highlight w:val="cyan"/>
          <w:u w:val="single"/>
        </w:rPr>
        <w:t>loss</w:t>
      </w:r>
      <w:r>
        <w:rPr>
          <w:b w:val="0"/>
          <w:i w:val="0"/>
          <w:smallCaps w:val="0"/>
          <w:strike w:val="0"/>
          <w:sz w:val="22"/>
          <w:highlight w:val="cyan"/>
          <w:u w:val="single"/>
        </w:rPr>
        <w:t xml:space="preserve"> of biod</w:t>
      </w:r>
      <w:r>
        <w:rPr>
          <w:b w:val="0"/>
          <w:i w:val="0"/>
          <w:smallCaps w:val="0"/>
          <w:strike w:val="0"/>
          <w:sz w:val="22"/>
          <w:u w:val="single"/>
        </w:rPr>
        <w:t>iversity</w:t>
      </w:r>
      <w:r>
        <w:rPr>
          <w:b w:val="0"/>
          <w:i w:val="0"/>
          <w:smallCaps w:val="0"/>
          <w:strike w:val="0"/>
          <w:u w:val="none"/>
        </w:rPr>
        <w:t xml:space="preserve">.87 So the most important known effect of climate change from the perspective of direct existential risk is probably the most obvious: heat stress. We need an environment cooler than our body temperature to be able to rid ourselves of waste heat and stay alive. More precisely, we need to be able to lose heat by sweating, which depends on the humidity as well as the temperature. A landmark paper by Steven Sherwood and Matthew Huber showed that with sufficient warming there would be parts of the world whose temperature and humidity combine to exceed the level where humans could survive without air conditioning.88 With 12°C of warming, a very large land area—where more than half of all people currently live and where much of our food is grown—would exceed this level at some point during a typical year. Sherwood and Huber suggest that such areas would be uninhabitable. This may not quite be true (particularly if air conditioning is possible during the hottest months), but their habitability is at least in question. However, </w:t>
      </w:r>
      <w:r>
        <w:rPr>
          <w:b w:val="0"/>
          <w:i w:val="0"/>
          <w:smallCaps w:val="0"/>
          <w:strike w:val="0"/>
          <w:sz w:val="22"/>
          <w:u w:val="single"/>
        </w:rPr>
        <w:t xml:space="preserve">substantial regions would also </w:t>
      </w:r>
      <w:r>
        <w:rPr>
          <w:b/>
          <w:i w:val="0"/>
          <w:smallCaps w:val="0"/>
          <w:strike w:val="0"/>
          <w:sz w:val="22"/>
          <w:u w:val="single"/>
        </w:rPr>
        <w:t>remain below this threshold</w:t>
      </w:r>
      <w:r>
        <w:rPr>
          <w:b w:val="0"/>
          <w:i w:val="0"/>
          <w:smallCaps w:val="0"/>
          <w:strike w:val="0"/>
          <w:u w:val="none"/>
        </w:rPr>
        <w:t xml:space="preserve">. </w:t>
      </w:r>
      <w:r>
        <w:rPr>
          <w:b/>
          <w:i w:val="0"/>
          <w:smallCaps w:val="0"/>
          <w:strike w:val="0"/>
          <w:sz w:val="28"/>
          <w:highlight w:val="cyan"/>
          <w:u w:val="single"/>
        </w:rPr>
        <w:t>Even with</w:t>
      </w:r>
      <w:r>
        <w:rPr>
          <w:b w:val="0"/>
          <w:i w:val="0"/>
          <w:smallCaps w:val="0"/>
          <w:strike w:val="0"/>
          <w:sz w:val="28"/>
          <w:u w:val="single"/>
        </w:rPr>
        <w:t xml:space="preserve"> </w:t>
      </w:r>
      <w:r>
        <w:rPr>
          <w:b w:val="0"/>
          <w:i w:val="0"/>
          <w:smallCaps w:val="0"/>
          <w:strike w:val="0"/>
          <w:sz w:val="22"/>
          <w:u w:val="single"/>
        </w:rPr>
        <w:t xml:space="preserve">an </w:t>
      </w:r>
      <w:r>
        <w:rPr>
          <w:b/>
          <w:i w:val="0"/>
          <w:smallCaps w:val="0"/>
          <w:strike w:val="0"/>
          <w:sz w:val="22"/>
          <w:u w:val="single"/>
        </w:rPr>
        <w:t xml:space="preserve">extreme </w:t>
      </w:r>
      <w:r>
        <w:rPr>
          <w:b/>
          <w:i w:val="0"/>
          <w:smallCaps w:val="0"/>
          <w:strike w:val="0"/>
          <w:sz w:val="28"/>
          <w:highlight w:val="cyan"/>
          <w:u w:val="single"/>
        </w:rPr>
        <w:t>20°</w:t>
      </w:r>
      <w:r>
        <w:rPr>
          <w:b/>
          <w:i w:val="0"/>
          <w:smallCaps w:val="0"/>
          <w:strike w:val="0"/>
          <w:sz w:val="28"/>
          <w:u w:val="single"/>
        </w:rPr>
        <w:t xml:space="preserve">C </w:t>
      </w:r>
      <w:r>
        <w:rPr>
          <w:b/>
          <w:i w:val="0"/>
          <w:smallCaps w:val="0"/>
          <w:strike w:val="0"/>
          <w:sz w:val="28"/>
          <w:highlight w:val="cyan"/>
          <w:u w:val="single"/>
        </w:rPr>
        <w:t>of warming</w:t>
      </w:r>
      <w:r>
        <w:rPr>
          <w:b w:val="0"/>
          <w:i w:val="0"/>
          <w:smallCaps w:val="0"/>
          <w:strike w:val="0"/>
          <w:u w:val="none"/>
        </w:rPr>
        <w:t xml:space="preserve"> </w:t>
      </w:r>
      <w:r>
        <w:rPr>
          <w:b w:val="0"/>
          <w:i w:val="0"/>
          <w:smallCaps w:val="0"/>
          <w:strike w:val="0"/>
          <w:sz w:val="22"/>
          <w:highlight w:val="cyan"/>
          <w:u w:val="single"/>
        </w:rPr>
        <w:t>there would be</w:t>
      </w:r>
      <w:r>
        <w:rPr>
          <w:b w:val="0"/>
          <w:i w:val="0"/>
          <w:smallCaps w:val="0"/>
          <w:strike w:val="0"/>
          <w:sz w:val="22"/>
          <w:u w:val="single"/>
        </w:rPr>
        <w:t xml:space="preserve"> </w:t>
      </w:r>
      <w:r>
        <w:rPr>
          <w:b/>
          <w:i w:val="0"/>
          <w:smallCaps w:val="0"/>
          <w:strike w:val="0"/>
          <w:sz w:val="22"/>
          <w:u w:val="single"/>
        </w:rPr>
        <w:t xml:space="preserve">many </w:t>
      </w:r>
      <w:r>
        <w:rPr>
          <w:b/>
          <w:i w:val="0"/>
          <w:smallCaps w:val="0"/>
          <w:strike w:val="0"/>
          <w:sz w:val="22"/>
          <w:highlight w:val="cyan"/>
          <w:u w:val="single"/>
        </w:rPr>
        <w:t>coastal</w:t>
      </w:r>
      <w:r>
        <w:rPr>
          <w:b/>
          <w:i w:val="0"/>
          <w:smallCaps w:val="0"/>
          <w:strike w:val="0"/>
          <w:sz w:val="22"/>
          <w:u w:val="single"/>
        </w:rPr>
        <w:t xml:space="preserve"> areas</w:t>
      </w:r>
      <w:r>
        <w:rPr>
          <w:b w:val="0"/>
          <w:i w:val="0"/>
          <w:smallCaps w:val="0"/>
          <w:strike w:val="0"/>
          <w:u w:val="none"/>
        </w:rPr>
        <w:t xml:space="preserve"> (</w:t>
      </w:r>
      <w:r>
        <w:rPr>
          <w:b w:val="0"/>
          <w:i w:val="0"/>
          <w:smallCaps w:val="0"/>
          <w:strike w:val="0"/>
          <w:sz w:val="22"/>
          <w:highlight w:val="cyan"/>
          <w:u w:val="single"/>
        </w:rPr>
        <w:t>and</w:t>
      </w:r>
      <w:r>
        <w:rPr>
          <w:b w:val="0"/>
          <w:i w:val="0"/>
          <w:smallCaps w:val="0"/>
          <w:strike w:val="0"/>
          <w:u w:val="none"/>
        </w:rPr>
        <w:t xml:space="preserve"> </w:t>
      </w:r>
      <w:r>
        <w:rPr>
          <w:b w:val="0"/>
          <w:i w:val="0"/>
          <w:smallCaps w:val="0"/>
          <w:strike w:val="0"/>
          <w:sz w:val="22"/>
          <w:u w:val="single"/>
        </w:rPr>
        <w:t xml:space="preserve">some </w:t>
      </w:r>
      <w:r>
        <w:rPr>
          <w:b/>
          <w:i w:val="0"/>
          <w:smallCaps w:val="0"/>
          <w:strike w:val="0"/>
          <w:sz w:val="22"/>
          <w:highlight w:val="cyan"/>
          <w:u w:val="single"/>
        </w:rPr>
        <w:t>elevated regions</w:t>
      </w:r>
      <w:r>
        <w:rPr>
          <w:b w:val="0"/>
          <w:i w:val="0"/>
          <w:smallCaps w:val="0"/>
          <w:strike w:val="0"/>
          <w:u w:val="none"/>
        </w:rPr>
        <w:t xml:space="preserve">) </w:t>
      </w:r>
      <w:r>
        <w:rPr>
          <w:b w:val="0"/>
          <w:i w:val="0"/>
          <w:smallCaps w:val="0"/>
          <w:strike w:val="0"/>
          <w:sz w:val="22"/>
          <w:highlight w:val="cyan"/>
          <w:u w:val="single"/>
        </w:rPr>
        <w:t>that</w:t>
      </w:r>
      <w:r>
        <w:rPr>
          <w:b w:val="0"/>
          <w:i w:val="0"/>
          <w:smallCaps w:val="0"/>
          <w:strike w:val="0"/>
          <w:sz w:val="22"/>
          <w:u w:val="single"/>
        </w:rPr>
        <w:t xml:space="preserve"> </w:t>
      </w:r>
      <w:r>
        <w:rPr>
          <w:b w:val="0"/>
          <w:i w:val="0"/>
          <w:smallCaps w:val="0"/>
          <w:strike w:val="0"/>
          <w:sz w:val="22"/>
          <w:highlight w:val="cyan"/>
          <w:u w:val="single"/>
        </w:rPr>
        <w:t xml:space="preserve">would have </w:t>
      </w:r>
      <w:r>
        <w:rPr>
          <w:b/>
          <w:i w:val="0"/>
          <w:smallCaps w:val="0"/>
          <w:strike w:val="0"/>
          <w:sz w:val="22"/>
          <w:highlight w:val="cyan"/>
          <w:u w:val="single"/>
        </w:rPr>
        <w:t>no days above the temp</w:t>
      </w:r>
      <w:r>
        <w:rPr>
          <w:b/>
          <w:i w:val="0"/>
          <w:smallCaps w:val="0"/>
          <w:strike w:val="0"/>
          <w:sz w:val="22"/>
          <w:u w:val="single"/>
        </w:rPr>
        <w:t>erature</w:t>
      </w:r>
      <w:r>
        <w:rPr>
          <w:b w:val="0"/>
          <w:i w:val="0"/>
          <w:smallCaps w:val="0"/>
          <w:strike w:val="0"/>
          <w:u w:val="none"/>
        </w:rPr>
        <w:t xml:space="preserve">/humidity </w:t>
      </w:r>
      <w:r>
        <w:rPr>
          <w:b/>
          <w:i w:val="0"/>
          <w:smallCaps w:val="0"/>
          <w:strike w:val="0"/>
          <w:sz w:val="22"/>
          <w:highlight w:val="cyan"/>
          <w:u w:val="single"/>
        </w:rPr>
        <w:t>threshold</w:t>
      </w:r>
      <w:r>
        <w:rPr>
          <w:b w:val="0"/>
          <w:i w:val="0"/>
          <w:smallCaps w:val="0"/>
          <w:strike w:val="0"/>
          <w:u w:val="none"/>
        </w:rPr>
        <w:t xml:space="preserve">.89 So </w:t>
      </w:r>
      <w:r>
        <w:rPr>
          <w:b w:val="0"/>
          <w:i w:val="0"/>
          <w:smallCaps w:val="0"/>
          <w:strike w:val="0"/>
          <w:sz w:val="22"/>
          <w:highlight w:val="cyan"/>
          <w:u w:val="single"/>
        </w:rPr>
        <w:t xml:space="preserve">there would </w:t>
      </w:r>
      <w:r>
        <w:rPr>
          <w:b/>
          <w:i w:val="0"/>
          <w:smallCaps w:val="0"/>
          <w:strike w:val="0"/>
          <w:sz w:val="22"/>
          <w:highlight w:val="cyan"/>
          <w:u w:val="single"/>
        </w:rPr>
        <w:t>remain large areas in which</w:t>
      </w:r>
      <w:r>
        <w:rPr>
          <w:b/>
          <w:i w:val="0"/>
          <w:smallCaps w:val="0"/>
          <w:strike w:val="0"/>
          <w:sz w:val="22"/>
          <w:u w:val="single"/>
        </w:rPr>
        <w:t xml:space="preserve"> humanity</w:t>
      </w:r>
      <w:r>
        <w:rPr>
          <w:b w:val="0"/>
          <w:i w:val="0"/>
          <w:smallCaps w:val="0"/>
          <w:strike w:val="0"/>
          <w:sz w:val="22"/>
          <w:u w:val="single"/>
        </w:rPr>
        <w:t xml:space="preserve"> and </w:t>
      </w:r>
      <w:r>
        <w:rPr>
          <w:b/>
          <w:i w:val="0"/>
          <w:smallCaps w:val="0"/>
          <w:strike w:val="0"/>
          <w:sz w:val="22"/>
          <w:highlight w:val="cyan"/>
          <w:u w:val="single"/>
        </w:rPr>
        <w:t>civilization</w:t>
      </w:r>
      <w:r>
        <w:rPr>
          <w:b w:val="0"/>
          <w:i w:val="0"/>
          <w:smallCaps w:val="0"/>
          <w:strike w:val="0"/>
          <w:sz w:val="22"/>
          <w:u w:val="single"/>
        </w:rPr>
        <w:t xml:space="preserve"> </w:t>
      </w:r>
      <w:r>
        <w:rPr>
          <w:b w:val="0"/>
          <w:i w:val="0"/>
          <w:smallCaps w:val="0"/>
          <w:strike w:val="0"/>
          <w:sz w:val="22"/>
          <w:highlight w:val="cyan"/>
          <w:u w:val="single"/>
        </w:rPr>
        <w:t>could continue</w:t>
      </w:r>
      <w:r>
        <w:rPr>
          <w:b w:val="0"/>
          <w:i w:val="0"/>
          <w:smallCaps w:val="0"/>
          <w:strike w:val="0"/>
          <w:u w:val="none"/>
        </w:rPr>
        <w:t>. A world with 20°C of warming would be an unparalleled human and environmental tragedy, forcing mass migration and perhaps starvation too. This is reason enough to do our utmost to prevent anything like that from ever happening. However, our present task is identifying existential risks to humanity and it is hard to see how any realistic level of heat stress could pose such a risk. So the runaway and moist greenhouse effects remain the only known mechanisms through which climate change could directly cause our extinction or irrevocable collapse.</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