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impact starts at </w:t>
      </w:r>
      <w:r>
        <w:rPr>
          <w:b/>
          <w:i w:val="0"/>
          <w:smallCaps w:val="0"/>
          <w:strike w:val="0"/>
          <w:sz w:val="26"/>
          <w:u w:val="single"/>
        </w:rPr>
        <w:t>.1%</w:t>
      </w:r>
    </w:p>
    <w:p>
      <w:pPr>
        <w:spacing w:after="80"/>
      </w:pPr>
      <w:r>
        <w:rPr>
          <w:b/>
          <w:i w:val="0"/>
          <w:smallCaps w:val="0"/>
          <w:strike w:val="0"/>
          <w:sz w:val="26"/>
          <w:u w:val="none"/>
        </w:rPr>
        <w:t xml:space="preserve">Perry 20 </w:t>
      </w:r>
      <w:r>
        <w:rPr>
          <w:b w:val="0"/>
          <w:i w:val="0"/>
          <w:smallCaps w:val="0"/>
          <w:strike w:val="0"/>
          <w:u w:val="none"/>
        </w:rPr>
        <w:t>— Lucas Perry interviewing Toby Ord. Toby Ord is a Senior Research Fellow in Philosophy at Oxford University. He is a world-renowned risk assessment expert who’s advised the WHO, World Bank, WEF, USNIC, and the UKPMO. (“Existential Risk and the Future of Humanity” Future of Life Institute, March 31, 2020. https://futureoflife.org/2020/03/31/he-precipice-existential-risk-and-the-future-of-humanity-with-toby-ord/)//JLPark</w:t>
      </w:r>
    </w:p>
    <w:p>
      <w:pPr>
        <w:spacing w:after="60"/>
      </w:pPr>
      <w:r>
        <w:rPr>
          <w:b w:val="0"/>
          <w:i w:val="0"/>
          <w:smallCaps w:val="0"/>
          <w:strike w:val="0"/>
          <w:sz w:val="10"/>
          <w:u w:val="none"/>
        </w:rPr>
        <w:t xml:space="preserve">Toby Ord: Carl Sagan suggested it could potentially lead to our extinction, but </w:t>
      </w:r>
      <w:r>
        <w:rPr>
          <w:b w:val="0"/>
          <w:i w:val="0"/>
          <w:smallCaps w:val="0"/>
          <w:strike w:val="0"/>
          <w:sz w:val="22"/>
          <w:u w:val="single"/>
        </w:rPr>
        <w:t xml:space="preserve">the </w:t>
      </w:r>
      <w:r>
        <w:rPr>
          <w:b/>
          <w:i w:val="0"/>
          <w:smallCaps w:val="0"/>
          <w:strike w:val="0"/>
          <w:sz w:val="22"/>
          <w:u w:val="single"/>
        </w:rPr>
        <w:t xml:space="preserve">current </w:t>
      </w:r>
      <w:r>
        <w:rPr>
          <w:b/>
          <w:i w:val="0"/>
          <w:smallCaps w:val="0"/>
          <w:strike w:val="0"/>
          <w:sz w:val="22"/>
          <w:highlight w:val="cyan"/>
          <w:u w:val="single"/>
        </w:rPr>
        <w:t>people</w:t>
      </w:r>
      <w:r>
        <w:rPr>
          <w:b w:val="0"/>
          <w:i w:val="0"/>
          <w:smallCaps w:val="0"/>
          <w:strike w:val="0"/>
          <w:sz w:val="22"/>
          <w:highlight w:val="cyan"/>
          <w:u w:val="single"/>
        </w:rPr>
        <w:t xml:space="preserve"> working on this</w:t>
      </w:r>
      <w:r>
        <w:rPr>
          <w:b w:val="0"/>
          <w:i w:val="0"/>
          <w:smallCaps w:val="0"/>
          <w:strike w:val="0"/>
          <w:sz w:val="10"/>
          <w:u w:val="none"/>
        </w:rPr>
        <w:t xml:space="preserve">, while they are very concerned about it, </w:t>
      </w:r>
      <w:r>
        <w:rPr>
          <w:b w:val="0"/>
          <w:i w:val="0"/>
          <w:smallCaps w:val="0"/>
          <w:strike w:val="0"/>
          <w:sz w:val="22"/>
          <w:highlight w:val="cyan"/>
          <w:u w:val="single"/>
        </w:rPr>
        <w:t>don’t suggest</w:t>
      </w:r>
      <w:r>
        <w:rPr>
          <w:b w:val="0"/>
          <w:i w:val="0"/>
          <w:smallCaps w:val="0"/>
          <w:strike w:val="0"/>
          <w:sz w:val="22"/>
          <w:u w:val="single"/>
        </w:rPr>
        <w:t xml:space="preserve"> that it could lead to</w:t>
      </w:r>
      <w:r>
        <w:rPr>
          <w:b w:val="0"/>
          <w:i w:val="0"/>
          <w:smallCaps w:val="0"/>
          <w:strike w:val="0"/>
          <w:sz w:val="10"/>
          <w:u w:val="none"/>
        </w:rPr>
        <w:t xml:space="preserve"> human </w:t>
      </w:r>
      <w:r>
        <w:rPr>
          <w:b/>
          <w:i w:val="0"/>
          <w:smallCaps w:val="0"/>
          <w:strike w:val="0"/>
          <w:sz w:val="22"/>
          <w:highlight w:val="cyan"/>
          <w:u w:val="single"/>
        </w:rPr>
        <w:t>extinction</w:t>
      </w:r>
      <w:r>
        <w:rPr>
          <w:b w:val="0"/>
          <w:i w:val="0"/>
          <w:smallCaps w:val="0"/>
          <w:strike w:val="0"/>
          <w:sz w:val="10"/>
          <w:u w:val="none"/>
        </w:rPr>
        <w:t xml:space="preserve">. That’s not really a scenario that they find very likely. And so even though I think that there is substantial risk of nuclear war over the next century, either an accidental nuclear war being triggered soon or perhaps a new Cold War, leading to a new nuclear war, </w:t>
      </w:r>
      <w:r>
        <w:rPr>
          <w:b w:val="0"/>
          <w:i w:val="0"/>
          <w:smallCaps w:val="0"/>
          <w:strike w:val="0"/>
          <w:sz w:val="22"/>
          <w:highlight w:val="cyan"/>
          <w:u w:val="single"/>
        </w:rPr>
        <w:t>I would put the chance</w:t>
      </w:r>
      <w:r>
        <w:rPr>
          <w:b w:val="0"/>
          <w:i w:val="0"/>
          <w:smallCaps w:val="0"/>
          <w:strike w:val="0"/>
          <w:sz w:val="22"/>
          <w:u w:val="single"/>
        </w:rPr>
        <w:t xml:space="preserve"> that humanity’s potential is destroyed</w:t>
      </w:r>
      <w:r>
        <w:rPr>
          <w:b w:val="0"/>
          <w:i w:val="0"/>
          <w:smallCaps w:val="0"/>
          <w:strike w:val="0"/>
          <w:sz w:val="10"/>
          <w:u w:val="none"/>
        </w:rPr>
        <w:t xml:space="preserve"> through nuclear war </w:t>
      </w:r>
      <w:r>
        <w:rPr>
          <w:b w:val="0"/>
          <w:i w:val="0"/>
          <w:smallCaps w:val="0"/>
          <w:strike w:val="0"/>
          <w:sz w:val="22"/>
          <w:highlight w:val="cyan"/>
          <w:u w:val="single"/>
        </w:rPr>
        <w:t>at</w:t>
      </w:r>
      <w:r>
        <w:rPr>
          <w:b w:val="0"/>
          <w:i w:val="0"/>
          <w:smallCaps w:val="0"/>
          <w:strike w:val="0"/>
          <w:sz w:val="10"/>
          <w:u w:val="none"/>
        </w:rPr>
        <w:t xml:space="preserve"> about </w:t>
      </w:r>
      <w:r>
        <w:rPr>
          <w:b/>
          <w:i w:val="0"/>
          <w:smallCaps w:val="0"/>
          <w:strike w:val="0"/>
          <w:sz w:val="22"/>
          <w:highlight w:val="cyan"/>
          <w:u w:val="single"/>
        </w:rPr>
        <w:t>one in 1000</w:t>
      </w:r>
      <w:r>
        <w:rPr>
          <w:b w:val="0"/>
          <w:i w:val="0"/>
          <w:smallCaps w:val="0"/>
          <w:strike w:val="0"/>
          <w:sz w:val="22"/>
          <w:highlight w:val="cyan"/>
          <w:u w:val="single"/>
        </w:rPr>
        <w:t xml:space="preserve"> over the next </w:t>
      </w:r>
      <w:r>
        <w:rPr>
          <w:b/>
          <w:i w:val="0"/>
          <w:smallCaps w:val="0"/>
          <w:strike w:val="0"/>
          <w:sz w:val="22"/>
          <w:highlight w:val="cyan"/>
          <w:u w:val="single"/>
        </w:rPr>
        <w:t>100 years</w:t>
      </w:r>
      <w:r>
        <w:rPr>
          <w:b w:val="0"/>
          <w:i w:val="0"/>
          <w:smallCaps w:val="0"/>
          <w:strike w:val="0"/>
          <w:sz w:val="10"/>
          <w:u w:val="none"/>
        </w:rPr>
        <w:t>, which is about where I’d put it for climate change as well.</w:t>
      </w:r>
    </w:p>
    <w:p>
      <w:pPr>
        <w:spacing w:after="60"/>
      </w:pPr>
      <w:r>
        <w:rPr>
          <w:b w:val="0"/>
          <w:i w:val="0"/>
          <w:smallCaps w:val="0"/>
          <w:strike w:val="0"/>
          <w:sz w:val="10"/>
          <w:u w:val="none"/>
        </w:rPr>
        <w:t>There is debate as to whether climate change could really cause human extinction or a permanent collapse of civilization. I think the answer is that we don’t know. Similar with nuclear war, but they’re both such large changes to the world, these kind of unprecedentedly rapid and severe changes that it’s hard to be more than 99% confident that if that happens that we’d make it through and so this is difficult to eliminate risk that remains there.</w:t>
      </w:r>
    </w:p>
    <w:p>
      <w:pPr>
        <w:spacing w:after="60"/>
      </w:pPr>
      <w:r>
        <w:rPr>
          <w:b w:val="0"/>
          <w:i w:val="0"/>
          <w:smallCaps w:val="0"/>
          <w:strike w:val="0"/>
          <w:sz w:val="10"/>
          <w:u w:val="none"/>
        </w:rPr>
        <w:t xml:space="preserve">In the book, I look at the very worst climate outcomes, </w:t>
      </w:r>
      <w:r>
        <w:rPr>
          <w:b/>
          <w:i w:val="0"/>
          <w:smallCaps w:val="0"/>
          <w:strike w:val="0"/>
          <w:sz w:val="22"/>
          <w:u w:val="single"/>
        </w:rPr>
        <w:t>how much carbon</w:t>
      </w:r>
      <w:r>
        <w:rPr>
          <w:b w:val="0"/>
          <w:i w:val="0"/>
          <w:smallCaps w:val="0"/>
          <w:strike w:val="0"/>
          <w:sz w:val="22"/>
          <w:u w:val="single"/>
        </w:rPr>
        <w:t xml:space="preserve"> is there in the </w:t>
      </w:r>
      <w:r>
        <w:rPr>
          <w:b/>
          <w:i w:val="0"/>
          <w:smallCaps w:val="0"/>
          <w:strike w:val="0"/>
          <w:sz w:val="22"/>
          <w:u w:val="single"/>
        </w:rPr>
        <w:t>methane</w:t>
      </w:r>
      <w:r>
        <w:rPr>
          <w:b w:val="0"/>
          <w:i w:val="0"/>
          <w:smallCaps w:val="0"/>
          <w:strike w:val="0"/>
          <w:sz w:val="22"/>
          <w:u w:val="single"/>
        </w:rPr>
        <w:t xml:space="preserve"> clathrates under the ocean and in</w:t>
      </w:r>
      <w:r>
        <w:rPr>
          <w:b w:val="0"/>
          <w:i w:val="0"/>
          <w:smallCaps w:val="0"/>
          <w:strike w:val="0"/>
          <w:sz w:val="10"/>
          <w:u w:val="none"/>
        </w:rPr>
        <w:t xml:space="preserve"> the </w:t>
      </w:r>
      <w:r>
        <w:rPr>
          <w:b w:val="0"/>
          <w:i w:val="0"/>
          <w:smallCaps w:val="0"/>
          <w:strike w:val="0"/>
          <w:sz w:val="22"/>
          <w:u w:val="single"/>
        </w:rPr>
        <w:t>permafrost?</w:t>
      </w:r>
      <w:r>
        <w:rPr>
          <w:b w:val="0"/>
          <w:i w:val="0"/>
          <w:smallCaps w:val="0"/>
          <w:strike w:val="0"/>
          <w:sz w:val="10"/>
          <w:u w:val="none"/>
        </w:rPr>
        <w:t xml:space="preserve"> </w:t>
      </w:r>
      <w:r>
        <w:rPr>
          <w:b w:val="0"/>
          <w:i w:val="0"/>
          <w:smallCaps w:val="0"/>
          <w:strike w:val="0"/>
          <w:sz w:val="22"/>
          <w:u w:val="single"/>
        </w:rPr>
        <w:t>What would happen if</w:t>
      </w:r>
      <w:r>
        <w:rPr>
          <w:b w:val="0"/>
          <w:i w:val="0"/>
          <w:smallCaps w:val="0"/>
          <w:strike w:val="0"/>
          <w:sz w:val="10"/>
          <w:u w:val="none"/>
        </w:rPr>
        <w:t xml:space="preserve"> it was </w:t>
      </w:r>
      <w:r>
        <w:rPr>
          <w:b w:val="0"/>
          <w:i w:val="0"/>
          <w:smallCaps w:val="0"/>
          <w:strike w:val="0"/>
          <w:sz w:val="22"/>
          <w:u w:val="single"/>
        </w:rPr>
        <w:t>released?</w:t>
      </w:r>
      <w:r>
        <w:rPr>
          <w:b w:val="0"/>
          <w:i w:val="0"/>
          <w:smallCaps w:val="0"/>
          <w:strike w:val="0"/>
          <w:sz w:val="10"/>
          <w:u w:val="none"/>
        </w:rPr>
        <w:t xml:space="preserve"> </w:t>
      </w:r>
      <w:r>
        <w:rPr>
          <w:b w:val="0"/>
          <w:i w:val="0"/>
          <w:smallCaps w:val="0"/>
          <w:strike w:val="0"/>
          <w:sz w:val="22"/>
          <w:u w:val="single"/>
        </w:rPr>
        <w:t>How much warming would there be?</w:t>
      </w:r>
      <w:r>
        <w:rPr>
          <w:b w:val="0"/>
          <w:i w:val="0"/>
          <w:smallCaps w:val="0"/>
          <w:strike w:val="0"/>
          <w:sz w:val="10"/>
          <w:u w:val="none"/>
        </w:rPr>
        <w:t xml:space="preserve"> And then what would happen if you had very severe amounts of warming such as 10 degrees? And I try to sketch out what we know about those things and it is difficult to find direct mechanisms that suggests that we would go extinct or that we would collapse our civilization in a way from which you could never be restarted again, despite the fact that </w:t>
      </w:r>
      <w:r>
        <w:rPr>
          <w:b/>
          <w:i w:val="0"/>
          <w:smallCaps w:val="0"/>
          <w:strike w:val="0"/>
          <w:sz w:val="22"/>
          <w:highlight w:val="cyan"/>
          <w:u w:val="single"/>
        </w:rPr>
        <w:t>civilization arose five times</w:t>
      </w:r>
      <w:r>
        <w:rPr>
          <w:b w:val="0"/>
          <w:i w:val="0"/>
          <w:smallCaps w:val="0"/>
          <w:strike w:val="0"/>
          <w:sz w:val="22"/>
          <w:highlight w:val="cyan"/>
          <w:u w:val="single"/>
        </w:rPr>
        <w:t xml:space="preserve"> independently in different parts of the world</w:t>
      </w:r>
      <w:r>
        <w:rPr>
          <w:b w:val="0"/>
          <w:i w:val="0"/>
          <w:smallCaps w:val="0"/>
          <w:strike w:val="0"/>
          <w:sz w:val="22"/>
          <w:u w:val="single"/>
        </w:rPr>
        <w:t>s already</w:t>
      </w:r>
      <w:r>
        <w:rPr>
          <w:b w:val="0"/>
          <w:i w:val="0"/>
          <w:smallCaps w:val="0"/>
          <w:strike w:val="0"/>
          <w:sz w:val="10"/>
          <w:u w:val="none"/>
        </w:rPr>
        <w:t xml:space="preserve">, so we know that it’s not like a fluke to get it started again. So </w:t>
      </w:r>
      <w:r>
        <w:rPr>
          <w:b w:val="0"/>
          <w:i w:val="0"/>
          <w:smallCaps w:val="0"/>
          <w:strike w:val="0"/>
          <w:sz w:val="22"/>
          <w:highlight w:val="cyan"/>
          <w:u w:val="single"/>
        </w:rPr>
        <w:t xml:space="preserve">it’s </w:t>
      </w:r>
      <w:r>
        <w:rPr>
          <w:b/>
          <w:i w:val="0"/>
          <w:smallCaps w:val="0"/>
          <w:strike w:val="0"/>
          <w:sz w:val="22"/>
          <w:highlight w:val="cyan"/>
          <w:u w:val="single"/>
        </w:rPr>
        <w:t>difficult</w:t>
      </w:r>
      <w:r>
        <w:rPr>
          <w:b w:val="0"/>
          <w:i w:val="0"/>
          <w:smallCaps w:val="0"/>
          <w:strike w:val="0"/>
          <w:sz w:val="22"/>
          <w:highlight w:val="cyan"/>
          <w:u w:val="single"/>
        </w:rPr>
        <w:t xml:space="preserve"> to see</w:t>
      </w:r>
      <w:r>
        <w:rPr>
          <w:b w:val="0"/>
          <w:i w:val="0"/>
          <w:smallCaps w:val="0"/>
          <w:strike w:val="0"/>
          <w:sz w:val="22"/>
          <w:u w:val="single"/>
        </w:rPr>
        <w:t xml:space="preserve"> the </w:t>
      </w:r>
      <w:r>
        <w:rPr>
          <w:b w:val="0"/>
          <w:i w:val="0"/>
          <w:smallCaps w:val="0"/>
          <w:strike w:val="0"/>
          <w:sz w:val="22"/>
          <w:highlight w:val="cyan"/>
          <w:u w:val="single"/>
        </w:rPr>
        <w:t>direct reasons</w:t>
      </w:r>
      <w:r>
        <w:rPr>
          <w:b w:val="0"/>
          <w:i w:val="0"/>
          <w:smallCaps w:val="0"/>
          <w:strike w:val="0"/>
          <w:sz w:val="22"/>
          <w:u w:val="single"/>
        </w:rPr>
        <w:t xml:space="preserve"> </w:t>
      </w:r>
      <w:r>
        <w:rPr>
          <w:b/>
          <w:i w:val="0"/>
          <w:smallCaps w:val="0"/>
          <w:strike w:val="0"/>
          <w:sz w:val="22"/>
          <w:u w:val="single"/>
        </w:rPr>
        <w:t>why it could happen</w:t>
      </w:r>
      <w:r>
        <w:rPr>
          <w:b w:val="0"/>
          <w:i w:val="0"/>
          <w:smallCaps w:val="0"/>
          <w:strike w:val="0"/>
          <w:sz w:val="10"/>
          <w:u w:val="none"/>
        </w:rPr>
        <w:t>, but we don’t know enough to be sure that it can’t happen. In my sense, that’s still an existential risk.</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