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 Language </w:t>
      </w:r>
      <w:r>
        <w:rPr>
          <w:b/>
          <w:i w:val="0"/>
          <w:smallCaps w:val="0"/>
          <w:strike w:val="0"/>
          <w:sz w:val="26"/>
          <w:u w:val="none"/>
        </w:rPr>
        <w:t>is capable of telling</w:t>
      </w:r>
      <w:r>
        <w:rPr>
          <w:b/>
          <w:i w:val="0"/>
          <w:smallCaps w:val="0"/>
          <w:strike w:val="0"/>
          <w:sz w:val="26"/>
          <w:u w:val="none"/>
        </w:rPr>
        <w:t xml:space="preserve"> stories of slavery that can</w:t>
      </w:r>
      <w:r>
        <w:rPr>
          <w:b/>
          <w:i w:val="0"/>
          <w:smallCaps w:val="0"/>
          <w:strike w:val="0"/>
          <w:sz w:val="26"/>
          <w:u w:val="none"/>
        </w:rPr>
        <w:t>n</w:t>
      </w:r>
      <w:r>
        <w:rPr>
          <w:b/>
          <w:i w:val="0"/>
          <w:smallCaps w:val="0"/>
          <w:strike w:val="0"/>
          <w:sz w:val="26"/>
          <w:u w:val="none"/>
        </w:rPr>
        <w:t xml:space="preserve">ot be </w:t>
      </w:r>
      <w:r>
        <w:rPr>
          <w:b/>
          <w:i w:val="0"/>
          <w:smallCaps w:val="0"/>
          <w:strike w:val="0"/>
          <w:sz w:val="26"/>
          <w:u w:val="none"/>
        </w:rPr>
        <w:t xml:space="preserve">yet </w:t>
      </w:r>
      <w:r>
        <w:rPr>
          <w:b/>
          <w:i w:val="0"/>
          <w:smallCaps w:val="0"/>
          <w:strike w:val="0"/>
          <w:sz w:val="26"/>
          <w:u w:val="none"/>
        </w:rPr>
        <w:t>understood otherwise</w:t>
      </w:r>
      <w:r>
        <w:rPr>
          <w:b/>
          <w:i w:val="0"/>
          <w:smallCaps w:val="0"/>
          <w:strike w:val="0"/>
          <w:sz w:val="26"/>
          <w:u w:val="none"/>
        </w:rPr>
        <w:t>. Even in the face of the academy one should read and speak or face losing the future of a life</w:t>
      </w:r>
    </w:p>
    <w:p>
      <w:pPr>
        <w:spacing w:after="80"/>
      </w:pPr>
      <w:r>
        <w:rPr>
          <w:b/>
          <w:i w:val="0"/>
          <w:smallCaps w:val="0"/>
          <w:strike w:val="0"/>
          <w:sz w:val="26"/>
          <w:u w:val="none"/>
        </w:rPr>
        <w:t xml:space="preserve">Morrison 93. </w:t>
      </w:r>
      <w:r>
        <w:rPr>
          <w:b w:val="0"/>
          <w:i w:val="0"/>
          <w:smallCaps w:val="0"/>
          <w:strike w:val="0"/>
          <w:sz w:val="22"/>
          <w:u w:val="none"/>
        </w:rPr>
        <w:t xml:space="preserve">(Toni Morrison is an American novelist, editor, teacher, and Professor Emeritus at Princeton University. Morrison won the </w:t>
      </w:r>
      <w:r>
        <w:rPr>
          <w:b w:val="0"/>
          <w:i w:val="0"/>
          <w:smallCaps w:val="0"/>
          <w:strike w:val="0"/>
          <w:sz w:val="22"/>
          <w:u w:val="none"/>
        </w:rPr>
        <w:t>Puliter</w:t>
      </w:r>
      <w:r>
        <w:rPr>
          <w:b w:val="0"/>
          <w:i w:val="0"/>
          <w:smallCaps w:val="0"/>
          <w:strike w:val="0"/>
          <w:sz w:val="22"/>
          <w:u w:val="none"/>
        </w:rPr>
        <w:t xml:space="preserve"> Prize and the American Book Award in 1988 for Beloved. The novel was adapted into a film of the same name in 1998. “Toni Morrison –Nobel Lecture” </w:t>
      </w:r>
      <w:r>
        <w:rPr>
          <w:b w:val="0"/>
          <w:i w:val="0"/>
          <w:smallCaps w:val="0"/>
          <w:strike w:val="0"/>
          <w:sz w:val="22"/>
          <w:u w:val="none"/>
        </w:rPr>
        <w:t xml:space="preserve"> NAE </w:t>
      </w:r>
    </w:p>
    <w:p>
      <w:pPr>
        <w:spacing w:after="60"/>
      </w:pPr>
      <w:r>
        <w:rPr>
          <w:b w:val="0"/>
          <w:i w:val="0"/>
          <w:smallCaps w:val="0"/>
          <w:strike w:val="0"/>
          <w:sz w:val="16"/>
          <w:u w:val="none"/>
        </w:rPr>
        <w:t>"</w:t>
      </w:r>
      <w:r>
        <w:rPr>
          <w:b w:val="0"/>
          <w:i w:val="0"/>
          <w:smallCaps w:val="0"/>
          <w:strike w:val="0"/>
          <w:sz w:val="22"/>
          <w:highlight w:val="green"/>
          <w:u w:val="single"/>
        </w:rPr>
        <w:t>You trivialize us</w:t>
      </w:r>
      <w:r>
        <w:rPr>
          <w:b w:val="0"/>
          <w:i w:val="0"/>
          <w:smallCaps w:val="0"/>
          <w:strike w:val="0"/>
          <w:sz w:val="22"/>
          <w:u w:val="single"/>
        </w:rPr>
        <w:t xml:space="preserve"> and trivialize the bird that is not in our hands</w:t>
      </w:r>
      <w:r>
        <w:rPr>
          <w:b w:val="0"/>
          <w:i w:val="0"/>
          <w:smallCaps w:val="0"/>
          <w:strike w:val="0"/>
          <w:sz w:val="16"/>
          <w:u w:val="none"/>
        </w:rPr>
        <w:t xml:space="preserve">. </w:t>
      </w:r>
      <w:r>
        <w:rPr>
          <w:b w:val="0"/>
          <w:i w:val="0"/>
          <w:smallCaps w:val="0"/>
          <w:strike w:val="0"/>
          <w:sz w:val="22"/>
          <w:highlight w:val="green"/>
          <w:u w:val="single"/>
        </w:rPr>
        <w:t>Is there no context for our lives</w:t>
      </w:r>
      <w:r>
        <w:rPr>
          <w:b w:val="0"/>
          <w:i w:val="0"/>
          <w:smallCaps w:val="0"/>
          <w:strike w:val="0"/>
          <w:sz w:val="22"/>
          <w:u w:val="single"/>
        </w:rPr>
        <w:t>? No song, no literature</w:t>
      </w:r>
      <w:r>
        <w:rPr>
          <w:b w:val="0"/>
          <w:i w:val="0"/>
          <w:smallCaps w:val="0"/>
          <w:strike w:val="0"/>
          <w:sz w:val="22"/>
          <w:highlight w:val="green"/>
          <w:u w:val="single"/>
        </w:rPr>
        <w:t>, no poem</w:t>
      </w:r>
      <w:r>
        <w:rPr>
          <w:b w:val="0"/>
          <w:i w:val="0"/>
          <w:smallCaps w:val="0"/>
          <w:strike w:val="0"/>
          <w:sz w:val="22"/>
          <w:u w:val="single"/>
        </w:rPr>
        <w:t xml:space="preserve"> full of vitamins, </w:t>
      </w:r>
      <w:r>
        <w:rPr>
          <w:b w:val="0"/>
          <w:i w:val="0"/>
          <w:smallCaps w:val="0"/>
          <w:strike w:val="0"/>
          <w:sz w:val="22"/>
          <w:highlight w:val="green"/>
          <w:u w:val="single"/>
        </w:rPr>
        <w:t>no history connected to experience that you can pass along</w:t>
      </w:r>
      <w:r>
        <w:rPr>
          <w:b w:val="0"/>
          <w:i w:val="0"/>
          <w:smallCaps w:val="0"/>
          <w:strike w:val="0"/>
          <w:sz w:val="22"/>
          <w:u w:val="single"/>
        </w:rPr>
        <w:t xml:space="preserve"> to help us start </w:t>
      </w:r>
      <w:r>
        <w:rPr>
          <w:b w:val="0"/>
          <w:i w:val="0"/>
          <w:smallCaps w:val="0"/>
          <w:strike w:val="0"/>
          <w:sz w:val="22"/>
          <w:u w:val="single"/>
        </w:rPr>
        <w:t>strong?</w:t>
      </w:r>
      <w:r>
        <w:rPr>
          <w:b w:val="0"/>
          <w:i w:val="0"/>
          <w:smallCaps w:val="0"/>
          <w:strike w:val="0"/>
          <w:sz w:val="22"/>
          <w:u w:val="single"/>
        </w:rPr>
        <w:t xml:space="preserve"> You are an adult.</w:t>
      </w:r>
      <w:r>
        <w:rPr>
          <w:b w:val="0"/>
          <w:i w:val="0"/>
          <w:smallCaps w:val="0"/>
          <w:strike w:val="0"/>
          <w:sz w:val="16"/>
          <w:u w:val="none"/>
        </w:rPr>
        <w:t xml:space="preserve"> The old one, the wise one. </w:t>
      </w:r>
      <w:r>
        <w:rPr>
          <w:b/>
          <w:i w:val="0"/>
          <w:smallCaps w:val="0"/>
          <w:strike w:val="0"/>
          <w:sz w:val="22"/>
          <w:highlight w:val="green"/>
          <w:u w:val="single"/>
        </w:rPr>
        <w:t>Stop thinking about saving your face. Think of our lives and tell us your particularized world.</w:t>
      </w:r>
      <w:r>
        <w:rPr>
          <w:b w:val="0"/>
          <w:i w:val="0"/>
          <w:smallCaps w:val="0"/>
          <w:strike w:val="0"/>
          <w:sz w:val="16"/>
          <w:u w:val="none"/>
        </w:rPr>
        <w:t xml:space="preserve"> Make up a story</w:t>
      </w:r>
      <w:r>
        <w:rPr>
          <w:b w:val="0"/>
          <w:i w:val="0"/>
          <w:smallCaps w:val="0"/>
          <w:strike w:val="0"/>
          <w:sz w:val="16"/>
          <w:highlight w:val="green"/>
          <w:u w:val="none"/>
        </w:rPr>
        <w:t xml:space="preserve">. </w:t>
      </w:r>
      <w:r>
        <w:rPr>
          <w:b w:val="0"/>
          <w:i w:val="0"/>
          <w:smallCaps w:val="0"/>
          <w:strike w:val="0"/>
          <w:sz w:val="22"/>
          <w:highlight w:val="green"/>
          <w:u w:val="single"/>
        </w:rPr>
        <w:t>Narrative is radical, creating us at the very moment it is being created. We will not blame you if your reach exceeds your grasp; if love so ignites your words</w:t>
      </w:r>
      <w:r>
        <w:rPr>
          <w:b w:val="0"/>
          <w:i w:val="0"/>
          <w:smallCaps w:val="0"/>
          <w:strike w:val="0"/>
          <w:sz w:val="22"/>
          <w:u w:val="single"/>
        </w:rPr>
        <w:t xml:space="preserve"> they go down in </w:t>
      </w:r>
      <w:r>
        <w:rPr>
          <w:b w:val="0"/>
          <w:i w:val="0"/>
          <w:smallCaps w:val="0"/>
          <w:strike w:val="0"/>
          <w:sz w:val="22"/>
          <w:u w:val="single"/>
        </w:rPr>
        <w:t>flames</w:t>
      </w:r>
      <w:r>
        <w:rPr>
          <w:b w:val="0"/>
          <w:i w:val="0"/>
          <w:smallCaps w:val="0"/>
          <w:strike w:val="0"/>
          <w:sz w:val="22"/>
          <w:u w:val="single"/>
        </w:rPr>
        <w:t xml:space="preserve"> and nothing is left but their scald</w:t>
      </w:r>
      <w:r>
        <w:rPr>
          <w:b w:val="0"/>
          <w:i w:val="0"/>
          <w:smallCaps w:val="0"/>
          <w:strike w:val="0"/>
          <w:sz w:val="16"/>
          <w:u w:val="none"/>
        </w:rPr>
        <w:t xml:space="preserve">. Or </w:t>
      </w:r>
      <w:r>
        <w:rPr>
          <w:b w:val="0"/>
          <w:i w:val="0"/>
          <w:smallCaps w:val="0"/>
          <w:strike w:val="0"/>
          <w:sz w:val="22"/>
          <w:u w:val="single"/>
        </w:rPr>
        <w:t>if, with the reticence of a surgeon's hands</w:t>
      </w:r>
      <w:r>
        <w:rPr>
          <w:b w:val="0"/>
          <w:i w:val="0"/>
          <w:smallCaps w:val="0"/>
          <w:strike w:val="0"/>
          <w:sz w:val="22"/>
          <w:highlight w:val="green"/>
          <w:u w:val="single"/>
        </w:rPr>
        <w:t>, your words suture only the places where blood might flow. We know you can never do it properly</w:t>
      </w:r>
      <w:r>
        <w:rPr>
          <w:b w:val="0"/>
          <w:i w:val="0"/>
          <w:smallCaps w:val="0"/>
          <w:strike w:val="0"/>
          <w:sz w:val="22"/>
          <w:u w:val="single"/>
        </w:rPr>
        <w:t xml:space="preserve"> - once and for all. Passion is never enough; neither is skill. </w:t>
      </w:r>
      <w:r>
        <w:rPr>
          <w:b w:val="0"/>
          <w:i w:val="0"/>
          <w:smallCaps w:val="0"/>
          <w:strike w:val="0"/>
          <w:sz w:val="22"/>
          <w:highlight w:val="green"/>
          <w:u w:val="single"/>
        </w:rPr>
        <w:t>But try. For our sake and yours</w:t>
      </w:r>
      <w:r>
        <w:rPr>
          <w:b w:val="0"/>
          <w:i w:val="0"/>
          <w:smallCaps w:val="0"/>
          <w:strike w:val="0"/>
          <w:sz w:val="22"/>
          <w:u w:val="single"/>
        </w:rPr>
        <w:t xml:space="preserve"> forget your name in the street; </w:t>
      </w:r>
      <w:r>
        <w:rPr>
          <w:b w:val="0"/>
          <w:i w:val="0"/>
          <w:smallCaps w:val="0"/>
          <w:strike w:val="0"/>
          <w:sz w:val="22"/>
          <w:highlight w:val="green"/>
          <w:u w:val="single"/>
        </w:rPr>
        <w:t>tell us what the world has been to you in the dark places and in the ligh</w:t>
      </w:r>
      <w:r>
        <w:rPr>
          <w:b w:val="0"/>
          <w:i w:val="0"/>
          <w:smallCaps w:val="0"/>
          <w:strike w:val="0"/>
          <w:sz w:val="22"/>
          <w:u w:val="single"/>
        </w:rPr>
        <w:t>t</w:t>
      </w:r>
      <w:r>
        <w:rPr>
          <w:b w:val="0"/>
          <w:i w:val="0"/>
          <w:smallCaps w:val="0"/>
          <w:strike w:val="0"/>
          <w:sz w:val="16"/>
          <w:u w:val="none"/>
        </w:rPr>
        <w:t xml:space="preserve">. </w:t>
      </w:r>
      <w:r>
        <w:rPr>
          <w:b w:val="0"/>
          <w:i w:val="0"/>
          <w:smallCaps w:val="0"/>
          <w:strike w:val="0"/>
          <w:sz w:val="22"/>
          <w:u w:val="single"/>
        </w:rPr>
        <w:t xml:space="preserve">Don't tell us what to believe, what to fear. </w:t>
      </w:r>
      <w:r>
        <w:rPr>
          <w:b w:val="0"/>
          <w:i w:val="0"/>
          <w:smallCaps w:val="0"/>
          <w:strike w:val="0"/>
          <w:sz w:val="22"/>
          <w:highlight w:val="green"/>
          <w:u w:val="single"/>
        </w:rPr>
        <w:t>Show us belief s wide skirt and the stitch that unravels fear's caul</w:t>
      </w:r>
      <w:r>
        <w:rPr>
          <w:b w:val="0"/>
          <w:i w:val="0"/>
          <w:smallCaps w:val="0"/>
          <w:strike w:val="0"/>
          <w:sz w:val="16"/>
          <w:highlight w:val="green"/>
          <w:u w:val="none"/>
        </w:rPr>
        <w:t xml:space="preserve">. </w:t>
      </w:r>
      <w:r>
        <w:rPr>
          <w:b w:val="0"/>
          <w:i w:val="0"/>
          <w:smallCaps w:val="0"/>
          <w:strike w:val="0"/>
          <w:sz w:val="22"/>
          <w:highlight w:val="green"/>
          <w:u w:val="single"/>
        </w:rPr>
        <w:t>You</w:t>
      </w:r>
      <w:r>
        <w:rPr>
          <w:b w:val="0"/>
          <w:i w:val="0"/>
          <w:smallCaps w:val="0"/>
          <w:strike w:val="0"/>
          <w:sz w:val="22"/>
          <w:u w:val="single"/>
        </w:rPr>
        <w:t xml:space="preserve">, old woman, blessed with blindness, </w:t>
      </w:r>
      <w:r>
        <w:rPr>
          <w:b w:val="0"/>
          <w:i w:val="0"/>
          <w:smallCaps w:val="0"/>
          <w:strike w:val="0"/>
          <w:sz w:val="22"/>
          <w:highlight w:val="green"/>
          <w:u w:val="single"/>
        </w:rPr>
        <w:t>can speak the language that tells us what only language can: h</w:t>
      </w:r>
      <w:r>
        <w:rPr>
          <w:b w:val="0"/>
          <w:i w:val="0"/>
          <w:smallCaps w:val="0"/>
          <w:strike w:val="0"/>
          <w:sz w:val="22"/>
          <w:u w:val="single"/>
        </w:rPr>
        <w:t xml:space="preserve">ow to see without pictures. </w:t>
      </w:r>
      <w:r>
        <w:rPr>
          <w:b w:val="0"/>
          <w:i w:val="0"/>
          <w:smallCaps w:val="0"/>
          <w:strike w:val="0"/>
          <w:sz w:val="22"/>
          <w:highlight w:val="green"/>
          <w:u w:val="single"/>
        </w:rPr>
        <w:t>Language alone protects us</w:t>
      </w:r>
      <w:r>
        <w:rPr>
          <w:b w:val="0"/>
          <w:i w:val="0"/>
          <w:smallCaps w:val="0"/>
          <w:strike w:val="0"/>
          <w:sz w:val="22"/>
          <w:u w:val="single"/>
        </w:rPr>
        <w:t xml:space="preserve"> from the scariness of things with no names. </w:t>
      </w:r>
      <w:r>
        <w:rPr>
          <w:b w:val="0"/>
          <w:i w:val="0"/>
          <w:smallCaps w:val="0"/>
          <w:strike w:val="0"/>
          <w:sz w:val="22"/>
          <w:highlight w:val="green"/>
          <w:u w:val="single"/>
        </w:rPr>
        <w:t>Language alone is meditation</w:t>
      </w:r>
      <w:r>
        <w:rPr>
          <w:b w:val="0"/>
          <w:i w:val="0"/>
          <w:smallCaps w:val="0"/>
          <w:strike w:val="0"/>
          <w:sz w:val="16"/>
          <w:u w:val="none"/>
        </w:rPr>
        <w:t>. "</w:t>
      </w:r>
      <w:r>
        <w:rPr>
          <w:b w:val="0"/>
          <w:i w:val="0"/>
          <w:smallCaps w:val="0"/>
          <w:strike w:val="0"/>
          <w:sz w:val="22"/>
          <w:highlight w:val="green"/>
          <w:u w:val="single"/>
        </w:rPr>
        <w:t>Tell us</w:t>
      </w:r>
      <w:r>
        <w:rPr>
          <w:b w:val="0"/>
          <w:i w:val="0"/>
          <w:smallCaps w:val="0"/>
          <w:strike w:val="0"/>
          <w:sz w:val="22"/>
          <w:u w:val="single"/>
        </w:rPr>
        <w:t xml:space="preserve"> what it is to be a woman so that we may know what it is to be a man.</w:t>
      </w:r>
      <w:r>
        <w:rPr>
          <w:b w:val="0"/>
          <w:i w:val="0"/>
          <w:smallCaps w:val="0"/>
          <w:strike w:val="0"/>
          <w:sz w:val="16"/>
          <w:u w:val="none"/>
        </w:rPr>
        <w:t xml:space="preserve"> </w:t>
      </w:r>
      <w:r>
        <w:rPr>
          <w:b w:val="0"/>
          <w:i w:val="0"/>
          <w:smallCaps w:val="0"/>
          <w:strike w:val="0"/>
          <w:sz w:val="22"/>
          <w:highlight w:val="green"/>
          <w:u w:val="single"/>
        </w:rPr>
        <w:t>What moves at the margin.</w:t>
      </w:r>
      <w:r>
        <w:rPr>
          <w:b w:val="0"/>
          <w:i w:val="0"/>
          <w:smallCaps w:val="0"/>
          <w:strike w:val="0"/>
          <w:sz w:val="22"/>
          <w:u w:val="single"/>
        </w:rPr>
        <w:t xml:space="preserve"> What it is to have no home in this place. To be set adrift from the one you knew. What it is to live at the edge of towns that cannot bear your company.</w:t>
      </w:r>
      <w:r>
        <w:rPr>
          <w:b w:val="0"/>
          <w:i w:val="0"/>
          <w:smallCaps w:val="0"/>
          <w:strike w:val="0"/>
          <w:sz w:val="16"/>
          <w:u w:val="none"/>
        </w:rPr>
        <w:t xml:space="preserve"> "Tell us about ships turned away from shorelines at Easter, placenta in a field. </w:t>
      </w:r>
      <w:r>
        <w:rPr>
          <w:b w:val="0"/>
          <w:i w:val="0"/>
          <w:smallCaps w:val="0"/>
          <w:strike w:val="0"/>
          <w:sz w:val="22"/>
          <w:highlight w:val="green"/>
          <w:u w:val="single"/>
        </w:rPr>
        <w:t>Tell us about a wagonload of slaves,</w:t>
      </w:r>
      <w:r>
        <w:rPr>
          <w:b w:val="0"/>
          <w:i w:val="0"/>
          <w:smallCaps w:val="0"/>
          <w:strike w:val="0"/>
          <w:sz w:val="22"/>
          <w:u w:val="single"/>
        </w:rPr>
        <w:t xml:space="preserve"> how they sang so softly their breath was indistinguishable from the falling snow. </w:t>
      </w:r>
      <w:r>
        <w:rPr>
          <w:b w:val="0"/>
          <w:i w:val="0"/>
          <w:smallCaps w:val="0"/>
          <w:strike w:val="0"/>
          <w:sz w:val="16"/>
          <w:u w:val="none"/>
        </w:rPr>
        <w:t xml:space="preserve">How they knew from the hunch of the nearest shoulder that the next stop would be their last. How, with hands </w:t>
      </w:r>
      <w:r>
        <w:rPr>
          <w:b w:val="0"/>
          <w:i w:val="0"/>
          <w:smallCaps w:val="0"/>
          <w:strike w:val="0"/>
          <w:sz w:val="16"/>
          <w:u w:val="none"/>
        </w:rPr>
        <w:t>prayered</w:t>
      </w:r>
      <w:r>
        <w:rPr>
          <w:b w:val="0"/>
          <w:i w:val="0"/>
          <w:smallCaps w:val="0"/>
          <w:strike w:val="0"/>
          <w:sz w:val="16"/>
          <w:u w:val="none"/>
        </w:rPr>
        <w:t xml:space="preserve"> in their sex, they thought of heat, then sun. Lifting their faces as though it was there for the taking. Turning as though there for the taking. They stop at an inn. The driver and his mate go in with the lamp leaving them humming in the dark. The horse's void steams into the snow beneath its hooves and its hiss and melt are the envy of the freezing slaves. "The inn door opens: a girl and a boy step away from its light. They climb into the wagon bed. The boy will have a gun in three years, but now he carries a lamp and a jug of warm cider. </w:t>
      </w:r>
      <w:r>
        <w:rPr>
          <w:b w:val="0"/>
          <w:i w:val="0"/>
          <w:smallCaps w:val="0"/>
          <w:strike w:val="0"/>
          <w:sz w:val="22"/>
          <w:highlight w:val="green"/>
          <w:u w:val="single"/>
        </w:rPr>
        <w:t>They pass it from mouth to mouth</w:t>
      </w:r>
      <w:r>
        <w:rPr>
          <w:b w:val="0"/>
          <w:i w:val="0"/>
          <w:smallCaps w:val="0"/>
          <w:strike w:val="0"/>
          <w:sz w:val="22"/>
          <w:u w:val="single"/>
        </w:rPr>
        <w:t>.</w:t>
      </w:r>
      <w:r>
        <w:rPr>
          <w:b w:val="0"/>
          <w:i w:val="0"/>
          <w:smallCaps w:val="0"/>
          <w:strike w:val="0"/>
          <w:sz w:val="16"/>
          <w:u w:val="none"/>
        </w:rPr>
        <w:t xml:space="preserve"> The girl offers bread, pieces of meat and something more: a glance into the eyes of the one she serves. One helping for each man, two for each woman. And a look. They look back. The next stop will be their last. But not this one. This one is warmed." It's quiet again when the children finish speaking, until the woman breaks into the silence. "</w:t>
      </w:r>
      <w:r>
        <w:rPr>
          <w:b w:val="0"/>
          <w:i w:val="0"/>
          <w:smallCaps w:val="0"/>
          <w:strike w:val="0"/>
          <w:sz w:val="16"/>
          <w:u w:val="none"/>
        </w:rPr>
        <w:t>Finally</w:t>
      </w:r>
      <w:r>
        <w:rPr>
          <w:b w:val="0"/>
          <w:i w:val="0"/>
          <w:smallCaps w:val="0"/>
          <w:strike w:val="0"/>
          <w:sz w:val="16"/>
          <w:u w:val="none"/>
        </w:rPr>
        <w:t xml:space="preserve">", she says, </w:t>
      </w:r>
      <w:r>
        <w:rPr>
          <w:b w:val="0"/>
          <w:i w:val="0"/>
          <w:smallCaps w:val="0"/>
          <w:strike w:val="0"/>
          <w:sz w:val="16"/>
          <w:highlight w:val="green"/>
          <w:u w:val="none"/>
        </w:rPr>
        <w:t>"</w:t>
      </w:r>
      <w:r>
        <w:rPr>
          <w:b w:val="0"/>
          <w:i w:val="0"/>
          <w:smallCaps w:val="0"/>
          <w:strike w:val="0"/>
          <w:sz w:val="22"/>
          <w:highlight w:val="green"/>
          <w:u w:val="single"/>
        </w:rPr>
        <w:t>I trust you now. I trust you with the bird that is not in your hands because you have truly caught it. Look. How lovely it is, this thing we have done - together</w:t>
      </w:r>
      <w:r>
        <w:rPr>
          <w:b w:val="0"/>
          <w:i w:val="0"/>
          <w:smallCaps w:val="0"/>
          <w:strike w:val="0"/>
          <w:sz w:val="16"/>
          <w:u w:val="none"/>
        </w:rPr>
        <w:t>."</w:t>
      </w:r>
    </w:p>
    <w:p>
      <w:pPr>
        <w:pStyle w:val="Caption"/>
      </w:pPr>
      <w:r>
        <w:t>Source: Poetry Good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