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entertainment industry is an </w:t>
      </w:r>
      <w:r>
        <w:rPr>
          <w:b/>
          <w:i w:val="0"/>
          <w:smallCaps w:val="0"/>
          <w:strike w:val="0"/>
          <w:sz w:val="26"/>
          <w:u w:val="single"/>
        </w:rPr>
        <w:t>essential</w:t>
      </w:r>
      <w:r>
        <w:rPr>
          <w:b/>
          <w:i w:val="0"/>
          <w:smallCaps w:val="0"/>
          <w:strike w:val="0"/>
          <w:sz w:val="26"/>
          <w:u w:val="none"/>
        </w:rPr>
        <w:t xml:space="preserve"> part of the economy.</w:t>
      </w:r>
    </w:p>
    <w:p>
      <w:pPr>
        <w:spacing w:after="80"/>
      </w:pPr>
      <w:r>
        <w:rPr>
          <w:b/>
          <w:i w:val="0"/>
          <w:smallCaps w:val="0"/>
          <w:strike w:val="0"/>
          <w:sz w:val="26"/>
          <w:u w:val="single"/>
        </w:rPr>
        <w:t>Nurdilda</w:t>
      </w:r>
      <w:r>
        <w:rPr>
          <w:b/>
          <w:i w:val="0"/>
          <w:smallCaps w:val="0"/>
          <w:strike w:val="0"/>
          <w:sz w:val="26"/>
          <w:u w:val="single"/>
        </w:rPr>
        <w:t xml:space="preserve"> </w:t>
      </w:r>
      <w:r>
        <w:rPr>
          <w:b/>
          <w:i w:val="0"/>
          <w:smallCaps w:val="0"/>
          <w:strike w:val="0"/>
          <w:sz w:val="26"/>
          <w:u w:val="single"/>
        </w:rPr>
        <w:t xml:space="preserve">23 </w:t>
      </w:r>
      <w:r>
        <w:rPr>
          <w:b w:val="0"/>
          <w:i w:val="0"/>
          <w:smallCaps w:val="0"/>
          <w:strike w:val="0"/>
          <w:u w:val="none"/>
        </w:rPr>
        <w:t xml:space="preserve">— Ulpan </w:t>
      </w:r>
      <w:r>
        <w:rPr>
          <w:b w:val="0"/>
          <w:i w:val="0"/>
          <w:smallCaps w:val="0"/>
          <w:strike w:val="0"/>
          <w:u w:val="none"/>
        </w:rPr>
        <w:t>Nurdild</w:t>
      </w:r>
      <w:r>
        <w:rPr>
          <w:b w:val="0"/>
          <w:i w:val="0"/>
          <w:smallCaps w:val="0"/>
          <w:strike w:val="0"/>
          <w:u w:val="none"/>
        </w:rPr>
        <w:t>a</w:t>
      </w:r>
      <w:r>
        <w:rPr>
          <w:b w:val="0"/>
          <w:i w:val="0"/>
          <w:smallCaps w:val="0"/>
          <w:strike w:val="0"/>
          <w:u w:val="none"/>
        </w:rPr>
        <w:t xml:space="preserve">, Staff-Writer for </w:t>
      </w:r>
      <w:r>
        <w:rPr>
          <w:b w:val="0"/>
          <w:i w:val="0"/>
          <w:smallCaps w:val="0"/>
          <w:strike w:val="0"/>
          <w:u w:val="none"/>
        </w:rPr>
        <w:t>StreetFins</w:t>
      </w:r>
      <w:r>
        <w:rPr>
          <w:b w:val="0"/>
          <w:i w:val="0"/>
          <w:smallCaps w:val="0"/>
          <w:strike w:val="0"/>
          <w:u w:val="none"/>
        </w:rPr>
        <w:t>, 2023(“</w:t>
      </w:r>
      <w:r>
        <w:rPr>
          <w:b w:val="0"/>
          <w:i w:val="0"/>
          <w:smallCaps w:val="0"/>
          <w:strike w:val="0"/>
          <w:u w:val="none"/>
        </w:rPr>
        <w:t>How the Entertainment Industry Shapes National Economies</w:t>
      </w:r>
      <w:r>
        <w:rPr>
          <w:b w:val="0"/>
          <w:i w:val="0"/>
          <w:smallCaps w:val="0"/>
          <w:strike w:val="0"/>
          <w:u w:val="none"/>
        </w:rPr>
        <w:t xml:space="preserve">,” </w:t>
      </w:r>
      <w:r>
        <w:rPr>
          <w:b w:val="0"/>
          <w:i/>
          <w:smallCaps w:val="0"/>
          <w:strike w:val="0"/>
          <w:u w:val="none"/>
        </w:rPr>
        <w:t>StreetFins</w:t>
      </w:r>
      <w:r>
        <w:rPr>
          <w:b w:val="0"/>
          <w:i w:val="0"/>
          <w:smallCaps w:val="0"/>
          <w:strike w:val="0"/>
          <w:u w:val="none"/>
        </w:rPr>
        <w:t>, August 21</w:t>
      </w:r>
      <w:r>
        <w:rPr>
          <w:b w:val="0"/>
          <w:i w:val="0"/>
          <w:smallCaps w:val="0"/>
          <w:strike w:val="0"/>
          <w:u w:val="none"/>
        </w:rPr>
        <w:t>st</w:t>
      </w:r>
      <w:r>
        <w:rPr>
          <w:b w:val="0"/>
          <w:i w:val="0"/>
          <w:smallCaps w:val="0"/>
          <w:strike w:val="0"/>
          <w:u w:val="none"/>
        </w:rPr>
        <w:t xml:space="preserve">, Available Online at </w:t>
      </w:r>
      <w:r>
        <w:rPr>
          <w:b w:val="0"/>
          <w:i w:val="0"/>
          <w:smallCaps w:val="0"/>
          <w:strike w:val="0"/>
          <w:u w:val="none"/>
        </w:rPr>
        <w:t>https://streetfins.com/how-the-entertainment-industry-shapes-national-economies/</w:t>
      </w:r>
      <w:r>
        <w:rPr>
          <w:b w:val="0"/>
          <w:i w:val="0"/>
          <w:smallCaps w:val="0"/>
          <w:strike w:val="0"/>
          <w:u w:val="none"/>
        </w:rPr>
        <w:t>, Accessed 07-02-2024) JM</w:t>
      </w:r>
    </w:p>
    <w:p>
      <w:pPr>
        <w:spacing w:after="60"/>
      </w:pPr>
      <w:r>
        <w:rPr>
          <w:b w:val="0"/>
          <w:i w:val="0"/>
          <w:smallCaps w:val="0"/>
          <w:strike w:val="0"/>
          <w:sz w:val="16"/>
          <w:u w:val="none"/>
        </w:rPr>
        <w:t xml:space="preserve">Over the past decade we have witnessed how big </w:t>
      </w:r>
      <w:r>
        <w:rPr>
          <w:b w:val="0"/>
          <w:i w:val="0"/>
          <w:smallCaps w:val="0"/>
          <w:strike w:val="0"/>
          <w:sz w:val="22"/>
          <w:u w:val="single"/>
        </w:rPr>
        <w:t xml:space="preserve">concerts of hip-hop </w:t>
      </w:r>
      <w:r>
        <w:rPr>
          <w:b w:val="0"/>
          <w:i w:val="0"/>
          <w:smallCaps w:val="0"/>
          <w:strike w:val="0"/>
          <w:sz w:val="22"/>
          <w:highlight w:val="cyan"/>
          <w:u w:val="single"/>
        </w:rPr>
        <w:t>musicians and</w:t>
      </w:r>
      <w:r>
        <w:rPr>
          <w:b w:val="0"/>
          <w:i w:val="0"/>
          <w:smallCaps w:val="0"/>
          <w:strike w:val="0"/>
          <w:sz w:val="22"/>
          <w:u w:val="single"/>
        </w:rPr>
        <w:t xml:space="preserve"> other </w:t>
      </w:r>
      <w:r>
        <w:rPr>
          <w:b w:val="0"/>
          <w:i w:val="0"/>
          <w:smallCaps w:val="0"/>
          <w:strike w:val="0"/>
          <w:sz w:val="22"/>
          <w:highlight w:val="cyan"/>
          <w:u w:val="single"/>
        </w:rPr>
        <w:t>artists influence</w:t>
      </w:r>
      <w:r>
        <w:rPr>
          <w:b w:val="0"/>
          <w:i w:val="0"/>
          <w:smallCaps w:val="0"/>
          <w:strike w:val="0"/>
          <w:sz w:val="22"/>
          <w:u w:val="single"/>
        </w:rPr>
        <w:t xml:space="preserve">d not just the people but </w:t>
      </w:r>
      <w:r>
        <w:rPr>
          <w:b/>
          <w:i w:val="0"/>
          <w:smallCaps w:val="0"/>
          <w:strike w:val="0"/>
          <w:sz w:val="22"/>
          <w:highlight w:val="cyan"/>
          <w:u w:val="single"/>
        </w:rPr>
        <w:t>economies all together</w:t>
      </w:r>
      <w:r>
        <w:rPr>
          <w:b w:val="0"/>
          <w:i w:val="0"/>
          <w:smallCaps w:val="0"/>
          <w:strike w:val="0"/>
          <w:sz w:val="16"/>
          <w:u w:val="none"/>
        </w:rPr>
        <w:t>. However, nowadays this influence has spread to film industries too as we have witnessed with “</w:t>
      </w:r>
      <w:r>
        <w:rPr>
          <w:b w:val="0"/>
          <w:i w:val="0"/>
          <w:smallCaps w:val="0"/>
          <w:strike w:val="0"/>
          <w:sz w:val="16"/>
          <w:u w:val="none"/>
        </w:rPr>
        <w:t>Barbihimmer</w:t>
      </w:r>
      <w:r>
        <w:rPr>
          <w:b w:val="0"/>
          <w:i w:val="0"/>
          <w:smallCaps w:val="0"/>
          <w:strike w:val="0"/>
          <w:sz w:val="16"/>
          <w:u w:val="none"/>
        </w:rPr>
        <w:t>” debut. Let’s delve into how the new waves in the entertainment industry shapes our economies of today.</w:t>
      </w:r>
    </w:p>
    <w:p>
      <w:pPr>
        <w:spacing w:after="60"/>
      </w:pPr>
      <w:r>
        <w:rPr>
          <w:b/>
          <w:i w:val="0"/>
          <w:smallCaps w:val="0"/>
          <w:strike w:val="0"/>
          <w:sz w:val="22"/>
          <w:highlight w:val="cyan"/>
          <w:u w:val="single"/>
        </w:rPr>
        <w:t>Entertainment industry</w:t>
      </w:r>
      <w:r>
        <w:rPr>
          <w:b/>
          <w:i w:val="0"/>
          <w:smallCaps w:val="0"/>
          <w:strike w:val="0"/>
          <w:sz w:val="22"/>
          <w:u w:val="single"/>
        </w:rPr>
        <w:t xml:space="preserve"> </w:t>
      </w:r>
      <w:r>
        <w:rPr>
          <w:b/>
          <w:i w:val="0"/>
          <w:smallCaps w:val="0"/>
          <w:strike w:val="0"/>
          <w:sz w:val="22"/>
          <w:highlight w:val="cyan"/>
          <w:u w:val="single"/>
        </w:rPr>
        <w:t>in</w:t>
      </w:r>
      <w:r>
        <w:rPr>
          <w:b/>
          <w:i w:val="0"/>
          <w:smallCaps w:val="0"/>
          <w:strike w:val="0"/>
          <w:sz w:val="22"/>
          <w:u w:val="single"/>
        </w:rPr>
        <w:t xml:space="preserve"> large encompasses </w:t>
      </w:r>
      <w:r>
        <w:rPr>
          <w:b/>
          <w:i w:val="0"/>
          <w:smallCaps w:val="0"/>
          <w:strike w:val="0"/>
          <w:sz w:val="22"/>
          <w:highlight w:val="cyan"/>
          <w:u w:val="single"/>
        </w:rPr>
        <w:t>many fields</w:t>
      </w:r>
      <w:r>
        <w:rPr>
          <w:b w:val="0"/>
          <w:i w:val="0"/>
          <w:smallCaps w:val="0"/>
          <w:strike w:val="0"/>
          <w:sz w:val="22"/>
          <w:u w:val="single"/>
        </w:rPr>
        <w:t>: film, television, music, gaming and mo</w:t>
      </w:r>
      <w:r>
        <w:rPr>
          <w:b w:val="0"/>
          <w:i w:val="0"/>
          <w:smallCaps w:val="0"/>
          <w:strike w:val="0"/>
          <w:sz w:val="16"/>
          <w:u w:val="none"/>
        </w:rPr>
        <w:t xml:space="preserve">re. Today, </w:t>
      </w:r>
      <w:r>
        <w:rPr>
          <w:b w:val="0"/>
          <w:i w:val="0"/>
          <w:smallCaps w:val="0"/>
          <w:strike w:val="0"/>
          <w:sz w:val="22"/>
          <w:u w:val="single"/>
        </w:rPr>
        <w:t xml:space="preserve">each of these branches of the industry </w:t>
      </w:r>
      <w:r>
        <w:rPr>
          <w:b w:val="0"/>
          <w:i w:val="0"/>
          <w:smallCaps w:val="0"/>
          <w:strike w:val="0"/>
          <w:sz w:val="22"/>
          <w:highlight w:val="cyan"/>
          <w:u w:val="single"/>
        </w:rPr>
        <w:t xml:space="preserve">make </w:t>
      </w:r>
      <w:r>
        <w:rPr>
          <w:b w:val="0"/>
          <w:i w:val="0"/>
          <w:smallCaps w:val="0"/>
          <w:strike w:val="0"/>
          <w:sz w:val="22"/>
          <w:u w:val="single"/>
        </w:rPr>
        <w:t xml:space="preserve">out </w:t>
      </w:r>
      <w:r>
        <w:rPr>
          <w:b w:val="0"/>
          <w:i w:val="0"/>
          <w:smallCaps w:val="0"/>
          <w:strike w:val="0"/>
          <w:sz w:val="22"/>
          <w:highlight w:val="cyan"/>
          <w:u w:val="single"/>
        </w:rPr>
        <w:t>over $20 billion</w:t>
      </w:r>
      <w:r>
        <w:rPr>
          <w:b w:val="0"/>
          <w:i w:val="0"/>
          <w:smallCaps w:val="0"/>
          <w:strike w:val="0"/>
          <w:sz w:val="22"/>
          <w:u w:val="single"/>
        </w:rPr>
        <w:t xml:space="preserve"> separately </w:t>
      </w:r>
      <w:r>
        <w:rPr>
          <w:b w:val="0"/>
          <w:i w:val="0"/>
          <w:smallCaps w:val="0"/>
          <w:strike w:val="0"/>
          <w:sz w:val="22"/>
          <w:highlight w:val="cyan"/>
          <w:u w:val="single"/>
        </w:rPr>
        <w:t>in</w:t>
      </w:r>
      <w:r>
        <w:rPr>
          <w:b w:val="0"/>
          <w:i w:val="0"/>
          <w:smallCaps w:val="0"/>
          <w:strike w:val="0"/>
          <w:sz w:val="22"/>
          <w:u w:val="single"/>
        </w:rPr>
        <w:t xml:space="preserve"> </w:t>
      </w:r>
      <w:r>
        <w:rPr>
          <w:b w:val="0"/>
          <w:i w:val="0"/>
          <w:smallCaps w:val="0"/>
          <w:strike w:val="0"/>
          <w:sz w:val="22"/>
          <w:highlight w:val="cyan"/>
          <w:u w:val="single"/>
        </w:rPr>
        <w:t>just a year</w:t>
      </w:r>
      <w:r>
        <w:rPr>
          <w:b w:val="0"/>
          <w:i w:val="0"/>
          <w:smallCaps w:val="0"/>
          <w:strike w:val="0"/>
          <w:sz w:val="16"/>
          <w:u w:val="none"/>
        </w:rPr>
        <w:t xml:space="preserve">. For instance, in less than a month, </w:t>
      </w:r>
      <w:r>
        <w:rPr>
          <w:b w:val="0"/>
          <w:i w:val="0"/>
          <w:smallCaps w:val="0"/>
          <w:strike w:val="0"/>
          <w:sz w:val="22"/>
          <w:u w:val="single"/>
        </w:rPr>
        <w:t>a single “</w:t>
      </w:r>
      <w:r>
        <w:rPr>
          <w:b w:val="0"/>
          <w:i w:val="0"/>
          <w:smallCaps w:val="0"/>
          <w:strike w:val="0"/>
          <w:sz w:val="22"/>
          <w:highlight w:val="cyan"/>
          <w:u w:val="single"/>
        </w:rPr>
        <w:t>Barbie</w:t>
      </w:r>
      <w:r>
        <w:rPr>
          <w:b w:val="0"/>
          <w:i w:val="0"/>
          <w:smallCaps w:val="0"/>
          <w:strike w:val="0"/>
          <w:sz w:val="22"/>
          <w:u w:val="single"/>
        </w:rPr>
        <w:t xml:space="preserve">” movie with Margot Robbie has </w:t>
      </w:r>
      <w:r>
        <w:rPr>
          <w:b w:val="0"/>
          <w:i w:val="0"/>
          <w:smallCaps w:val="0"/>
          <w:strike w:val="0"/>
          <w:sz w:val="22"/>
          <w:highlight w:val="cyan"/>
          <w:u w:val="single"/>
        </w:rPr>
        <w:t xml:space="preserve">made over </w:t>
      </w:r>
      <w:r>
        <w:rPr>
          <w:b w:val="0"/>
          <w:i w:val="0"/>
          <w:smallCaps w:val="0"/>
          <w:strike w:val="0"/>
          <w:sz w:val="22"/>
          <w:highlight w:val="cyan"/>
          <w:u w:val="single"/>
        </w:rPr>
        <w:t>one billion in revenue</w:t>
      </w:r>
      <w:r>
        <w:rPr>
          <w:b w:val="0"/>
          <w:i w:val="0"/>
          <w:smallCaps w:val="0"/>
          <w:strike w:val="0"/>
          <w:sz w:val="16"/>
          <w:u w:val="none"/>
        </w:rPr>
        <w:t xml:space="preserve">? USD, </w:t>
      </w:r>
      <w:r>
        <w:rPr>
          <w:b w:val="0"/>
          <w:i w:val="0"/>
          <w:smallCaps w:val="0"/>
          <w:strike w:val="0"/>
          <w:sz w:val="22"/>
          <w:u w:val="single"/>
        </w:rPr>
        <w:t>which has broken all the previous records in the history of the film industry</w:t>
      </w:r>
      <w:r>
        <w:rPr>
          <w:b w:val="0"/>
          <w:i w:val="0"/>
          <w:smallCaps w:val="0"/>
          <w:strike w:val="0"/>
          <w:sz w:val="16"/>
          <w:u w:val="none"/>
        </w:rPr>
        <w:t>. Such shocking numbers make us only wonder what the entertainment industry is about to bring out into our economy.</w:t>
      </w:r>
    </w:p>
    <w:p>
      <w:pPr>
        <w:spacing w:after="60"/>
      </w:pPr>
      <w:r>
        <w:rPr>
          <w:b w:val="0"/>
          <w:i w:val="0"/>
          <w:smallCaps w:val="0"/>
          <w:strike w:val="0"/>
          <w:sz w:val="16"/>
          <w:u w:val="none"/>
        </w:rPr>
        <w:t xml:space="preserve">Relating it to </w:t>
      </w:r>
      <w:r>
        <w:rPr>
          <w:b w:val="0"/>
          <w:i w:val="0"/>
          <w:smallCaps w:val="0"/>
          <w:strike w:val="0"/>
          <w:sz w:val="22"/>
          <w:u w:val="single"/>
        </w:rPr>
        <w:t>our economy</w:t>
      </w:r>
      <w:r>
        <w:rPr>
          <w:b w:val="0"/>
          <w:i w:val="0"/>
          <w:smallCaps w:val="0"/>
          <w:strike w:val="0"/>
          <w:sz w:val="16"/>
          <w:u w:val="none"/>
        </w:rPr>
        <w:t xml:space="preserve">, it is </w:t>
      </w:r>
      <w:r>
        <w:rPr>
          <w:b w:val="0"/>
          <w:i w:val="0"/>
          <w:smallCaps w:val="0"/>
          <w:strike w:val="0"/>
          <w:sz w:val="22"/>
          <w:u w:val="single"/>
        </w:rPr>
        <w:t xml:space="preserve">believed that the </w:t>
      </w:r>
      <w:r>
        <w:rPr>
          <w:b w:val="0"/>
          <w:i w:val="0"/>
          <w:smallCaps w:val="0"/>
          <w:strike w:val="0"/>
          <w:sz w:val="22"/>
          <w:highlight w:val="cyan"/>
          <w:u w:val="single"/>
        </w:rPr>
        <w:t>entertainment industry</w:t>
      </w:r>
      <w:r>
        <w:rPr>
          <w:b w:val="0"/>
          <w:i w:val="0"/>
          <w:smallCaps w:val="0"/>
          <w:strike w:val="0"/>
          <w:sz w:val="16"/>
          <w:u w:val="none"/>
        </w:rPr>
        <w:t xml:space="preserve">, like any other, </w:t>
      </w:r>
      <w:r>
        <w:rPr>
          <w:b/>
          <w:i w:val="0"/>
          <w:smallCaps w:val="0"/>
          <w:strike w:val="0"/>
          <w:sz w:val="22"/>
          <w:highlight w:val="cyan"/>
          <w:u w:val="single"/>
        </w:rPr>
        <w:t>creates jobs</w:t>
      </w:r>
      <w:r>
        <w:rPr>
          <w:b w:val="0"/>
          <w:i w:val="0"/>
          <w:smallCaps w:val="0"/>
          <w:strike w:val="0"/>
          <w:sz w:val="22"/>
          <w:u w:val="single"/>
        </w:rPr>
        <w:t xml:space="preserve">, </w:t>
      </w:r>
      <w:r>
        <w:rPr>
          <w:b/>
          <w:i w:val="0"/>
          <w:smallCaps w:val="0"/>
          <w:strike w:val="0"/>
          <w:sz w:val="22"/>
          <w:highlight w:val="cyan"/>
          <w:u w:val="single"/>
        </w:rPr>
        <w:t>generates cash</w:t>
      </w:r>
      <w:r>
        <w:rPr>
          <w:b w:val="0"/>
          <w:i w:val="0"/>
          <w:smallCaps w:val="0"/>
          <w:strike w:val="0"/>
          <w:sz w:val="22"/>
          <w:u w:val="single"/>
        </w:rPr>
        <w:t xml:space="preserve">, </w:t>
      </w:r>
      <w:r>
        <w:rPr>
          <w:b w:val="0"/>
          <w:i w:val="0"/>
          <w:smallCaps w:val="0"/>
          <w:strike w:val="0"/>
          <w:sz w:val="22"/>
          <w:highlight w:val="cyan"/>
          <w:u w:val="single"/>
        </w:rPr>
        <w:t xml:space="preserve">and </w:t>
      </w:r>
      <w:r>
        <w:rPr>
          <w:b/>
          <w:i w:val="0"/>
          <w:smallCaps w:val="0"/>
          <w:strike w:val="0"/>
          <w:sz w:val="22"/>
          <w:highlight w:val="cyan"/>
          <w:u w:val="single"/>
        </w:rPr>
        <w:t>increases overall demand</w:t>
      </w:r>
      <w:r>
        <w:rPr>
          <w:b w:val="0"/>
          <w:i w:val="0"/>
          <w:smallCaps w:val="0"/>
          <w:strike w:val="0"/>
          <w:sz w:val="16"/>
          <w:u w:val="none"/>
        </w:rPr>
        <w:t xml:space="preserve">. But the </w:t>
      </w:r>
      <w:r>
        <w:rPr>
          <w:b w:val="0"/>
          <w:i w:val="0"/>
          <w:smallCaps w:val="0"/>
          <w:strike w:val="0"/>
          <w:sz w:val="22"/>
          <w:u w:val="single"/>
        </w:rPr>
        <w:t>industry’s influence within a single nation is never considered in more detail</w:t>
      </w:r>
      <w:r>
        <w:rPr>
          <w:b w:val="0"/>
          <w:i w:val="0"/>
          <w:smallCaps w:val="0"/>
          <w:strike w:val="0"/>
          <w:sz w:val="16"/>
          <w:u w:val="none"/>
        </w:rPr>
        <w:t xml:space="preserve">. </w:t>
      </w:r>
      <w:r>
        <w:rPr>
          <w:b w:val="0"/>
          <w:i w:val="0"/>
          <w:smallCaps w:val="0"/>
          <w:strike w:val="0"/>
          <w:sz w:val="22"/>
          <w:u w:val="single"/>
        </w:rPr>
        <w:t xml:space="preserve">It </w:t>
      </w:r>
      <w:r>
        <w:rPr>
          <w:b/>
          <w:i w:val="0"/>
          <w:smallCaps w:val="0"/>
          <w:strike w:val="0"/>
          <w:sz w:val="22"/>
          <w:u w:val="single"/>
        </w:rPr>
        <w:t xml:space="preserve">starts a </w:t>
      </w:r>
      <w:r>
        <w:rPr>
          <w:b/>
          <w:i w:val="0"/>
          <w:smallCaps w:val="0"/>
          <w:strike w:val="0"/>
          <w:sz w:val="22"/>
          <w:highlight w:val="cyan"/>
          <w:u w:val="single"/>
        </w:rPr>
        <w:t>cascade</w:t>
      </w:r>
      <w:r>
        <w:rPr>
          <w:b/>
          <w:i w:val="0"/>
          <w:smallCaps w:val="0"/>
          <w:strike w:val="0"/>
          <w:sz w:val="22"/>
          <w:u w:val="single"/>
        </w:rPr>
        <w:t xml:space="preserve"> of economic activity</w:t>
      </w:r>
      <w:r>
        <w:rPr>
          <w:b w:val="0"/>
          <w:i w:val="0"/>
          <w:smallCaps w:val="0"/>
          <w:strike w:val="0"/>
          <w:sz w:val="22"/>
          <w:u w:val="single"/>
        </w:rPr>
        <w:t xml:space="preserve">, such as the </w:t>
      </w:r>
      <w:r>
        <w:rPr>
          <w:b w:val="0"/>
          <w:i w:val="0"/>
          <w:smallCaps w:val="0"/>
          <w:strike w:val="0"/>
          <w:sz w:val="22"/>
          <w:highlight w:val="cyan"/>
          <w:u w:val="single"/>
        </w:rPr>
        <w:t>demand for local labor</w:t>
      </w:r>
      <w:r>
        <w:rPr>
          <w:b w:val="0"/>
          <w:i w:val="0"/>
          <w:smallCaps w:val="0"/>
          <w:strike w:val="0"/>
          <w:sz w:val="22"/>
          <w:u w:val="single"/>
        </w:rPr>
        <w:t xml:space="preserve">, </w:t>
      </w:r>
      <w:r>
        <w:rPr>
          <w:b w:val="0"/>
          <w:i w:val="0"/>
          <w:smallCaps w:val="0"/>
          <w:strike w:val="0"/>
          <w:sz w:val="22"/>
          <w:highlight w:val="cyan"/>
          <w:u w:val="single"/>
        </w:rPr>
        <w:t>tourism</w:t>
      </w:r>
      <w:r>
        <w:rPr>
          <w:b w:val="0"/>
          <w:i w:val="0"/>
          <w:smallCaps w:val="0"/>
          <w:strike w:val="0"/>
          <w:sz w:val="22"/>
          <w:u w:val="single"/>
        </w:rPr>
        <w:t xml:space="preserve">, </w:t>
      </w:r>
      <w:r>
        <w:rPr>
          <w:b w:val="0"/>
          <w:i w:val="0"/>
          <w:smallCaps w:val="0"/>
          <w:strike w:val="0"/>
          <w:sz w:val="22"/>
          <w:highlight w:val="cyan"/>
          <w:u w:val="single"/>
        </w:rPr>
        <w:t>food</w:t>
      </w:r>
      <w:r>
        <w:rPr>
          <w:b w:val="0"/>
          <w:i w:val="0"/>
          <w:smallCaps w:val="0"/>
          <w:strike w:val="0"/>
          <w:sz w:val="22"/>
          <w:u w:val="single"/>
        </w:rPr>
        <w:t xml:space="preserve">, </w:t>
      </w:r>
      <w:r>
        <w:rPr>
          <w:b w:val="0"/>
          <w:i w:val="0"/>
          <w:smallCaps w:val="0"/>
          <w:strike w:val="0"/>
          <w:sz w:val="22"/>
          <w:highlight w:val="cyan"/>
          <w:u w:val="single"/>
        </w:rPr>
        <w:t>accommodation</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transport</w:t>
      </w:r>
      <w:r>
        <w:rPr>
          <w:b w:val="0"/>
          <w:i w:val="0"/>
          <w:smallCaps w:val="0"/>
          <w:strike w:val="0"/>
          <w:sz w:val="22"/>
          <w:u w:val="single"/>
        </w:rPr>
        <w:t xml:space="preserve">ation services. </w:t>
      </w:r>
    </w:p>
    <w:p>
      <w:pPr>
        <w:spacing w:after="60"/>
      </w:pPr>
      <w:r>
        <w:rPr>
          <w:b w:val="0"/>
          <w:i w:val="0"/>
          <w:smallCaps w:val="0"/>
          <w:strike w:val="0"/>
          <w:sz w:val="16"/>
          <w:u w:val="none"/>
        </w:rPr>
        <w:t xml:space="preserve">For instance, the recently </w:t>
      </w:r>
      <w:r>
        <w:rPr>
          <w:b w:val="0"/>
          <w:i w:val="0"/>
          <w:smallCaps w:val="0"/>
          <w:strike w:val="0"/>
          <w:sz w:val="22"/>
          <w:u w:val="single"/>
        </w:rPr>
        <w:t>emerging wave of K-pop</w:t>
      </w:r>
      <w:r>
        <w:rPr>
          <w:b w:val="0"/>
          <w:i w:val="0"/>
          <w:smallCaps w:val="0"/>
          <w:strike w:val="0"/>
          <w:sz w:val="16"/>
          <w:u w:val="none"/>
        </w:rPr>
        <w:t xml:space="preserve">, which was driven by </w:t>
      </w:r>
      <w:r>
        <w:rPr>
          <w:b w:val="0"/>
          <w:i w:val="0"/>
          <w:smallCaps w:val="0"/>
          <w:strike w:val="0"/>
          <w:sz w:val="22"/>
          <w:u w:val="single"/>
        </w:rPr>
        <w:t>BTS and Blackpink</w:t>
      </w:r>
      <w:r>
        <w:rPr>
          <w:b w:val="0"/>
          <w:i w:val="0"/>
          <w:smallCaps w:val="0"/>
          <w:strike w:val="0"/>
          <w:sz w:val="16"/>
          <w:u w:val="none"/>
        </w:rPr>
        <w:t xml:space="preserve">, significantly </w:t>
      </w:r>
      <w:r>
        <w:rPr>
          <w:b w:val="0"/>
          <w:i w:val="0"/>
          <w:smallCaps w:val="0"/>
          <w:strike w:val="0"/>
          <w:sz w:val="22"/>
          <w:u w:val="single"/>
        </w:rPr>
        <w:t>influenced South Korea’s economy</w:t>
      </w:r>
      <w:r>
        <w:rPr>
          <w:b w:val="0"/>
          <w:i w:val="0"/>
          <w:smallCaps w:val="0"/>
          <w:strike w:val="0"/>
          <w:sz w:val="16"/>
          <w:u w:val="none"/>
        </w:rPr>
        <w:t xml:space="preserve">. The export value of </w:t>
      </w:r>
      <w:r>
        <w:rPr>
          <w:b w:val="0"/>
          <w:i w:val="0"/>
          <w:smallCaps w:val="0"/>
          <w:strike w:val="0"/>
          <w:sz w:val="16"/>
          <w:u w:val="none"/>
        </w:rPr>
        <w:t>Kpop</w:t>
      </w:r>
      <w:r>
        <w:rPr>
          <w:b w:val="0"/>
          <w:i w:val="0"/>
          <w:smallCaps w:val="0"/>
          <w:strike w:val="0"/>
          <w:sz w:val="16"/>
          <w:u w:val="none"/>
        </w:rPr>
        <w:t xml:space="preserve">-related goods and services </w:t>
      </w:r>
      <w:r>
        <w:rPr>
          <w:b w:val="0"/>
          <w:i w:val="0"/>
          <w:smallCaps w:val="0"/>
          <w:strike w:val="0"/>
          <w:sz w:val="22"/>
          <w:u w:val="single"/>
        </w:rPr>
        <w:t>climbed from over $40 million in 2003 to over $5 billion in 2018</w:t>
      </w:r>
      <w:r>
        <w:rPr>
          <w:b w:val="0"/>
          <w:i w:val="0"/>
          <w:smallCaps w:val="0"/>
          <w:strike w:val="0"/>
          <w:sz w:val="16"/>
          <w:u w:val="none"/>
        </w:rPr>
        <w:t>, according to data from the Korea Creative Content Agency, reflecting an average yearly growth rate of 31.9%.</w:t>
      </w:r>
    </w:p>
    <w:p>
      <w:pPr>
        <w:spacing w:after="60"/>
      </w:pPr>
      <w:r>
        <w:rPr>
          <w:b w:val="0"/>
          <w:i w:val="0"/>
          <w:smallCaps w:val="0"/>
          <w:strike w:val="0"/>
          <w:sz w:val="16"/>
          <w:u w:val="none"/>
        </w:rPr>
        <w:t xml:space="preserve">The contribution of </w:t>
      </w:r>
      <w:r>
        <w:rPr>
          <w:b w:val="0"/>
          <w:i w:val="0"/>
          <w:smallCaps w:val="0"/>
          <w:strike w:val="0"/>
          <w:sz w:val="16"/>
          <w:u w:val="none"/>
        </w:rPr>
        <w:t>Kpop</w:t>
      </w:r>
      <w:r>
        <w:rPr>
          <w:b w:val="0"/>
          <w:i w:val="0"/>
          <w:smallCaps w:val="0"/>
          <w:strike w:val="0"/>
          <w:sz w:val="16"/>
          <w:u w:val="none"/>
        </w:rPr>
        <w:t xml:space="preserve"> and K-drama to South Korean GDP has also expanded dramatically throughout the years. According to </w:t>
      </w:r>
      <w:r>
        <w:rPr>
          <w:b w:val="0"/>
          <w:i w:val="0"/>
          <w:smallCaps w:val="0"/>
          <w:strike w:val="0"/>
          <w:sz w:val="16"/>
          <w:u w:val="none"/>
        </w:rPr>
        <w:t>a Hyundai Research Institute research</w:t>
      </w:r>
      <w:r>
        <w:rPr>
          <w:b w:val="0"/>
          <w:i w:val="0"/>
          <w:smallCaps w:val="0"/>
          <w:strike w:val="0"/>
          <w:sz w:val="16"/>
          <w:u w:val="none"/>
        </w:rPr>
        <w:t xml:space="preserve">, the </w:t>
      </w:r>
      <w:r>
        <w:rPr>
          <w:b w:val="0"/>
          <w:i w:val="0"/>
          <w:smallCaps w:val="0"/>
          <w:strike w:val="0"/>
          <w:sz w:val="16"/>
          <w:u w:val="none"/>
        </w:rPr>
        <w:t>Kpop</w:t>
      </w:r>
      <w:r>
        <w:rPr>
          <w:b w:val="0"/>
          <w:i w:val="0"/>
          <w:smallCaps w:val="0"/>
          <w:strike w:val="0"/>
          <w:sz w:val="16"/>
          <w:u w:val="none"/>
        </w:rPr>
        <w:t xml:space="preserve"> industry contributed 1.7% of South Korea’s GDP in 2018, up from 0.3% in 2009. According to the analysis, the industry’s contribution to the country’s GDP might climb to 3% by 2020. Additionally, K-Pop stocks have increased by $5.4 billion in 2023 as a result of the industry’s high quarterly profitability and a rise in the popularity of pop culture </w:t>
      </w:r>
      <w:r>
        <w:rPr>
          <w:b w:val="0"/>
          <w:i w:val="0"/>
          <w:smallCaps w:val="0"/>
          <w:strike w:val="0"/>
          <w:sz w:val="16"/>
          <w:u w:val="none"/>
        </w:rPr>
        <w:t>worldwide.Along</w:t>
      </w:r>
      <w:r>
        <w:rPr>
          <w:b w:val="0"/>
          <w:i w:val="0"/>
          <w:smallCaps w:val="0"/>
          <w:strike w:val="0"/>
          <w:sz w:val="16"/>
          <w:u w:val="none"/>
        </w:rPr>
        <w:t xml:space="preserve"> with the monetary advantages, more than 160,000 foreign students started learning Korean and enrolling to Korean universities. Overall, </w:t>
      </w:r>
      <w:r>
        <w:rPr>
          <w:b w:val="0"/>
          <w:i w:val="0"/>
          <w:smallCaps w:val="0"/>
          <w:strike w:val="0"/>
          <w:sz w:val="16"/>
          <w:u w:val="none"/>
        </w:rPr>
        <w:t>Kpop</w:t>
      </w:r>
      <w:r>
        <w:rPr>
          <w:b w:val="0"/>
          <w:i w:val="0"/>
          <w:smallCaps w:val="0"/>
          <w:strike w:val="0"/>
          <w:sz w:val="16"/>
          <w:u w:val="none"/>
        </w:rPr>
        <w:t xml:space="preserve"> has developed into a sizable economic force with a profound effect on many facets of society and the </w:t>
      </w:r>
      <w:r>
        <w:rPr>
          <w:b w:val="0"/>
          <w:i w:val="0"/>
          <w:smallCaps w:val="0"/>
          <w:strike w:val="0"/>
          <w:sz w:val="16"/>
          <w:u w:val="none"/>
        </w:rPr>
        <w:t>country as a whole</w:t>
      </w:r>
      <w:r>
        <w:rPr>
          <w:b w:val="0"/>
          <w:i w:val="0"/>
          <w:smallCaps w:val="0"/>
          <w:strike w:val="0"/>
          <w:sz w:val="16"/>
          <w:u w:val="none"/>
        </w:rPr>
        <w:t xml:space="preserve">. </w:t>
      </w:r>
    </w:p>
    <w:p>
      <w:pPr>
        <w:spacing w:after="60"/>
      </w:pPr>
      <w:r>
        <w:rPr>
          <w:b w:val="0"/>
          <w:i w:val="0"/>
          <w:smallCaps w:val="0"/>
          <w:strike w:val="0"/>
          <w:sz w:val="16"/>
          <w:u w:val="none"/>
        </w:rPr>
        <w:t xml:space="preserve">The entertainment industry’s rapid waves of economic activity sometimes induce unforeseen economic shocks. The impact of </w:t>
      </w:r>
      <w:r>
        <w:rPr>
          <w:b w:val="0"/>
          <w:i w:val="0"/>
          <w:smallCaps w:val="0"/>
          <w:strike w:val="0"/>
          <w:sz w:val="22"/>
          <w:u w:val="single"/>
        </w:rPr>
        <w:t>Beyoncé’s concert in Sweden</w:t>
      </w:r>
      <w:r>
        <w:rPr>
          <w:b w:val="0"/>
          <w:i w:val="0"/>
          <w:smallCaps w:val="0"/>
          <w:strike w:val="0"/>
          <w:sz w:val="16"/>
          <w:u w:val="none"/>
        </w:rPr>
        <w:t xml:space="preserve"> serves as a prime example, where </w:t>
      </w:r>
      <w:r>
        <w:rPr>
          <w:b w:val="0"/>
          <w:i w:val="0"/>
          <w:smallCaps w:val="0"/>
          <w:strike w:val="0"/>
          <w:sz w:val="22"/>
          <w:u w:val="single"/>
        </w:rPr>
        <w:t>inflation unexpectedly surged to 9.7</w:t>
      </w:r>
      <w:r>
        <w:rPr>
          <w:b w:val="0"/>
          <w:i w:val="0"/>
          <w:smallCaps w:val="0"/>
          <w:strike w:val="0"/>
          <w:sz w:val="16"/>
          <w:u w:val="none"/>
        </w:rPr>
        <w:t>%, as reported by BBC News. The concert announcement triggered a wave of accommodation searches, sold-out tickets, and soaring resale market prices. Demand for tickets during the initial sales outstripped supply by almost 800%, showing a good example of the economic aftershocks caused by entertainment events.</w:t>
      </w:r>
    </w:p>
    <w:p>
      <w:pPr>
        <w:spacing w:after="60"/>
      </w:pPr>
      <w:r>
        <w:rPr>
          <w:b w:val="0"/>
          <w:i w:val="0"/>
          <w:smallCaps w:val="0"/>
          <w:strike w:val="0"/>
          <w:sz w:val="16"/>
          <w:u w:val="none"/>
        </w:rPr>
        <w:t>In the United Kingdom, Beyoncé’s concert drew 60,000 attendees from diverse corners of the world, resulting in heightened demand for hotel rooms. The spectacle even displaced some homeless families from their temporary accommodations, underscoring the immense pull of entertainment on global migration patterns.</w:t>
      </w:r>
    </w:p>
    <w:p>
      <w:pPr>
        <w:spacing w:after="60"/>
      </w:pPr>
      <w:r>
        <w:rPr>
          <w:b w:val="0"/>
          <w:i w:val="0"/>
          <w:smallCaps w:val="0"/>
          <w:strike w:val="0"/>
          <w:sz w:val="16"/>
          <w:u w:val="none"/>
        </w:rPr>
        <w:t xml:space="preserve">The enormous success of </w:t>
      </w:r>
      <w:r>
        <w:rPr>
          <w:b w:val="0"/>
          <w:i w:val="0"/>
          <w:smallCaps w:val="0"/>
          <w:strike w:val="0"/>
          <w:sz w:val="22"/>
          <w:highlight w:val="cyan"/>
          <w:u w:val="single"/>
        </w:rPr>
        <w:t>Taylor Swift’s “Eras</w:t>
      </w:r>
      <w:r>
        <w:rPr>
          <w:b w:val="0"/>
          <w:i w:val="0"/>
          <w:smallCaps w:val="0"/>
          <w:strike w:val="0"/>
          <w:sz w:val="22"/>
          <w:u w:val="single"/>
        </w:rPr>
        <w:t xml:space="preserve">” tour further emphasizes the </w:t>
      </w:r>
      <w:r>
        <w:rPr>
          <w:b/>
          <w:i w:val="0"/>
          <w:smallCaps w:val="0"/>
          <w:strike w:val="0"/>
          <w:sz w:val="22"/>
          <w:u w:val="single"/>
        </w:rPr>
        <w:t>effects of entertainment on the economy</w:t>
      </w:r>
      <w:r>
        <w:rPr>
          <w:b w:val="0"/>
          <w:i w:val="0"/>
          <w:smallCaps w:val="0"/>
          <w:strike w:val="0"/>
          <w:sz w:val="16"/>
          <w:u w:val="none"/>
        </w:rPr>
        <w:t xml:space="preserve">. Given that there has been significant spending at each location on the Eras Tour, the effect on L.A. is hardly unexpected. According to a report released in June by the online survey and research firm </w:t>
      </w:r>
      <w:r>
        <w:rPr>
          <w:b w:val="0"/>
          <w:i w:val="0"/>
          <w:smallCaps w:val="0"/>
          <w:strike w:val="0"/>
          <w:sz w:val="16"/>
          <w:u w:val="none"/>
        </w:rPr>
        <w:t>QuestionPro</w:t>
      </w:r>
      <w:r>
        <w:rPr>
          <w:b w:val="0"/>
          <w:i w:val="0"/>
          <w:smallCaps w:val="0"/>
          <w:strike w:val="0"/>
          <w:sz w:val="16"/>
          <w:u w:val="none"/>
        </w:rPr>
        <w:t xml:space="preserve">, the </w:t>
      </w:r>
      <w:r>
        <w:rPr>
          <w:b w:val="0"/>
          <w:i w:val="0"/>
          <w:smallCaps w:val="0"/>
          <w:strike w:val="0"/>
          <w:sz w:val="22"/>
          <w:u w:val="single"/>
        </w:rPr>
        <w:t xml:space="preserve">entire tour </w:t>
      </w:r>
      <w:r>
        <w:rPr>
          <w:b w:val="0"/>
          <w:i w:val="0"/>
          <w:smallCaps w:val="0"/>
          <w:strike w:val="0"/>
          <w:sz w:val="22"/>
          <w:highlight w:val="cyan"/>
          <w:u w:val="single"/>
        </w:rPr>
        <w:t>will have an approximate $5 billion economic impact</w:t>
      </w:r>
      <w:r>
        <w:rPr>
          <w:b w:val="0"/>
          <w:i w:val="0"/>
          <w:smallCaps w:val="0"/>
          <w:strike w:val="0"/>
          <w:sz w:val="22"/>
          <w:u w:val="single"/>
        </w:rPr>
        <w:t xml:space="preserve">. It claimed that the typical </w:t>
      </w:r>
      <w:r>
        <w:rPr>
          <w:b w:val="0"/>
          <w:i w:val="0"/>
          <w:smallCaps w:val="0"/>
          <w:strike w:val="0"/>
          <w:sz w:val="22"/>
          <w:u w:val="single"/>
        </w:rPr>
        <w:t>concert-goer</w:t>
      </w:r>
      <w:r>
        <w:rPr>
          <w:b w:val="0"/>
          <w:i w:val="0"/>
          <w:smallCaps w:val="0"/>
          <w:strike w:val="0"/>
          <w:sz w:val="22"/>
          <w:u w:val="single"/>
        </w:rPr>
        <w:t xml:space="preserve"> spent more than $1,300 on expenses for tickets, merchandise, lunches, and other things.</w:t>
      </w:r>
    </w:p>
    <w:p>
      <w:pPr>
        <w:spacing w:after="60"/>
      </w:pPr>
      <w:r>
        <w:rPr>
          <w:b w:val="0"/>
          <w:i w:val="0"/>
          <w:smallCaps w:val="0"/>
          <w:strike w:val="0"/>
          <w:sz w:val="16"/>
          <w:u w:val="none"/>
        </w:rPr>
        <w:t>Relatively recently, the release of the “</w:t>
      </w:r>
      <w:r>
        <w:rPr>
          <w:b w:val="0"/>
          <w:i w:val="0"/>
          <w:smallCaps w:val="0"/>
          <w:strike w:val="0"/>
          <w:sz w:val="22"/>
          <w:u w:val="single"/>
        </w:rPr>
        <w:t>Barbie” film not only benefited Mattel’s (MAT) stock price</w:t>
      </w:r>
      <w:r>
        <w:rPr>
          <w:b w:val="0"/>
          <w:i w:val="0"/>
          <w:smallCaps w:val="0"/>
          <w:strike w:val="0"/>
          <w:sz w:val="16"/>
          <w:u w:val="none"/>
        </w:rPr>
        <w:t xml:space="preserve">, but </w:t>
      </w:r>
      <w:r>
        <w:rPr>
          <w:b w:val="0"/>
          <w:i w:val="0"/>
          <w:smallCaps w:val="0"/>
          <w:strike w:val="0"/>
          <w:sz w:val="22"/>
          <w:u w:val="single"/>
        </w:rPr>
        <w:t xml:space="preserve">also had far-reaching effects on the </w:t>
      </w:r>
      <w:r>
        <w:rPr>
          <w:b w:val="0"/>
          <w:i w:val="0"/>
          <w:smallCaps w:val="0"/>
          <w:strike w:val="0"/>
          <w:sz w:val="22"/>
          <w:u w:val="single"/>
        </w:rPr>
        <w:t>economy as a whole</w:t>
      </w:r>
      <w:r>
        <w:rPr>
          <w:b w:val="0"/>
          <w:i w:val="0"/>
          <w:smallCaps w:val="0"/>
          <w:strike w:val="0"/>
          <w:sz w:val="16"/>
          <w:u w:val="none"/>
        </w:rPr>
        <w:t xml:space="preserve">. </w:t>
      </w:r>
      <w:r>
        <w:rPr>
          <w:b w:val="0"/>
          <w:i w:val="0"/>
          <w:smallCaps w:val="0"/>
          <w:strike w:val="0"/>
          <w:sz w:val="22"/>
          <w:u w:val="single"/>
        </w:rPr>
        <w:t xml:space="preserve">The movie’s success translated into </w:t>
      </w:r>
      <w:r>
        <w:rPr>
          <w:b w:val="0"/>
          <w:i w:val="0"/>
          <w:smallCaps w:val="0"/>
          <w:strike w:val="0"/>
          <w:sz w:val="22"/>
          <w:highlight w:val="cyan"/>
          <w:u w:val="single"/>
        </w:rPr>
        <w:t>soaring sales of toys, clothing, and merchandise</w:t>
      </w:r>
      <w:r>
        <w:rPr>
          <w:b w:val="0"/>
          <w:i w:val="0"/>
          <w:smallCaps w:val="0"/>
          <w:strike w:val="0"/>
          <w:sz w:val="22"/>
          <w:u w:val="single"/>
        </w:rPr>
        <w:t xml:space="preserve"> adorned with the iconic Barbie design, amplifying its economic impact.</w:t>
      </w:r>
      <w:r>
        <w:rPr>
          <w:b w:val="0"/>
          <w:i w:val="0"/>
          <w:smallCaps w:val="0"/>
          <w:strike w:val="0"/>
          <w:sz w:val="16"/>
          <w:u w:val="none"/>
        </w:rPr>
        <w:t xml:space="preserve"> </w:t>
      </w:r>
    </w:p>
    <w:p>
      <w:pPr>
        <w:spacing w:after="60"/>
      </w:pPr>
      <w:r>
        <w:rPr>
          <w:b w:val="0"/>
          <w:i w:val="0"/>
          <w:smallCaps w:val="0"/>
          <w:strike w:val="0"/>
          <w:sz w:val="16"/>
          <w:u w:val="none"/>
        </w:rPr>
        <w:t xml:space="preserve">The </w:t>
      </w:r>
      <w:r>
        <w:rPr>
          <w:b w:val="0"/>
          <w:i w:val="0"/>
          <w:smallCaps w:val="0"/>
          <w:strike w:val="0"/>
          <w:sz w:val="22"/>
          <w:u w:val="single"/>
        </w:rPr>
        <w:t xml:space="preserve">entertainment industry has an impact that goes beyond first impressions and </w:t>
      </w:r>
      <w:r>
        <w:rPr>
          <w:b/>
          <w:i w:val="0"/>
          <w:smallCaps w:val="0"/>
          <w:strike w:val="0"/>
          <w:sz w:val="22"/>
          <w:highlight w:val="cyan"/>
          <w:u w:val="single"/>
        </w:rPr>
        <w:t>ignites a boom in economic activity</w:t>
      </w:r>
      <w:r>
        <w:rPr>
          <w:b w:val="0"/>
          <w:i w:val="0"/>
          <w:smallCaps w:val="0"/>
          <w:strike w:val="0"/>
          <w:sz w:val="16"/>
          <w:u w:val="none"/>
        </w:rPr>
        <w:t xml:space="preserve">. Far from causing negativity, this </w:t>
      </w:r>
      <w:r>
        <w:rPr>
          <w:b w:val="0"/>
          <w:i w:val="0"/>
          <w:smallCaps w:val="0"/>
          <w:strike w:val="0"/>
          <w:sz w:val="22"/>
          <w:u w:val="single"/>
        </w:rPr>
        <w:t xml:space="preserve">sector plays a pivotal role in supporting diverse economic sectors and </w:t>
      </w:r>
      <w:r>
        <w:rPr>
          <w:b w:val="0"/>
          <w:i w:val="0"/>
          <w:smallCaps w:val="0"/>
          <w:strike w:val="0"/>
          <w:sz w:val="22"/>
          <w:highlight w:val="cyan"/>
          <w:u w:val="single"/>
        </w:rPr>
        <w:t>acting as a safeguard against recession</w:t>
      </w:r>
      <w:r>
        <w:rPr>
          <w:b w:val="0"/>
          <w:i w:val="0"/>
          <w:smallCaps w:val="0"/>
          <w:strike w:val="0"/>
          <w:sz w:val="22"/>
          <w:u w:val="single"/>
        </w:rPr>
        <w:t xml:space="preserve">, </w:t>
      </w:r>
      <w:r>
        <w:rPr>
          <w:b w:val="0"/>
          <w:i w:val="0"/>
          <w:smallCaps w:val="0"/>
          <w:strike w:val="0"/>
          <w:sz w:val="22"/>
          <w:highlight w:val="cyan"/>
          <w:u w:val="single"/>
        </w:rPr>
        <w:t>buffering against short-term inflation spikes and housing market fluctuations</w:t>
      </w:r>
      <w:r>
        <w:rPr>
          <w:b w:val="0"/>
          <w:i w:val="0"/>
          <w:smallCaps w:val="0"/>
          <w:strike w:val="0"/>
          <w:sz w:val="22"/>
          <w:u w:val="single"/>
        </w:rPr>
        <w:t xml:space="preserve">. The </w:t>
      </w:r>
      <w:r>
        <w:rPr>
          <w:b/>
          <w:i w:val="0"/>
          <w:smallCaps w:val="0"/>
          <w:strike w:val="0"/>
          <w:sz w:val="22"/>
          <w:u w:val="single"/>
        </w:rPr>
        <w:t>relation between entertainment and economy is an intricate process</w:t>
      </w:r>
      <w:r>
        <w:rPr>
          <w:b w:val="0"/>
          <w:i w:val="0"/>
          <w:smallCaps w:val="0"/>
          <w:strike w:val="0"/>
          <w:sz w:val="22"/>
          <w:u w:val="single"/>
        </w:rPr>
        <w:t xml:space="preserve"> that continues to reshape nations’ economic landscapes.</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