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More evidence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single"/>
        </w:rPr>
        <w:t>Oxford Dictionary ND</w:t>
      </w:r>
      <w:r>
        <w:rPr>
          <w:b w:val="0"/>
          <w:i w:val="0"/>
          <w:smallCaps w:val="0"/>
          <w:strike w:val="0"/>
          <w:u w:val="none"/>
        </w:rPr>
        <w:t>, 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Strengthen</w:t>
      </w:r>
      <w:r>
        <w:rPr>
          <w:b w:val="0"/>
          <w:i w:val="0"/>
          <w:smallCaps w:val="0"/>
          <w:strike w:val="0"/>
          <w:sz w:val="22"/>
          <w:u w:val="none"/>
        </w:rPr>
        <w:t>,”</w:t>
      </w:r>
      <w:r>
        <w:rPr>
          <w:b w:val="0"/>
          <w:i/>
          <w:smallCaps w:val="0"/>
          <w:strike w:val="0"/>
          <w:sz w:val="22"/>
          <w:u w:val="none"/>
        </w:rPr>
        <w:t>Oxford</w:t>
      </w:r>
      <w:r>
        <w:rPr>
          <w:b w:val="0"/>
          <w:i/>
          <w:smallCaps w:val="0"/>
          <w:strike w:val="0"/>
          <w:sz w:val="22"/>
          <w:u w:val="none"/>
        </w:rPr>
        <w:t xml:space="preserve"> Learner’s Dictionary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No Date, </w:t>
      </w:r>
      <w:r>
        <w:rPr>
          <w:b w:val="0"/>
          <w:i w:val="0"/>
          <w:smallCaps w:val="0"/>
          <w:strike w:val="0"/>
          <w:sz w:val="22"/>
          <w:u w:val="none"/>
        </w:rPr>
        <w:t>https://www.oxfordlearnersdictionaries.com/us/definition/english/strengthen</w:t>
      </w:r>
      <w:r>
        <w:rPr>
          <w:b w:val="0"/>
          <w:i w:val="0"/>
          <w:smallCaps w:val="0"/>
          <w:strike w:val="0"/>
          <w:sz w:val="22"/>
          <w:u w:val="none"/>
        </w:rPr>
        <w:t>, Accessed 7-24-2024 by NT-RS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​ [intransitive, transitive]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become more powerful or effective</w:t>
      </w:r>
      <w:r>
        <w:rPr>
          <w:b w:val="0"/>
          <w:i w:val="0"/>
          <w:smallCaps w:val="0"/>
          <w:strike w:val="0"/>
          <w:sz w:val="16"/>
          <w:u w:val="none"/>
        </w:rPr>
        <w:t>; to make somebody/something more powerful or effective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Her position in the party has strengthened in recent weeks.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 strengthen somebody/something </w:t>
      </w:r>
      <w:r>
        <w:rPr>
          <w:b w:val="0"/>
          <w:i w:val="0"/>
          <w:smallCaps w:val="0"/>
          <w:strike w:val="0"/>
          <w:sz w:val="16"/>
          <w:u w:val="non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move is clearly intended to strengthen the president's position as head of state.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new evidence will strengthen their case.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new manager has strengthened the side by bringing in several younger players.</w:t>
      </w:r>
    </w:p>
    <w:p>
      <w:pPr>
        <w:pStyle w:val="Caption"/>
      </w:pPr>
      <w:r>
        <w:t>Source: Offsets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