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Science cannot solve all existential threat without leaders that </w:t>
      </w:r>
      <w:r>
        <w:rPr>
          <w:b/>
          <w:i w:val="0"/>
          <w:smallCaps w:val="0"/>
          <w:strike w:val="0"/>
          <w:sz w:val="26"/>
          <w:u w:val="none"/>
        </w:rPr>
        <w:t>take action</w:t>
      </w:r>
      <w:r>
        <w:rPr>
          <w:b/>
          <w:i w:val="0"/>
          <w:smallCaps w:val="0"/>
          <w:strike w:val="0"/>
          <w:sz w:val="26"/>
          <w:u w:val="none"/>
        </w:rPr>
        <w:t xml:space="preserve"> on discoveries and implement solutions.</w:t>
      </w:r>
    </w:p>
    <w:p>
      <w:pPr>
        <w:spacing w:after="80"/>
      </w:pPr>
      <w:r>
        <w:rPr>
          <w:b/>
          <w:i w:val="0"/>
          <w:smallCaps w:val="0"/>
          <w:strike w:val="0"/>
          <w:sz w:val="26"/>
          <w:u w:val="single"/>
        </w:rPr>
        <w:t>Baird 13</w:t>
      </w:r>
      <w:r>
        <w:rPr>
          <w:b w:val="0"/>
          <w:i w:val="0"/>
          <w:smallCaps w:val="0"/>
          <w:strike w:val="0"/>
          <w:u w:val="none"/>
        </w:rPr>
        <w:t xml:space="preserve"> [Christopher S.; Associate Professor of Physics at West Texas A&amp;M University; West Texas A&amp;M University; “How can science solve all of our problems?”; </w:t>
      </w:r>
      <w:r>
        <w:rPr>
          <w:b w:val="0"/>
          <w:i w:val="0"/>
          <w:smallCaps w:val="0"/>
          <w:strike w:val="0"/>
          <w:u w:val="none"/>
        </w:rPr>
        <w:t>https://www.wtamu.edu/~cbaird/sq/2013/09/25/how-can-science-solve-all-of-our-problems/</w:t>
      </w:r>
      <w:r>
        <w:rPr>
          <w:b w:val="0"/>
          <w:i w:val="0"/>
          <w:smallCaps w:val="0"/>
          <w:strike w:val="0"/>
          <w:u w:val="none"/>
        </w:rPr>
        <w:t>]//kaviWaRu</w:t>
      </w:r>
    </w:p>
    <w:p>
      <w:pPr>
        <w:spacing w:after="60"/>
      </w:pPr>
      <w:r>
        <w:rPr>
          <w:b/>
          <w:i w:val="0"/>
          <w:smallCaps w:val="0"/>
          <w:strike w:val="0"/>
          <w:sz w:val="22"/>
          <w:u w:val="single"/>
        </w:rPr>
        <w:t xml:space="preserve">Science </w:t>
      </w:r>
      <w:r>
        <w:rPr>
          <w:b/>
          <w:i w:val="0"/>
          <w:smallCaps w:val="0"/>
          <w:strike w:val="0"/>
          <w:sz w:val="22"/>
          <w:u w:val="single"/>
        </w:rPr>
        <w:t>can not</w:t>
      </w:r>
      <w:r>
        <w:rPr>
          <w:b/>
          <w:i w:val="0"/>
          <w:smallCaps w:val="0"/>
          <w:strike w:val="0"/>
          <w:sz w:val="22"/>
          <w:u w:val="single"/>
        </w:rPr>
        <w:t xml:space="preserve"> solve </w:t>
      </w:r>
      <w:r>
        <w:rPr>
          <w:b/>
          <w:i w:val="0"/>
          <w:smallCaps w:val="0"/>
          <w:strike w:val="0"/>
          <w:sz w:val="22"/>
          <w:u w:val="single"/>
        </w:rPr>
        <w:t>all of</w:t>
      </w:r>
      <w:r>
        <w:rPr>
          <w:b/>
          <w:i w:val="0"/>
          <w:smallCaps w:val="0"/>
          <w:strike w:val="0"/>
          <w:sz w:val="22"/>
          <w:u w:val="single"/>
        </w:rPr>
        <w:t xml:space="preserve"> our problems</w:t>
      </w:r>
      <w:r>
        <w:rPr>
          <w:b w:val="0"/>
          <w:i w:val="0"/>
          <w:smallCaps w:val="0"/>
          <w:strike w:val="0"/>
          <w:sz w:val="22"/>
          <w:u w:val="single"/>
        </w:rPr>
        <w:t xml:space="preserve">. While scientific understanding can help battle things like disease, hunger, and poverty when applied properly, it does not do so completely and automatically. Furthermore, there are many areas of life where </w:t>
      </w:r>
      <w:r>
        <w:rPr>
          <w:b/>
          <w:i w:val="0"/>
          <w:smallCaps w:val="0"/>
          <w:strike w:val="0"/>
          <w:sz w:val="22"/>
          <w:u w:val="single"/>
        </w:rPr>
        <w:t>science can have little impact</w:t>
      </w:r>
      <w:r>
        <w:rPr>
          <w:b w:val="0"/>
          <w:i w:val="0"/>
          <w:smallCaps w:val="0"/>
          <w:strike w:val="0"/>
          <w:sz w:val="22"/>
          <w:u w:val="single"/>
        </w:rPr>
        <w:t>. Let us look at some of the reasons why this is so.</w:t>
      </w:r>
    </w:p>
    <w:p>
      <w:pPr>
        <w:spacing w:after="60"/>
      </w:pPr>
      <w:r>
        <w:rPr>
          <w:b w:val="0"/>
          <w:i w:val="0"/>
          <w:smallCaps w:val="0"/>
          <w:strike w:val="0"/>
          <w:sz w:val="22"/>
          <w:u w:val="single"/>
        </w:rPr>
        <w:t>First of all</w:t>
      </w:r>
      <w:r>
        <w:rPr>
          <w:b w:val="0"/>
          <w:i w:val="0"/>
          <w:smallCaps w:val="0"/>
          <w:strike w:val="0"/>
          <w:sz w:val="22"/>
          <w:u w:val="single"/>
        </w:rPr>
        <w:t xml:space="preserve">, there is a huge </w:t>
      </w:r>
      <w:r>
        <w:rPr>
          <w:b/>
          <w:i w:val="0"/>
          <w:smallCaps w:val="0"/>
          <w:strike w:val="0"/>
          <w:sz w:val="22"/>
          <w:u w:val="single"/>
        </w:rPr>
        <w:t>difference between knowing something and acting</w:t>
      </w:r>
      <w:r>
        <w:rPr>
          <w:b w:val="0"/>
          <w:i w:val="0"/>
          <w:smallCaps w:val="0"/>
          <w:strike w:val="0"/>
          <w:sz w:val="22"/>
          <w:u w:val="single"/>
        </w:rPr>
        <w:t xml:space="preserve"> on it. Science is concerned with accumulating and understanding observations of the physical world. That </w:t>
      </w:r>
      <w:r>
        <w:rPr>
          <w:b/>
          <w:i w:val="0"/>
          <w:smallCaps w:val="0"/>
          <w:strike w:val="0"/>
          <w:sz w:val="22"/>
          <w:u w:val="single"/>
        </w:rPr>
        <w:t>understanding alone solves no problems</w:t>
      </w:r>
      <w:r>
        <w:rPr>
          <w:b w:val="0"/>
          <w:i w:val="0"/>
          <w:smallCaps w:val="0"/>
          <w:strike w:val="0"/>
          <w:sz w:val="22"/>
          <w:u w:val="single"/>
        </w:rPr>
        <w:t xml:space="preserve">. Individual people </w:t>
      </w:r>
      <w:r>
        <w:rPr>
          <w:b w:val="0"/>
          <w:i w:val="0"/>
          <w:smallCaps w:val="0"/>
          <w:strike w:val="0"/>
          <w:sz w:val="22"/>
          <w:u w:val="single"/>
        </w:rPr>
        <w:t>have to</w:t>
      </w:r>
      <w:r>
        <w:rPr>
          <w:b w:val="0"/>
          <w:i w:val="0"/>
          <w:smallCaps w:val="0"/>
          <w:strike w:val="0"/>
          <w:sz w:val="22"/>
          <w:u w:val="single"/>
        </w:rPr>
        <w:t xml:space="preserve"> act on that understanding for it to help solve problems. For instance, science has found that regular exercise can lower your risk of heart disease. Knowing this fact is interesting, but it will do nothing for your personal heath unless you act on it and </w:t>
      </w:r>
      <w:r>
        <w:rPr>
          <w:b w:val="0"/>
          <w:i w:val="0"/>
          <w:smallCaps w:val="0"/>
          <w:strike w:val="0"/>
          <w:sz w:val="22"/>
          <w:u w:val="single"/>
        </w:rPr>
        <w:t>actually exercise</w:t>
      </w:r>
      <w:r>
        <w:rPr>
          <w:b w:val="0"/>
          <w:i w:val="0"/>
          <w:smallCaps w:val="0"/>
          <w:strike w:val="0"/>
          <w:sz w:val="22"/>
          <w:u w:val="single"/>
        </w:rPr>
        <w:t xml:space="preserve">. And that's the hard part. Reading an article about exercise is easy. Getting into an actual routine of regular exercise is harder. In this sense, </w:t>
      </w:r>
      <w:r>
        <w:rPr>
          <w:b/>
          <w:i w:val="0"/>
          <w:smallCaps w:val="0"/>
          <w:strike w:val="0"/>
          <w:sz w:val="22"/>
          <w:u w:val="single"/>
        </w:rPr>
        <w:t>science really solves no problems at all</w:t>
      </w:r>
      <w:r>
        <w:rPr>
          <w:b w:val="0"/>
          <w:i w:val="0"/>
          <w:smallCaps w:val="0"/>
          <w:strike w:val="0"/>
          <w:sz w:val="22"/>
          <w:u w:val="single"/>
        </w:rPr>
        <w:t xml:space="preserve">. Problems are only solved when people take the knowledge (or tool, or pill, or whatever) provided by science and use it. In fact, many of humanity's biggest problems </w:t>
      </w:r>
      <w:r>
        <w:rPr>
          <w:b/>
          <w:i w:val="0"/>
          <w:smallCaps w:val="0"/>
          <w:strike w:val="0"/>
          <w:sz w:val="22"/>
          <w:u w:val="single"/>
        </w:rPr>
        <w:t>are caused by lack of action</w:t>
      </w:r>
      <w:r>
        <w:rPr>
          <w:b w:val="0"/>
          <w:i w:val="0"/>
          <w:smallCaps w:val="0"/>
          <w:strike w:val="0"/>
          <w:sz w:val="22"/>
          <w:u w:val="single"/>
        </w:rPr>
        <w:t xml:space="preserve">, and </w:t>
      </w:r>
      <w:r>
        <w:rPr>
          <w:b/>
          <w:i w:val="0"/>
          <w:smallCaps w:val="0"/>
          <w:strike w:val="0"/>
          <w:sz w:val="22"/>
          <w:u w:val="single"/>
        </w:rPr>
        <w:t>not lack of knowledge.</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