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Innovation breakthroughs lead to AGI</w:t>
      </w:r>
    </w:p>
    <w:p>
      <w:pPr>
        <w:spacing w:after="80"/>
      </w:pPr>
      <w:r>
        <w:rPr>
          <w:b/>
          <w:i w:val="0"/>
          <w:smallCaps w:val="0"/>
          <w:strike w:val="0"/>
          <w:sz w:val="24"/>
          <w:u w:val="none"/>
        </w:rPr>
        <w:t>Nath 23</w:t>
      </w:r>
      <w:r>
        <w:rPr>
          <w:b w:val="0"/>
          <w:i w:val="0"/>
          <w:smallCaps w:val="0"/>
          <w:strike w:val="0"/>
          <w:sz w:val="16"/>
          <w:u w:val="none"/>
        </w:rPr>
        <w:t xml:space="preserve"> </w:t>
      </w:r>
      <w:r>
        <w:rPr>
          <w:b w:val="0"/>
          <w:i w:val="0"/>
          <w:smallCaps w:val="0"/>
          <w:strike w:val="0"/>
          <w:sz w:val="18"/>
          <w:u w:val="none"/>
        </w:rPr>
        <w:t>(Deepu S Nath is a programmer turned entrepreneur and a technology evangelist with over 18 years' experience in IT industry. ) “The Roadblocks to Achieving Artificial General Intelligence (</w:t>
      </w:r>
      <w:r>
        <w:rPr>
          <w:b w:val="0"/>
          <w:i w:val="0"/>
          <w:smallCaps w:val="0"/>
          <w:strike w:val="0"/>
          <w:sz w:val="16"/>
          <w:u w:val="none"/>
        </w:rPr>
        <w:t>AGI</w:t>
      </w:r>
      <w:r>
        <w:rPr>
          <w:b w:val="0"/>
          <w:i w:val="0"/>
          <w:smallCaps w:val="0"/>
          <w:strike w:val="0"/>
          <w:sz w:val="18"/>
          <w:u w:val="none"/>
        </w:rPr>
        <w:t xml:space="preserve">): Why we need more than just faster computers” Feb 21, 2023 </w:t>
      </w:r>
      <w:r>
        <w:rPr>
          <w:b w:val="0"/>
          <w:i w:val="0"/>
          <w:smallCaps w:val="0"/>
          <w:strike w:val="0"/>
          <w:sz w:val="18"/>
          <w:u w:val="none"/>
        </w:rPr>
        <w:t>https://medium.com/@deepusnath/the-roadblocks-to-achieving-artificial-general-intelligence-agi-why-we-need-more-than-just-e40593e5ec1f //</w:t>
      </w:r>
      <w:r>
        <w:rPr>
          <w:b w:val="0"/>
          <w:i w:val="0"/>
          <w:smallCaps w:val="0"/>
          <w:strike w:val="0"/>
          <w:sz w:val="18"/>
          <w:u w:val="none"/>
        </w:rPr>
        <w:t xml:space="preserve"> ZX</w:t>
      </w:r>
    </w:p>
    <w:p>
      <w:pPr>
        <w:spacing w:after="60"/>
      </w:pPr>
      <w:r>
        <w:rPr>
          <w:b w:val="0"/>
          <w:i w:val="0"/>
          <w:smallCaps w:val="0"/>
          <w:strike w:val="0"/>
          <w:sz w:val="20"/>
          <w:u w:val="single"/>
        </w:rPr>
        <w:t xml:space="preserve">Most </w:t>
      </w:r>
      <w:r>
        <w:rPr>
          <w:b w:val="0"/>
          <w:i w:val="0"/>
          <w:smallCaps w:val="0"/>
          <w:strike w:val="0"/>
          <w:sz w:val="20"/>
          <w:highlight w:val="cyan"/>
          <w:u w:val="single"/>
        </w:rPr>
        <w:t>AI systems today</w:t>
      </w:r>
      <w:r>
        <w:rPr>
          <w:b w:val="0"/>
          <w:i w:val="0"/>
          <w:smallCaps w:val="0"/>
          <w:strike w:val="0"/>
          <w:sz w:val="20"/>
          <w:u w:val="single"/>
        </w:rPr>
        <w:t xml:space="preserve"> are </w:t>
      </w:r>
      <w:r>
        <w:rPr>
          <w:b w:val="0"/>
          <w:i w:val="0"/>
          <w:smallCaps w:val="0"/>
          <w:strike w:val="0"/>
          <w:sz w:val="20"/>
          <w:highlight w:val="cyan"/>
          <w:u w:val="single"/>
        </w:rPr>
        <w:t>designed to perform specific tasks</w:t>
      </w:r>
      <w:r>
        <w:rPr>
          <w:b w:val="0"/>
          <w:i w:val="0"/>
          <w:smallCaps w:val="0"/>
          <w:strike w:val="0"/>
          <w:sz w:val="18"/>
          <w:u w:val="none"/>
        </w:rPr>
        <w:t>, such as recognizing images or processing natural language</w:t>
      </w:r>
      <w:r>
        <w:rPr>
          <w:b w:val="0"/>
          <w:i w:val="0"/>
          <w:smallCaps w:val="0"/>
          <w:strike w:val="0"/>
          <w:sz w:val="20"/>
          <w:u w:val="single"/>
        </w:rPr>
        <w:t>. These models are not designed to be flexible or adaptable in the way that a human brain is and it is known as narrow AI, which is the primary type of AI that we currently have.</w:t>
      </w:r>
    </w:p>
    <w:p>
      <w:pPr>
        <w:spacing w:after="60"/>
      </w:pPr>
      <w:r>
        <w:rPr>
          <w:b w:val="0"/>
          <w:i w:val="0"/>
          <w:smallCaps w:val="0"/>
          <w:strike w:val="0"/>
          <w:sz w:val="18"/>
          <w:u w:val="none"/>
        </w:rPr>
        <w:t>AI systems should be able to learn and generalize across different domains to achieve the desired form of AGI. Artificial General Intelligence (AGI) refers to a theoretical form of intelligence that can understand or learn or perform any intellectual task exactly as human beings do. It is a primary goal of some AI research.Need Breakthrough research in Machine Learning, Natural Language Processing, and Computer Vision</w:t>
      </w:r>
    </w:p>
    <w:p>
      <w:pPr>
        <w:spacing w:after="60"/>
      </w:pPr>
      <w:r>
        <w:rPr>
          <w:b w:val="0"/>
          <w:i w:val="0"/>
          <w:smallCaps w:val="0"/>
          <w:strike w:val="0"/>
          <w:sz w:val="20"/>
          <w:u w:val="single"/>
        </w:rPr>
        <w:t xml:space="preserve">Achieving </w:t>
      </w:r>
      <w:r>
        <w:rPr>
          <w:b w:val="0"/>
          <w:i w:val="0"/>
          <w:smallCaps w:val="0"/>
          <w:strike w:val="0"/>
          <w:sz w:val="20"/>
          <w:highlight w:val="cyan"/>
          <w:u w:val="single"/>
        </w:rPr>
        <w:t xml:space="preserve">AGI will require </w:t>
      </w:r>
      <w:r>
        <w:rPr>
          <w:b/>
          <w:i w:val="0"/>
          <w:smallCaps w:val="0"/>
          <w:strike w:val="0"/>
          <w:sz w:val="20"/>
          <w:highlight w:val="cyan"/>
          <w:u w:val="single"/>
        </w:rPr>
        <w:t>significant breakthroughs</w:t>
      </w:r>
      <w:r>
        <w:rPr>
          <w:b w:val="0"/>
          <w:i w:val="0"/>
          <w:smallCaps w:val="0"/>
          <w:strike w:val="0"/>
          <w:sz w:val="18"/>
          <w:u w:val="none"/>
        </w:rPr>
        <w:t xml:space="preserve"> </w:t>
      </w:r>
      <w:r>
        <w:rPr>
          <w:b w:val="0"/>
          <w:i w:val="0"/>
          <w:smallCaps w:val="0"/>
          <w:strike w:val="0"/>
          <w:sz w:val="20"/>
          <w:highlight w:val="cyan"/>
          <w:u w:val="single"/>
        </w:rPr>
        <w:t>in a variety of research areas,</w:t>
      </w:r>
      <w:r>
        <w:rPr>
          <w:b w:val="0"/>
          <w:i w:val="0"/>
          <w:smallCaps w:val="0"/>
          <w:strike w:val="0"/>
          <w:sz w:val="18"/>
          <w:u w:val="none"/>
        </w:rPr>
        <w:t xml:space="preserve"> </w:t>
      </w:r>
      <w:r>
        <w:rPr>
          <w:b w:val="0"/>
          <w:i w:val="0"/>
          <w:smallCaps w:val="0"/>
          <w:strike w:val="0"/>
          <w:sz w:val="20"/>
          <w:highlight w:val="cyan"/>
          <w:u w:val="single"/>
        </w:rPr>
        <w:t xml:space="preserve">including </w:t>
      </w:r>
      <w:r>
        <w:rPr>
          <w:b/>
          <w:i w:val="0"/>
          <w:smallCaps w:val="0"/>
          <w:strike w:val="0"/>
          <w:sz w:val="20"/>
          <w:highlight w:val="cyan"/>
          <w:u w:val="single"/>
        </w:rPr>
        <w:t>machine learning</w:t>
      </w:r>
      <w:r>
        <w:rPr>
          <w:b/>
          <w:i w:val="0"/>
          <w:smallCaps w:val="0"/>
          <w:strike w:val="0"/>
          <w:sz w:val="20"/>
          <w:u w:val="single"/>
        </w:rPr>
        <w:t>,</w:t>
      </w:r>
      <w:r>
        <w:rPr>
          <w:b w:val="0"/>
          <w:i w:val="0"/>
          <w:smallCaps w:val="0"/>
          <w:strike w:val="0"/>
          <w:sz w:val="18"/>
          <w:u w:val="none"/>
        </w:rPr>
        <w:t xml:space="preserve"> </w:t>
      </w:r>
      <w:r>
        <w:rPr>
          <w:b w:val="0"/>
          <w:i w:val="0"/>
          <w:smallCaps w:val="0"/>
          <w:strike w:val="0"/>
          <w:sz w:val="20"/>
          <w:u w:val="single"/>
        </w:rPr>
        <w:t>natural</w:t>
      </w:r>
      <w:r>
        <w:rPr>
          <w:b w:val="0"/>
          <w:i w:val="0"/>
          <w:smallCaps w:val="0"/>
          <w:strike w:val="0"/>
          <w:sz w:val="18"/>
          <w:u w:val="none"/>
        </w:rPr>
        <w:t xml:space="preserve"> </w:t>
      </w:r>
      <w:r>
        <w:rPr>
          <w:b/>
          <w:i w:val="0"/>
          <w:smallCaps w:val="0"/>
          <w:strike w:val="0"/>
          <w:sz w:val="20"/>
          <w:highlight w:val="cyan"/>
          <w:u w:val="single"/>
        </w:rPr>
        <w:t>language processing,</w:t>
      </w:r>
      <w:r>
        <w:rPr>
          <w:b w:val="0"/>
          <w:i w:val="0"/>
          <w:smallCaps w:val="0"/>
          <w:strike w:val="0"/>
          <w:sz w:val="18"/>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computer vision.</w:t>
      </w:r>
    </w:p>
    <w:p>
      <w:pPr>
        <w:spacing w:after="60"/>
      </w:pPr>
      <w:r>
        <w:rPr>
          <w:b w:val="0"/>
          <w:i w:val="0"/>
          <w:smallCaps w:val="0"/>
          <w:strike w:val="0"/>
          <w:sz w:val="20"/>
          <w:highlight w:val="cyan"/>
          <w:u w:val="single"/>
        </w:rPr>
        <w:t>We need</w:t>
      </w:r>
      <w:r>
        <w:rPr>
          <w:b w:val="0"/>
          <w:i w:val="0"/>
          <w:smallCaps w:val="0"/>
          <w:strike w:val="0"/>
          <w:sz w:val="20"/>
          <w:u w:val="single"/>
        </w:rPr>
        <w:t xml:space="preserve"> to develop </w:t>
      </w:r>
      <w:r>
        <w:rPr>
          <w:b w:val="0"/>
          <w:i w:val="0"/>
          <w:smallCaps w:val="0"/>
          <w:strike w:val="0"/>
          <w:sz w:val="20"/>
          <w:highlight w:val="cyan"/>
          <w:u w:val="single"/>
        </w:rPr>
        <w:t>new algorithms</w:t>
      </w:r>
      <w:r>
        <w:rPr>
          <w:b w:val="0"/>
          <w:i w:val="0"/>
          <w:smallCaps w:val="0"/>
          <w:strike w:val="0"/>
          <w:sz w:val="20"/>
          <w:u w:val="single"/>
        </w:rPr>
        <w:t xml:space="preserve">, </w:t>
      </w:r>
      <w:r>
        <w:rPr>
          <w:b/>
          <w:i w:val="0"/>
          <w:smallCaps w:val="0"/>
          <w:strike w:val="0"/>
          <w:sz w:val="20"/>
          <w:highlight w:val="cyan"/>
          <w:u w:val="single"/>
        </w:rPr>
        <w:t>techniques</w:t>
      </w:r>
      <w:r>
        <w:rPr>
          <w:b w:val="0"/>
          <w:i w:val="0"/>
          <w:smallCaps w:val="0"/>
          <w:strike w:val="0"/>
          <w:sz w:val="20"/>
          <w:u w:val="single"/>
        </w:rPr>
        <w:t xml:space="preserve">, </w:t>
      </w:r>
      <w:r>
        <w:rPr>
          <w:b/>
          <w:i w:val="0"/>
          <w:smallCaps w:val="0"/>
          <w:strike w:val="0"/>
          <w:sz w:val="20"/>
          <w:highlight w:val="cyan"/>
          <w:u w:val="single"/>
        </w:rPr>
        <w:t>and architectures</w:t>
      </w:r>
      <w:r>
        <w:rPr>
          <w:b w:val="0"/>
          <w:i w:val="0"/>
          <w:smallCaps w:val="0"/>
          <w:strike w:val="0"/>
          <w:sz w:val="20"/>
          <w:u w:val="single"/>
        </w:rPr>
        <w:t xml:space="preserve"> </w:t>
      </w:r>
      <w:r>
        <w:rPr>
          <w:b w:val="0"/>
          <w:i w:val="0"/>
          <w:smallCaps w:val="0"/>
          <w:strike w:val="0"/>
          <w:sz w:val="20"/>
          <w:highlight w:val="cyan"/>
          <w:u w:val="single"/>
        </w:rPr>
        <w:t>that can enable AGI to learn,</w:t>
      </w:r>
      <w:r>
        <w:rPr>
          <w:b w:val="0"/>
          <w:i w:val="0"/>
          <w:smallCaps w:val="0"/>
          <w:strike w:val="0"/>
          <w:sz w:val="20"/>
          <w:u w:val="single"/>
        </w:rPr>
        <w:t xml:space="preserve"> reason, and adapt in a way that is </w:t>
      </w:r>
      <w:r>
        <w:rPr>
          <w:b w:val="0"/>
          <w:i w:val="0"/>
          <w:smallCaps w:val="0"/>
          <w:strike w:val="0"/>
          <w:sz w:val="20"/>
          <w:highlight w:val="cyan"/>
          <w:u w:val="single"/>
        </w:rPr>
        <w:t>similar to human intelligence.</w:t>
      </w:r>
    </w:p>
    <w:p>
      <w:pPr>
        <w:spacing w:after="60"/>
      </w:pPr>
      <w:r>
        <w:rPr>
          <w:b w:val="0"/>
          <w:i w:val="0"/>
          <w:smallCaps w:val="0"/>
          <w:strike w:val="0"/>
          <w:sz w:val="18"/>
          <w:u w:val="none"/>
        </w:rPr>
        <w:t>Need Understanding how human cognition and thinking works</w:t>
      </w:r>
    </w:p>
    <w:p>
      <w:pPr>
        <w:spacing w:after="60"/>
      </w:pPr>
      <w:r>
        <w:rPr>
          <w:b w:val="0"/>
          <w:i w:val="0"/>
          <w:smallCaps w:val="0"/>
          <w:strike w:val="0"/>
          <w:sz w:val="18"/>
          <w:u w:val="none"/>
        </w:rPr>
        <w:t>Through decades of research in fields such as neuroscience, psychology, and cognitive science, we have gained a significant understanding of many aspects of the brain’s structure and function, including the roles of different regions and the mechanisms underlying various cognitive processes.</w:t>
      </w:r>
    </w:p>
    <w:p>
      <w:pPr>
        <w:spacing w:after="60"/>
      </w:pPr>
      <w:r>
        <w:rPr>
          <w:b w:val="0"/>
          <w:i w:val="0"/>
          <w:smallCaps w:val="0"/>
          <w:strike w:val="0"/>
          <w:sz w:val="18"/>
          <w:u w:val="none"/>
        </w:rPr>
        <w:t>This includes not only the way that our brains process information, but also the way that we perceive the world and make decisions. While there has been progressing in neuroscience and cognitive psychology, we are still far from a complete understanding of these complex processes.</w:t>
      </w:r>
    </w:p>
    <w:p>
      <w:pPr>
        <w:spacing w:after="60"/>
      </w:pPr>
      <w:r>
        <w:rPr>
          <w:b w:val="0"/>
          <w:i w:val="0"/>
          <w:smallCaps w:val="0"/>
          <w:strike w:val="0"/>
          <w:sz w:val="20"/>
          <w:u w:val="single"/>
        </w:rPr>
        <w:t xml:space="preserve">A cross-collaboration with experts in other fields such as biology, psychology, and philosophy is required to gain a more comprehensive understanding of human cognition </w:t>
      </w:r>
      <w:r>
        <w:rPr>
          <w:b w:val="0"/>
          <w:i w:val="0"/>
          <w:smallCaps w:val="0"/>
          <w:strike w:val="0"/>
          <w:sz w:val="18"/>
          <w:u w:val="none"/>
        </w:rPr>
        <w:t>so that it can make a revolutionary understanding of how machines can be made to learn new things and identify its saturations on different thought processing aspects.Need for higher computing and other resources</w:t>
      </w:r>
    </w:p>
    <w:p>
      <w:pPr>
        <w:spacing w:after="60"/>
      </w:pPr>
      <w:r>
        <w:rPr>
          <w:b w:val="0"/>
          <w:i w:val="0"/>
          <w:smallCaps w:val="0"/>
          <w:strike w:val="0"/>
          <w:sz w:val="20"/>
          <w:highlight w:val="cyan"/>
          <w:u w:val="single"/>
        </w:rPr>
        <w:t>To achieve</w:t>
      </w:r>
      <w:r>
        <w:rPr>
          <w:b w:val="0"/>
          <w:i w:val="0"/>
          <w:smallCaps w:val="0"/>
          <w:strike w:val="0"/>
          <w:sz w:val="20"/>
          <w:u w:val="single"/>
        </w:rPr>
        <w:t xml:space="preserve"> Artificial General Intelligence (</w:t>
      </w:r>
      <w:r>
        <w:rPr>
          <w:b w:val="0"/>
          <w:i w:val="0"/>
          <w:smallCaps w:val="0"/>
          <w:strike w:val="0"/>
          <w:sz w:val="20"/>
          <w:highlight w:val="cyan"/>
          <w:u w:val="single"/>
        </w:rPr>
        <w:t>AGI</w:t>
      </w:r>
      <w:r>
        <w:rPr>
          <w:b w:val="0"/>
          <w:i w:val="0"/>
          <w:smallCaps w:val="0"/>
          <w:strike w:val="0"/>
          <w:sz w:val="20"/>
          <w:u w:val="single"/>
        </w:rPr>
        <w:t xml:space="preserve">), </w:t>
      </w:r>
      <w:r>
        <w:rPr>
          <w:b w:val="0"/>
          <w:i w:val="0"/>
          <w:smallCaps w:val="0"/>
          <w:strike w:val="0"/>
          <w:sz w:val="20"/>
          <w:highlight w:val="cyan"/>
          <w:u w:val="single"/>
        </w:rPr>
        <w:t>we</w:t>
      </w:r>
      <w:r>
        <w:rPr>
          <w:b w:val="0"/>
          <w:i w:val="0"/>
          <w:smallCaps w:val="0"/>
          <w:strike w:val="0"/>
          <w:sz w:val="20"/>
          <w:u w:val="single"/>
        </w:rPr>
        <w:t xml:space="preserve"> will </w:t>
      </w:r>
      <w:r>
        <w:rPr>
          <w:b w:val="0"/>
          <w:i w:val="0"/>
          <w:smallCaps w:val="0"/>
          <w:strike w:val="0"/>
          <w:sz w:val="20"/>
          <w:highlight w:val="cyan"/>
          <w:u w:val="single"/>
        </w:rPr>
        <w:t>need</w:t>
      </w:r>
      <w:r>
        <w:rPr>
          <w:b w:val="0"/>
          <w:i w:val="0"/>
          <w:smallCaps w:val="0"/>
          <w:strike w:val="0"/>
          <w:sz w:val="20"/>
          <w:u w:val="single"/>
        </w:rPr>
        <w:t xml:space="preserve"> access to </w:t>
      </w:r>
      <w:r>
        <w:rPr>
          <w:b/>
          <w:i w:val="0"/>
          <w:smallCaps w:val="0"/>
          <w:strike w:val="0"/>
          <w:sz w:val="20"/>
          <w:highlight w:val="cyan"/>
          <w:u w:val="single"/>
        </w:rPr>
        <w:t>higher computing</w:t>
      </w:r>
      <w:r>
        <w:rPr>
          <w:b w:val="0"/>
          <w:i w:val="0"/>
          <w:smallCaps w:val="0"/>
          <w:strike w:val="0"/>
          <w:sz w:val="18"/>
          <w:u w:val="none"/>
        </w:rPr>
        <w:t xml:space="preserve"> resources </w:t>
      </w:r>
      <w:r>
        <w:rPr>
          <w:b w:val="0"/>
          <w:i w:val="0"/>
          <w:smallCaps w:val="0"/>
          <w:strike w:val="0"/>
          <w:sz w:val="20"/>
          <w:highlight w:val="cyan"/>
          <w:u w:val="single"/>
        </w:rPr>
        <w:t>than what is currently available</w:t>
      </w:r>
      <w:r>
        <w:rPr>
          <w:b w:val="0"/>
          <w:i w:val="0"/>
          <w:smallCaps w:val="0"/>
          <w:strike w:val="0"/>
          <w:sz w:val="18"/>
          <w:u w:val="none"/>
        </w:rPr>
        <w:t xml:space="preserve"> with the existing computing architectures.</w:t>
      </w:r>
    </w:p>
    <w:p>
      <w:pPr>
        <w:spacing w:after="60"/>
      </w:pPr>
      <w:r>
        <w:rPr>
          <w:b w:val="0"/>
          <w:i w:val="0"/>
          <w:smallCaps w:val="0"/>
          <w:strike w:val="0"/>
          <w:sz w:val="20"/>
          <w:u w:val="single"/>
        </w:rPr>
        <w:t>This means not only more processing power</w:t>
      </w:r>
      <w:r>
        <w:rPr>
          <w:b w:val="0"/>
          <w:i w:val="0"/>
          <w:smallCaps w:val="0"/>
          <w:strike w:val="0"/>
          <w:sz w:val="18"/>
          <w:u w:val="none"/>
        </w:rPr>
        <w:t xml:space="preserve">, </w:t>
      </w:r>
      <w:r>
        <w:rPr>
          <w:b w:val="0"/>
          <w:i w:val="0"/>
          <w:smallCaps w:val="0"/>
          <w:strike w:val="0"/>
          <w:sz w:val="20"/>
          <w:highlight w:val="cyan"/>
          <w:u w:val="single"/>
        </w:rPr>
        <w:t xml:space="preserve">but also more </w:t>
      </w:r>
      <w:r>
        <w:rPr>
          <w:b/>
          <w:i w:val="0"/>
          <w:smallCaps w:val="0"/>
          <w:strike w:val="0"/>
          <w:sz w:val="20"/>
          <w:highlight w:val="cyan"/>
          <w:u w:val="single"/>
        </w:rPr>
        <w:t>data storage and management</w:t>
      </w:r>
      <w:r>
        <w:rPr>
          <w:b w:val="0"/>
          <w:i w:val="0"/>
          <w:smallCaps w:val="0"/>
          <w:strike w:val="0"/>
          <w:sz w:val="18"/>
          <w:u w:val="none"/>
        </w:rPr>
        <w:t>, optimized computing architecture, and increased energy efficiency.</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