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Domestic companies are the ones that are key. </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2-28</w:t>
      </w:r>
      <w:r>
        <w:rPr>
          <w:b w:val="0"/>
          <w:i w:val="0"/>
          <w:smallCaps w:val="0"/>
          <w:strike w:val="0"/>
          <w:sz w:val="16"/>
          <w:u w:val="none"/>
        </w:rPr>
        <w:t>-2023;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"How to navigate the AI apocalypse as a sane person", The Intrinsic Perspective, https://www.theintrinsicperspective.com/p/how-to-navigate-the-ai-apocalypse, Thanks Arthur</w:t>
      </w:r>
    </w:p>
    <w:p>
      <w:pPr>
        <w:spacing w:after="60"/>
      </w:pPr>
      <w:r>
        <w:rPr>
          <w:b w:val="0"/>
          <w:i w:val="0"/>
          <w:smallCaps w:val="0"/>
          <w:strike w:val="0"/>
          <w:sz w:val="20"/>
          <w:u w:val="single"/>
        </w:rPr>
        <w:t xml:space="preserve">You </w:t>
      </w:r>
      <w:r>
        <w:rPr>
          <w:b w:val="0"/>
          <w:i w:val="0"/>
          <w:smallCaps w:val="0"/>
          <w:strike w:val="0"/>
          <w:sz w:val="20"/>
          <w:highlight w:val="cyan"/>
          <w:u w:val="single"/>
        </w:rPr>
        <w:t>don’t need</w:t>
      </w:r>
      <w:r>
        <w:rPr>
          <w:b w:val="0"/>
          <w:i w:val="0"/>
          <w:smallCaps w:val="0"/>
          <w:strike w:val="0"/>
          <w:sz w:val="20"/>
          <w:u w:val="single"/>
        </w:rPr>
        <w:t xml:space="preserve"> to get </w:t>
      </w:r>
      <w:r>
        <w:rPr>
          <w:b w:val="0"/>
          <w:i w:val="0"/>
          <w:smallCaps w:val="0"/>
          <w:strike w:val="0"/>
          <w:sz w:val="20"/>
          <w:highlight w:val="cyan"/>
          <w:u w:val="single"/>
        </w:rPr>
        <w:t>everyone</w:t>
      </w:r>
      <w:r>
        <w:rPr>
          <w:b w:val="0"/>
          <w:i w:val="0"/>
          <w:smallCaps w:val="0"/>
          <w:strike w:val="0"/>
          <w:sz w:val="20"/>
          <w:u w:val="single"/>
        </w:rPr>
        <w:t xml:space="preserve"> on Earth </w:t>
      </w:r>
      <w:r>
        <w:rPr>
          <w:b w:val="0"/>
          <w:i w:val="0"/>
          <w:smallCaps w:val="0"/>
          <w:strike w:val="0"/>
          <w:sz w:val="20"/>
          <w:highlight w:val="cyan"/>
          <w:u w:val="single"/>
        </w:rPr>
        <w:t>to</w:t>
      </w:r>
      <w:r>
        <w:rPr>
          <w:b w:val="0"/>
          <w:i w:val="0"/>
          <w:smallCaps w:val="0"/>
          <w:strike w:val="0"/>
          <w:sz w:val="20"/>
          <w:u w:val="single"/>
        </w:rPr>
        <w:t xml:space="preserve"> agree to </w:t>
      </w:r>
      <w:r>
        <w:rPr>
          <w:b w:val="0"/>
          <w:i w:val="0"/>
          <w:smallCaps w:val="0"/>
          <w:strike w:val="0"/>
          <w:sz w:val="20"/>
          <w:highlight w:val="cyan"/>
          <w:u w:val="single"/>
        </w:rPr>
        <w:t>stop</w:t>
      </w:r>
      <w:r>
        <w:rPr>
          <w:b w:val="0"/>
          <w:i w:val="0"/>
          <w:smallCaps w:val="0"/>
          <w:strike w:val="0"/>
          <w:sz w:val="20"/>
          <w:u w:val="single"/>
        </w:rPr>
        <w:t xml:space="preserve"> building AI</w:t>
      </w:r>
      <w:r>
        <w:rPr>
          <w:b w:val="0"/>
          <w:i w:val="0"/>
          <w:smallCaps w:val="0"/>
          <w:strike w:val="0"/>
          <w:sz w:val="10"/>
          <w:u w:val="none"/>
        </w:rPr>
        <w:t xml:space="preserve">, because </w:t>
      </w:r>
      <w:r>
        <w:rPr>
          <w:b w:val="0"/>
          <w:i w:val="0"/>
          <w:smallCaps w:val="0"/>
          <w:strike w:val="0"/>
          <w:sz w:val="20"/>
          <w:u w:val="single"/>
        </w:rPr>
        <w:t xml:space="preserve">the </w:t>
      </w:r>
      <w:r>
        <w:rPr>
          <w:b/>
          <w:i w:val="0"/>
          <w:smallCaps w:val="0"/>
          <w:strike w:val="0"/>
          <w:sz w:val="20"/>
          <w:highlight w:val="cyan"/>
          <w:u w:val="single"/>
        </w:rPr>
        <w:t>only people on the</w:t>
      </w:r>
      <w:r>
        <w:rPr>
          <w:b/>
          <w:i w:val="0"/>
          <w:smallCaps w:val="0"/>
          <w:strike w:val="0"/>
          <w:sz w:val="20"/>
          <w:u w:val="single"/>
        </w:rPr>
        <w:t xml:space="preserve"> entire </w:t>
      </w:r>
      <w:r>
        <w:rPr>
          <w:b/>
          <w:i w:val="0"/>
          <w:smallCaps w:val="0"/>
          <w:strike w:val="0"/>
          <w:sz w:val="20"/>
          <w:highlight w:val="cyan"/>
          <w:u w:val="single"/>
        </w:rPr>
        <w:t>planet</w:t>
      </w:r>
      <w:r>
        <w:rPr>
          <w:b w:val="0"/>
          <w:i w:val="0"/>
          <w:smallCaps w:val="0"/>
          <w:strike w:val="0"/>
          <w:sz w:val="20"/>
          <w:highlight w:val="cyan"/>
          <w:u w:val="single"/>
        </w:rPr>
        <w:t xml:space="preserve"> capable</w:t>
      </w:r>
      <w:r>
        <w:rPr>
          <w:b w:val="0"/>
          <w:i w:val="0"/>
          <w:smallCaps w:val="0"/>
          <w:strike w:val="0"/>
          <w:sz w:val="20"/>
          <w:u w:val="single"/>
        </w:rPr>
        <w:t xml:space="preserve"> of building</w:t>
      </w:r>
      <w:r>
        <w:rPr>
          <w:b w:val="0"/>
          <w:i w:val="0"/>
          <w:smallCaps w:val="0"/>
          <w:strike w:val="0"/>
          <w:sz w:val="20"/>
          <w:u w:val="single"/>
        </w:rPr>
        <w:t xml:space="preserve"> Bing/</w:t>
      </w:r>
      <w:r>
        <w:rPr>
          <w:b w:val="0"/>
          <w:i w:val="0"/>
          <w:smallCaps w:val="0"/>
          <w:strike w:val="0"/>
          <w:sz w:val="20"/>
          <w:u w:val="single"/>
        </w:rPr>
        <w:t xml:space="preserve">Sydney level AIs </w:t>
      </w:r>
      <w:r>
        <w:rPr>
          <w:b w:val="0"/>
          <w:i w:val="0"/>
          <w:smallCaps w:val="0"/>
          <w:strike w:val="0"/>
          <w:sz w:val="20"/>
          <w:highlight w:val="cyan"/>
          <w:u w:val="single"/>
        </w:rPr>
        <w:t xml:space="preserve">are a </w:t>
      </w:r>
      <w:r>
        <w:rPr>
          <w:b/>
          <w:i w:val="0"/>
          <w:smallCaps w:val="0"/>
          <w:strike w:val="0"/>
          <w:sz w:val="20"/>
          <w:highlight w:val="cyan"/>
          <w:u w:val="single"/>
        </w:rPr>
        <w:t>handful</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w:t>
      </w:r>
      <w:r>
        <w:rPr>
          <w:b w:val="0"/>
          <w:i w:val="0"/>
          <w:smallCaps w:val="0"/>
          <w:strike w:val="0"/>
          <w:sz w:val="20"/>
          <w:highlight w:val="cyan"/>
          <w:u w:val="single"/>
        </w:rPr>
        <w:t xml:space="preserve">teams at </w:t>
      </w:r>
      <w:r>
        <w:rPr>
          <w:b/>
          <w:i w:val="0"/>
          <w:smallCaps w:val="0"/>
          <w:strike w:val="0"/>
          <w:sz w:val="20"/>
          <w:highlight w:val="cyan"/>
          <w:u w:val="single"/>
        </w:rPr>
        <w:t>Big Tech companies</w:t>
      </w:r>
      <w:r>
        <w:rPr>
          <w:b w:val="0"/>
          <w:i w:val="0"/>
          <w:smallCaps w:val="0"/>
          <w:strike w:val="0"/>
          <w:sz w:val="10"/>
          <w:u w:val="none"/>
        </w:rPr>
        <w:t xml:space="preserve">. It’s often said that the </w:t>
      </w:r>
      <w:r>
        <w:rPr>
          <w:b w:val="0"/>
          <w:i w:val="0"/>
          <w:smallCaps w:val="0"/>
          <w:strike w:val="0"/>
          <w:sz w:val="20"/>
          <w:u w:val="single"/>
        </w:rPr>
        <w:t xml:space="preserve">cost of a </w:t>
      </w:r>
      <w:r>
        <w:rPr>
          <w:b w:val="0"/>
          <w:i w:val="0"/>
          <w:smallCaps w:val="0"/>
          <w:strike w:val="0"/>
          <w:sz w:val="20"/>
          <w:highlight w:val="cyan"/>
          <w:u w:val="single"/>
        </w:rPr>
        <w:t>high-level AI researcher</w:t>
      </w:r>
      <w:r>
        <w:rPr>
          <w:b w:val="0"/>
          <w:i w:val="0"/>
          <w:smallCaps w:val="0"/>
          <w:strike w:val="0"/>
          <w:sz w:val="20"/>
          <w:u w:val="single"/>
        </w:rPr>
        <w:t xml:space="preserve"> is </w:t>
      </w:r>
      <w:r>
        <w:rPr>
          <w:b w:val="0"/>
          <w:i w:val="0"/>
          <w:smallCaps w:val="0"/>
          <w:strike w:val="0"/>
          <w:sz w:val="20"/>
          <w:highlight w:val="cyan"/>
          <w:u w:val="single"/>
        </w:rPr>
        <w:t>equivalent to</w:t>
      </w:r>
      <w:r>
        <w:rPr>
          <w:b w:val="0"/>
          <w:i w:val="0"/>
          <w:smallCaps w:val="0"/>
          <w:strike w:val="0"/>
          <w:sz w:val="20"/>
          <w:u w:val="single"/>
        </w:rPr>
        <w:t xml:space="preserve"> an </w:t>
      </w:r>
      <w:r>
        <w:rPr>
          <w:b w:val="0"/>
          <w:i w:val="0"/>
          <w:smallCaps w:val="0"/>
          <w:strike w:val="0"/>
          <w:sz w:val="20"/>
          <w:highlight w:val="cyan"/>
          <w:u w:val="single"/>
        </w:rPr>
        <w:t>NFL quarterback</w:t>
      </w:r>
      <w:r>
        <w:rPr>
          <w:b w:val="0"/>
          <w:i w:val="0"/>
          <w:smallCaps w:val="0"/>
          <w:strike w:val="0"/>
          <w:sz w:val="10"/>
          <w:u w:val="none"/>
        </w:rPr>
        <w:t xml:space="preserve">. </w:t>
      </w:r>
      <w:r>
        <w:rPr>
          <w:b w:val="0"/>
          <w:i w:val="0"/>
          <w:smallCaps w:val="0"/>
          <w:strike w:val="0"/>
          <w:sz w:val="20"/>
          <w:u w:val="single"/>
        </w:rPr>
        <w:t xml:space="preserve">Even outside of salaries, the </w:t>
      </w:r>
      <w:r>
        <w:rPr>
          <w:b w:val="0"/>
          <w:i w:val="0"/>
          <w:smallCaps w:val="0"/>
          <w:strike w:val="0"/>
          <w:sz w:val="20"/>
          <w:highlight w:val="cyan"/>
          <w:u w:val="single"/>
        </w:rPr>
        <w:t>cost of</w:t>
      </w:r>
      <w:r>
        <w:rPr>
          <w:b w:val="0"/>
          <w:i w:val="0"/>
          <w:smallCaps w:val="0"/>
          <w:strike w:val="0"/>
          <w:sz w:val="20"/>
          <w:u w:val="single"/>
        </w:rPr>
        <w:t xml:space="preserve"> these </w:t>
      </w:r>
      <w:r>
        <w:rPr>
          <w:b w:val="0"/>
          <w:i w:val="0"/>
          <w:smallCaps w:val="0"/>
          <w:strike w:val="0"/>
          <w:sz w:val="20"/>
          <w:highlight w:val="cyan"/>
          <w:u w:val="single"/>
        </w:rPr>
        <w:t>companies is immense</w:t>
      </w:r>
      <w:r>
        <w:rPr>
          <w:b w:val="0"/>
          <w:i w:val="0"/>
          <w:smallCaps w:val="0"/>
          <w:strike w:val="0"/>
          <w:sz w:val="20"/>
          <w:u w:val="single"/>
        </w:rPr>
        <w:t>, likely around $600,000 a day to run ChatGPT</w:t>
      </w:r>
      <w:r>
        <w:rPr>
          <w:b w:val="0"/>
          <w:i w:val="0"/>
          <w:smallCaps w:val="0"/>
          <w:strike w:val="0"/>
          <w:sz w:val="10"/>
          <w:u w:val="none"/>
        </w:rPr>
        <w:t xml:space="preserve">, the </w:t>
      </w:r>
      <w:r>
        <w:rPr>
          <w:b w:val="0"/>
          <w:i w:val="0"/>
          <w:smallCaps w:val="0"/>
          <w:strike w:val="0"/>
          <w:sz w:val="20"/>
          <w:highlight w:val="cyan"/>
          <w:u w:val="single"/>
        </w:rPr>
        <w:t>upkeep and personnel costs</w:t>
      </w:r>
      <w:r>
        <w:rPr>
          <w:b w:val="0"/>
          <w:i w:val="0"/>
          <w:smallCaps w:val="0"/>
          <w:strike w:val="0"/>
          <w:sz w:val="10"/>
          <w:u w:val="none"/>
        </w:rPr>
        <w:t xml:space="preserve"> are </w:t>
      </w:r>
      <w:r>
        <w:rPr>
          <w:b w:val="0"/>
          <w:i w:val="0"/>
          <w:smallCaps w:val="0"/>
          <w:strike w:val="0"/>
          <w:sz w:val="20"/>
          <w:u w:val="single"/>
        </w:rPr>
        <w:t>even greater</w:t>
      </w:r>
      <w:r>
        <w:rPr>
          <w:b w:val="0"/>
          <w:i w:val="0"/>
          <w:smallCaps w:val="0"/>
          <w:strike w:val="0"/>
          <w:sz w:val="10"/>
          <w:u w:val="none"/>
        </w:rPr>
        <w:t xml:space="preserve"> (</w:t>
      </w:r>
      <w:r>
        <w:rPr>
          <w:b w:val="0"/>
          <w:i w:val="0"/>
          <w:smallCaps w:val="0"/>
          <w:strike w:val="0"/>
          <w:sz w:val="20"/>
          <w:highlight w:val="cyan"/>
          <w:u w:val="single"/>
        </w:rPr>
        <w:t>in the billions</w:t>
      </w:r>
      <w:r>
        <w:rPr>
          <w:b w:val="0"/>
          <w:i w:val="0"/>
          <w:smallCaps w:val="0"/>
          <w:strike w:val="0"/>
          <w:sz w:val="10"/>
          <w:u w:val="none"/>
        </w:rPr>
        <w:t xml:space="preserve">), and </w:t>
      </w:r>
      <w:r>
        <w:rPr>
          <w:b w:val="0"/>
          <w:i w:val="0"/>
          <w:smallCaps w:val="0"/>
          <w:strike w:val="0"/>
          <w:sz w:val="20"/>
          <w:highlight w:val="cyan"/>
          <w:u w:val="single"/>
        </w:rPr>
        <w:t xml:space="preserve">these </w:t>
      </w:r>
      <w:r>
        <w:rPr>
          <w:b w:val="0"/>
          <w:i w:val="0"/>
          <w:smallCaps w:val="0"/>
          <w:strike w:val="0"/>
          <w:sz w:val="20"/>
          <w:u w:val="single"/>
        </w:rPr>
        <w:t xml:space="preserve">companies </w:t>
      </w:r>
      <w:r>
        <w:rPr>
          <w:b w:val="0"/>
          <w:i w:val="0"/>
          <w:smallCaps w:val="0"/>
          <w:strike w:val="0"/>
          <w:sz w:val="20"/>
          <w:highlight w:val="cyan"/>
          <w:u w:val="single"/>
        </w:rPr>
        <w:t xml:space="preserve">are the </w:t>
      </w:r>
      <w:r>
        <w:rPr>
          <w:b/>
          <w:i w:val="0"/>
          <w:smallCaps w:val="0"/>
          <w:strike w:val="0"/>
          <w:sz w:val="20"/>
          <w:highlight w:val="cyan"/>
          <w:u w:val="single"/>
        </w:rPr>
        <w:t>only ones</w:t>
      </w:r>
      <w:r>
        <w:rPr>
          <w:b w:val="0"/>
          <w:i w:val="0"/>
          <w:smallCaps w:val="0"/>
          <w:strike w:val="0"/>
          <w:sz w:val="20"/>
          <w:highlight w:val="cyan"/>
          <w:u w:val="single"/>
        </w:rPr>
        <w:t xml:space="preserve"> with </w:t>
      </w:r>
      <w:r>
        <w:rPr>
          <w:b/>
          <w:i w:val="0"/>
          <w:smallCaps w:val="0"/>
          <w:strike w:val="0"/>
          <w:sz w:val="20"/>
          <w:highlight w:val="cyan"/>
          <w:u w:val="single"/>
        </w:rPr>
        <w:t>access</w:t>
      </w:r>
      <w:r>
        <w:rPr>
          <w:b w:val="0"/>
          <w:i w:val="0"/>
          <w:smallCaps w:val="0"/>
          <w:strike w:val="0"/>
          <w:sz w:val="20"/>
          <w:highlight w:val="cyan"/>
          <w:u w:val="single"/>
        </w:rPr>
        <w:t xml:space="preserve"> to</w:t>
      </w:r>
      <w:r>
        <w:rPr>
          <w:b w:val="0"/>
          <w:i w:val="0"/>
          <w:smallCaps w:val="0"/>
          <w:strike w:val="0"/>
          <w:sz w:val="20"/>
          <w:u w:val="single"/>
        </w:rPr>
        <w:t xml:space="preserve"> the </w:t>
      </w:r>
      <w:r>
        <w:rPr>
          <w:b/>
          <w:i w:val="0"/>
          <w:smallCaps w:val="0"/>
          <w:strike w:val="0"/>
          <w:sz w:val="20"/>
          <w:highlight w:val="cyan"/>
          <w:u w:val="single"/>
        </w:rPr>
        <w:t>amount of data</w:t>
      </w:r>
      <w:r>
        <w:rPr>
          <w:b w:val="0"/>
          <w:i w:val="0"/>
          <w:smallCaps w:val="0"/>
          <w:strike w:val="0"/>
          <w:sz w:val="20"/>
          <w:highlight w:val="cyan"/>
          <w:u w:val="single"/>
        </w:rPr>
        <w:t xml:space="preserve"> needed for training</w:t>
      </w:r>
      <w:r>
        <w:rPr>
          <w:b w:val="0"/>
          <w:i w:val="0"/>
          <w:smallCaps w:val="0"/>
          <w:strike w:val="0"/>
          <w:sz w:val="20"/>
          <w:u w:val="single"/>
        </w:rPr>
        <w:t xml:space="preserve">, </w:t>
      </w:r>
      <w:r>
        <w:rPr>
          <w:b w:val="0"/>
          <w:i w:val="0"/>
          <w:smallCaps w:val="0"/>
          <w:strike w:val="0"/>
          <w:sz w:val="20"/>
          <w:highlight w:val="cyan"/>
          <w:u w:val="single"/>
        </w:rPr>
        <w:t>as well as the</w:t>
      </w:r>
      <w:r>
        <w:rPr>
          <w:b w:val="0"/>
          <w:i w:val="0"/>
          <w:smallCaps w:val="0"/>
          <w:strike w:val="0"/>
          <w:sz w:val="20"/>
          <w:u w:val="single"/>
        </w:rPr>
        <w:t xml:space="preserve"> only </w:t>
      </w:r>
      <w:r>
        <w:rPr>
          <w:b w:val="0"/>
          <w:i w:val="0"/>
          <w:smallCaps w:val="0"/>
          <w:strike w:val="0"/>
          <w:sz w:val="20"/>
          <w:u w:val="single"/>
        </w:rPr>
        <w:t>ones who can do</w:t>
      </w:r>
      <w:r>
        <w:rPr>
          <w:b w:val="0"/>
          <w:i w:val="0"/>
          <w:smallCaps w:val="0"/>
          <w:strike w:val="0"/>
          <w:sz w:val="20"/>
          <w:u w:val="single"/>
        </w:rPr>
        <w:t xml:space="preserve"> the </w:t>
      </w:r>
      <w:r>
        <w:rPr>
          <w:b/>
          <w:i w:val="0"/>
          <w:smallCaps w:val="0"/>
          <w:strike w:val="0"/>
          <w:sz w:val="20"/>
          <w:u w:val="single"/>
        </w:rPr>
        <w:t xml:space="preserve">careful </w:t>
      </w:r>
      <w:r>
        <w:rPr>
          <w:b/>
          <w:i w:val="0"/>
          <w:smallCaps w:val="0"/>
          <w:strike w:val="0"/>
          <w:sz w:val="20"/>
          <w:highlight w:val="cyan"/>
          <w:u w:val="single"/>
        </w:rPr>
        <w:t>crafting</w:t>
      </w:r>
      <w:r>
        <w:rPr>
          <w:b w:val="0"/>
          <w:i w:val="0"/>
          <w:smallCaps w:val="0"/>
          <w:strike w:val="0"/>
          <w:sz w:val="20"/>
          <w:highlight w:val="cyan"/>
          <w:u w:val="single"/>
        </w:rPr>
        <w:t xml:space="preserve"> of </w:t>
      </w:r>
      <w:r>
        <w:rPr>
          <w:b/>
          <w:i w:val="0"/>
          <w:smallCaps w:val="0"/>
          <w:strike w:val="0"/>
          <w:sz w:val="20"/>
          <w:highlight w:val="cyan"/>
          <w:u w:val="single"/>
        </w:rPr>
        <w:t>human feedback</w:t>
      </w:r>
      <w:r>
        <w:rPr>
          <w:b w:val="0"/>
          <w:i w:val="0"/>
          <w:smallCaps w:val="0"/>
          <w:strike w:val="0"/>
          <w:sz w:val="20"/>
          <w:highlight w:val="cyan"/>
          <w:u w:val="single"/>
        </w:rPr>
        <w:t xml:space="preserve"> to create</w:t>
      </w:r>
      <w:r>
        <w:rPr>
          <w:b w:val="0"/>
          <w:i w:val="0"/>
          <w:smallCaps w:val="0"/>
          <w:strike w:val="0"/>
          <w:sz w:val="20"/>
          <w:u w:val="single"/>
        </w:rPr>
        <w:t xml:space="preserve"> </w:t>
      </w:r>
      <w:r>
        <w:rPr>
          <w:b/>
          <w:i w:val="0"/>
          <w:smallCaps w:val="0"/>
          <w:strike w:val="0"/>
          <w:sz w:val="20"/>
          <w:u w:val="single"/>
        </w:rPr>
        <w:t xml:space="preserve">the </w:t>
      </w:r>
      <w:r>
        <w:rPr>
          <w:b/>
          <w:i w:val="0"/>
          <w:smallCaps w:val="0"/>
          <w:strike w:val="0"/>
          <w:sz w:val="20"/>
          <w:highlight w:val="cyan"/>
          <w:u w:val="single"/>
        </w:rPr>
        <w:t>most advanced versions</w:t>
      </w:r>
      <w:r>
        <w:rPr>
          <w:b w:val="0"/>
          <w:i w:val="0"/>
          <w:smallCaps w:val="0"/>
          <w:strike w:val="0"/>
          <w:sz w:val="20"/>
          <w:u w:val="single"/>
        </w:rPr>
        <w:t>.</w:t>
      </w:r>
    </w:p>
    <w:p>
      <w:pPr>
        <w:spacing w:after="60"/>
      </w:pPr>
      <w:r>
        <w:rPr>
          <w:b w:val="0"/>
          <w:i w:val="0"/>
          <w:smallCaps w:val="0"/>
          <w:strike w:val="0"/>
          <w:sz w:val="10"/>
          <w:u w:val="none"/>
        </w:rPr>
        <w:t>@ericjang11</w:t>
      </w:r>
    </w:p>
    <w:p>
      <w:pPr>
        <w:spacing w:after="60"/>
      </w:pPr>
      <w:r>
        <w:rPr>
          <w:b w:val="0"/>
          <w:i w:val="0"/>
          <w:smallCaps w:val="0"/>
          <w:strike w:val="0"/>
          <w:sz w:val="10"/>
          <w:u w:val="none"/>
        </w:rPr>
        <w:t xml:space="preserve">I worry that investment into LLM/generative AI companies is way too exuberant right now, precisely for this </w:t>
      </w:r>
      <w:r>
        <w:rPr>
          <w:b w:val="0"/>
          <w:i w:val="0"/>
          <w:smallCaps w:val="0"/>
          <w:strike w:val="0"/>
          <w:sz w:val="10"/>
          <w:u w:val="none"/>
        </w:rPr>
        <w:t xml:space="preserve">reason. I estimate </w:t>
      </w:r>
      <w:r>
        <w:rPr>
          <w:b w:val="0"/>
          <w:i w:val="0"/>
          <w:smallCaps w:val="0"/>
          <w:strike w:val="0"/>
          <w:sz w:val="20"/>
          <w:u w:val="single"/>
        </w:rPr>
        <w:t xml:space="preserve">there are &lt;200 people on the planet right now who know how to productively train 100B+ parameter models </w:t>
      </w:r>
      <w:r>
        <w:rPr>
          <w:b w:val="0"/>
          <w:i w:val="0"/>
          <w:smallCaps w:val="0"/>
          <w:strike w:val="0"/>
          <w:sz w:val="10"/>
          <w:u w:val="none"/>
        </w:rPr>
        <w:t>with startup resources (I am not one of them).</w:t>
      </w:r>
      <w:r>
        <w:rPr>
          <w:b w:val="0"/>
          <w:i w:val="0"/>
          <w:smallCaps w:val="0"/>
          <w:strike w:val="0"/>
          <w:sz w:val="10"/>
          <w:u w:val="none"/>
        </w:rPr>
        <w:t xml:space="preserve"> </w:t>
      </w:r>
    </w:p>
    <w:p>
      <w:pPr>
        <w:spacing w:after="60"/>
      </w:pPr>
      <w:r>
        <w:rPr>
          <w:b w:val="0"/>
          <w:i w:val="0"/>
          <w:smallCaps w:val="0"/>
          <w:strike w:val="0"/>
          <w:sz w:val="10"/>
          <w:u w:val="none"/>
        </w:rPr>
        <w:t>@jacobkimmel</w:t>
      </w:r>
    </w:p>
    <w:p>
      <w:pPr>
        <w:spacing w:after="60"/>
      </w:pPr>
      <w:r>
        <w:rPr>
          <w:b w:val="0"/>
          <w:i w:val="0"/>
          <w:smallCaps w:val="0"/>
          <w:strike w:val="0"/>
          <w:sz w:val="10"/>
          <w:u w:val="none"/>
        </w:rPr>
        <w:t>building a company on large ML models is humorously closer to biotech than traditional software</w:t>
      </w:r>
    </w:p>
    <w:p>
      <w:pPr>
        <w:spacing w:after="60"/>
      </w:pPr>
      <w:r>
        <w:rPr>
          <w:b w:val="0"/>
          <w:i w:val="0"/>
          <w:smallCaps w:val="0"/>
          <w:strike w:val="0"/>
          <w:sz w:val="10"/>
          <w:u w:val="none"/>
        </w:rPr>
        <w:t>- niche, shallow talent market</w:t>
      </w:r>
    </w:p>
    <w:p>
      <w:pPr>
        <w:spacing w:after="60"/>
      </w:pPr>
      <w:r>
        <w:rPr>
          <w:b w:val="0"/>
          <w:i w:val="0"/>
          <w:smallCaps w:val="0"/>
          <w:strike w:val="0"/>
          <w:sz w:val="10"/>
          <w:u w:val="none"/>
        </w:rPr>
        <w:t>- long iteration times</w:t>
      </w:r>
    </w:p>
    <w:p>
      <w:pPr>
        <w:spacing w:after="60"/>
      </w:pPr>
      <w:r>
        <w:rPr>
          <w:b w:val="0"/>
          <w:i w:val="0"/>
          <w:smallCaps w:val="0"/>
          <w:strike w:val="0"/>
          <w:sz w:val="10"/>
          <w:u w:val="none"/>
        </w:rPr>
        <w:t>- material capital requirements</w:t>
      </w:r>
    </w:p>
    <w:p>
      <w:pPr>
        <w:spacing w:after="60"/>
      </w:pPr>
      <w:r>
        <w:rPr>
          <w:b w:val="0"/>
          <w:i w:val="0"/>
          <w:smallCaps w:val="0"/>
          <w:strike w:val="0"/>
          <w:sz w:val="10"/>
          <w:u w:val="none"/>
        </w:rPr>
        <w:t>- likely need an incumbent partner for distribution</w:t>
      </w:r>
    </w:p>
    <w:p>
      <w:pPr>
        <w:spacing w:after="60"/>
      </w:pPr>
      <w:r>
        <w:rPr>
          <w:b w:val="0"/>
          <w:i w:val="0"/>
          <w:smallCaps w:val="0"/>
          <w:strike w:val="0"/>
          <w:sz w:val="10"/>
          <w:u w:val="none"/>
        </w:rPr>
        <w:t>11:51 PM ∙ Feb 20, 2023</w:t>
      </w:r>
    </w:p>
    <w:p>
      <w:pPr>
        <w:spacing w:after="60"/>
      </w:pPr>
      <w:r>
        <w:rPr>
          <w:b w:val="0"/>
          <w:i w:val="0"/>
          <w:smallCaps w:val="0"/>
          <w:strike w:val="0"/>
          <w:sz w:val="10"/>
          <w:u w:val="none"/>
        </w:rPr>
        <w:t xml:space="preserve">It will </w:t>
      </w:r>
      <w:r>
        <w:rPr>
          <w:b w:val="0"/>
          <w:i w:val="0"/>
          <w:smallCaps w:val="0"/>
          <w:strike w:val="0"/>
          <w:sz w:val="20"/>
          <w:u w:val="single"/>
        </w:rPr>
        <w:t>always be extremely expensive and legally risky to run AGIs</w:t>
      </w:r>
      <w:r>
        <w:rPr>
          <w:b w:val="0"/>
          <w:i w:val="0"/>
          <w:smallCaps w:val="0"/>
          <w:strike w:val="0"/>
          <w:sz w:val="10"/>
          <w:u w:val="none"/>
        </w:rPr>
        <w:t xml:space="preserve">, and </w:t>
      </w:r>
      <w:r>
        <w:rPr>
          <w:b w:val="0"/>
          <w:i w:val="0"/>
          <w:smallCaps w:val="0"/>
          <w:strike w:val="0"/>
          <w:sz w:val="20"/>
          <w:highlight w:val="cyan"/>
          <w:u w:val="single"/>
        </w:rPr>
        <w:t xml:space="preserve">it will be the provenance solely of </w:t>
      </w:r>
      <w:r>
        <w:rPr>
          <w:b/>
          <w:i w:val="0"/>
          <w:smallCaps w:val="0"/>
          <w:strike w:val="0"/>
          <w:sz w:val="20"/>
          <w:highlight w:val="cyan"/>
          <w:u w:val="single"/>
        </w:rPr>
        <w:t>Google</w:t>
      </w:r>
      <w:r>
        <w:rPr>
          <w:b/>
          <w:i w:val="0"/>
          <w:smallCaps w:val="0"/>
          <w:strike w:val="0"/>
          <w:sz w:val="20"/>
          <w:u w:val="single"/>
        </w:rPr>
        <w:t xml:space="preserve">, </w:t>
      </w:r>
      <w:r>
        <w:rPr>
          <w:b/>
          <w:i w:val="0"/>
          <w:smallCaps w:val="0"/>
          <w:strike w:val="0"/>
          <w:sz w:val="20"/>
          <w:highlight w:val="cyan"/>
          <w:u w:val="single"/>
        </w:rPr>
        <w:t>Microsoft</w:t>
      </w:r>
      <w:r>
        <w:rPr>
          <w:b/>
          <w:i w:val="0"/>
          <w:smallCaps w:val="0"/>
          <w:strike w:val="0"/>
          <w:sz w:val="20"/>
          <w:u w:val="single"/>
        </w:rPr>
        <w:t>/</w:t>
      </w:r>
      <w:r>
        <w:rPr>
          <w:b/>
          <w:i w:val="0"/>
          <w:smallCaps w:val="0"/>
          <w:strike w:val="0"/>
          <w:sz w:val="20"/>
          <w:u w:val="single"/>
        </w:rPr>
        <w:t>OpenAI</w:t>
      </w:r>
      <w:r>
        <w:rPr>
          <w:b/>
          <w:i w:val="0"/>
          <w:smallCaps w:val="0"/>
          <w:strike w:val="0"/>
          <w:sz w:val="20"/>
          <w:u w:val="single"/>
        </w:rPr>
        <w:t xml:space="preserve">, </w:t>
      </w:r>
      <w:r>
        <w:rPr>
          <w:b/>
          <w:i w:val="0"/>
          <w:smallCaps w:val="0"/>
          <w:strike w:val="0"/>
          <w:sz w:val="20"/>
          <w:highlight w:val="cyan"/>
          <w:u w:val="single"/>
        </w:rPr>
        <w:t>Amazon</w:t>
      </w:r>
      <w:r>
        <w:rPr>
          <w:b/>
          <w:i w:val="0"/>
          <w:smallCaps w:val="0"/>
          <w:strike w:val="0"/>
          <w:sz w:val="20"/>
          <w:u w:val="single"/>
        </w:rPr>
        <w:t xml:space="preserve">, </w:t>
      </w:r>
      <w:r>
        <w:rPr>
          <w:b/>
          <w:i w:val="0"/>
          <w:smallCaps w:val="0"/>
          <w:strike w:val="0"/>
          <w:sz w:val="20"/>
          <w:highlight w:val="cyan"/>
          <w:u w:val="single"/>
        </w:rPr>
        <w:t>and the like</w:t>
      </w:r>
      <w:r>
        <w:rPr>
          <w:b w:val="0"/>
          <w:i w:val="0"/>
          <w:smallCaps w:val="0"/>
          <w:strike w:val="0"/>
          <w:sz w:val="10"/>
          <w:u w:val="none"/>
        </w:rPr>
        <w:t xml:space="preserve">, as they are big enough to handle the risk. </w:t>
      </w:r>
      <w:r>
        <w:rPr>
          <w:b w:val="0"/>
          <w:i w:val="0"/>
          <w:smallCaps w:val="0"/>
          <w:strike w:val="0"/>
          <w:sz w:val="20"/>
          <w:highlight w:val="cyan"/>
          <w:u w:val="single"/>
        </w:rPr>
        <w:t xml:space="preserve">That’s a </w:t>
      </w:r>
      <w:r>
        <w:rPr>
          <w:b/>
          <w:i w:val="0"/>
          <w:smallCaps w:val="0"/>
          <w:strike w:val="0"/>
          <w:sz w:val="20"/>
          <w:highlight w:val="cyan"/>
          <w:u w:val="single"/>
        </w:rPr>
        <w:t>very small target</w:t>
      </w:r>
      <w:r>
        <w:rPr>
          <w:b w:val="0"/>
          <w:i w:val="0"/>
          <w:smallCaps w:val="0"/>
          <w:strike w:val="0"/>
          <w:sz w:val="20"/>
          <w:u w:val="single"/>
        </w:rPr>
        <w:t xml:space="preserve"> to apply social/governmental/</w:t>
      </w:r>
      <w:r>
        <w:rPr>
          <w:b/>
          <w:i w:val="0"/>
          <w:smallCaps w:val="0"/>
          <w:strike w:val="0"/>
          <w:sz w:val="20"/>
          <w:u w:val="single"/>
        </w:rPr>
        <w:t>regulatory pressure</w:t>
      </w:r>
      <w:r>
        <w:rPr>
          <w:b w:val="0"/>
          <w:i w:val="0"/>
          <w:smallCaps w:val="0"/>
          <w:strike w:val="0"/>
          <w:sz w:val="20"/>
          <w:u w:val="single"/>
        </w:rPr>
        <w:t xml:space="preserve"> to</w:t>
      </w:r>
      <w:r>
        <w:rPr>
          <w:b w:val="0"/>
          <w:i w:val="0"/>
          <w:smallCaps w:val="0"/>
          <w:strike w:val="0"/>
          <w:sz w:val="10"/>
          <w:u w:val="none"/>
        </w:rPr>
        <w:t xml:space="preserve">. In fact, if the public will were there, </w:t>
      </w:r>
      <w:r>
        <w:rPr>
          <w:b w:val="0"/>
          <w:i w:val="0"/>
          <w:smallCaps w:val="0"/>
          <w:strike w:val="0"/>
          <w:sz w:val="20"/>
          <w:u w:val="single"/>
        </w:rPr>
        <w:t xml:space="preserve">AI research is </w:t>
      </w:r>
      <w:r>
        <w:rPr>
          <w:b/>
          <w:i w:val="0"/>
          <w:smallCaps w:val="0"/>
          <w:strike w:val="0"/>
          <w:sz w:val="20"/>
          <w:highlight w:val="cyan"/>
          <w:u w:val="single"/>
        </w:rPr>
        <w:t>far easier</w:t>
      </w:r>
      <w:r>
        <w:rPr>
          <w:b w:val="0"/>
          <w:i w:val="0"/>
          <w:smallCaps w:val="0"/>
          <w:strike w:val="0"/>
          <w:sz w:val="20"/>
          <w:highlight w:val="cyan"/>
          <w:u w:val="single"/>
        </w:rPr>
        <w:t xml:space="preserve"> to control than </w:t>
      </w:r>
      <w:r>
        <w:rPr>
          <w:b/>
          <w:i w:val="0"/>
          <w:smallCaps w:val="0"/>
          <w:strike w:val="0"/>
          <w:sz w:val="20"/>
          <w:highlight w:val="cyan"/>
          <w:u w:val="single"/>
        </w:rPr>
        <w:t>nuclear weapons</w:t>
      </w:r>
      <w:r>
        <w:rPr>
          <w:b w:val="0"/>
          <w:i w:val="0"/>
          <w:smallCaps w:val="0"/>
          <w:strike w:val="0"/>
          <w:sz w:val="10"/>
          <w:u w:val="none"/>
        </w:rPr>
        <w:t xml:space="preserve"> right now, because in the latter case you’re dealing with nations who have armies. </w:t>
      </w:r>
      <w:r>
        <w:rPr>
          <w:b/>
          <w:i w:val="0"/>
          <w:smallCaps w:val="0"/>
          <w:strike w:val="0"/>
          <w:sz w:val="20"/>
          <w:u w:val="single"/>
        </w:rPr>
        <w:t>Microsoft does not have an army</w:t>
      </w:r>
      <w:r>
        <w:rPr>
          <w:b w:val="0"/>
          <w:i w:val="0"/>
          <w:smallCaps w:val="0"/>
          <w:strike w:val="0"/>
          <w:sz w:val="20"/>
          <w:u w:val="single"/>
        </w:rPr>
        <w:t xml:space="preserve">, it’s a big bureaucracy with </w:t>
      </w:r>
      <w:r>
        <w:rPr>
          <w:b/>
          <w:i w:val="0"/>
          <w:smallCaps w:val="0"/>
          <w:strike w:val="0"/>
          <w:sz w:val="20"/>
          <w:u w:val="single"/>
        </w:rPr>
        <w:t>good snacks</w:t>
      </w:r>
      <w:r>
        <w:rPr>
          <w:b w:val="0"/>
          <w:i w:val="0"/>
          <w:smallCaps w:val="0"/>
          <w:strike w:val="0"/>
          <w:sz w:val="20"/>
          <w:u w:val="single"/>
        </w:rPr>
        <w:t xml:space="preserve"> and </w:t>
      </w:r>
      <w:r>
        <w:rPr>
          <w:b/>
          <w:i w:val="0"/>
          <w:smallCaps w:val="0"/>
          <w:strike w:val="0"/>
          <w:sz w:val="20"/>
          <w:u w:val="single"/>
        </w:rPr>
        <w:t>stock options</w:t>
      </w:r>
      <w:r>
        <w:rPr>
          <w:b w:val="0"/>
          <w:i w:val="0"/>
          <w:smallCaps w:val="0"/>
          <w:strike w:val="0"/>
          <w:sz w:val="20"/>
          <w:u w:val="single"/>
        </w:rPr>
        <w: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