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Alignment problem is inevitable but solved by trial and error innovation.</w:t>
      </w:r>
    </w:p>
    <w:p>
      <w:pPr>
        <w:spacing w:after="8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u w:val="single"/>
        </w:rPr>
        <w:t xml:space="preserve">The </w:t>
      </w:r>
      <w:r>
        <w:rPr>
          <w:b/>
          <w:i w:val="0"/>
          <w:smallCaps w:val="0"/>
          <w:strike w:val="0"/>
          <w:sz w:val="20"/>
          <w:u w:val="single"/>
        </w:rPr>
        <w:t>alignment problem</w:t>
      </w:r>
      <w:r>
        <w:rPr>
          <w:b w:val="0"/>
          <w:i w:val="0"/>
          <w:smallCaps w:val="0"/>
          <w:strike w:val="0"/>
          <w:sz w:val="16"/>
          <w:u w:val="none"/>
        </w:rPr>
        <w:t xml:space="preserve"> literature starts by making a plausible case that </w:t>
      </w:r>
      <w:r>
        <w:rPr>
          <w:b w:val="0"/>
          <w:i w:val="0"/>
          <w:smallCaps w:val="0"/>
          <w:strike w:val="0"/>
          <w:sz w:val="20"/>
          <w:u w:val="single"/>
        </w:rPr>
        <w:t xml:space="preserve">there can be </w:t>
      </w:r>
      <w:r>
        <w:rPr>
          <w:b/>
          <w:i w:val="0"/>
          <w:smallCaps w:val="0"/>
          <w:strike w:val="0"/>
          <w:sz w:val="20"/>
          <w:u w:val="single"/>
        </w:rPr>
        <w:t>gaps</w:t>
      </w:r>
      <w:r>
        <w:rPr>
          <w:b w:val="0"/>
          <w:i w:val="0"/>
          <w:smallCaps w:val="0"/>
          <w:strike w:val="0"/>
          <w:sz w:val="20"/>
          <w:u w:val="single"/>
        </w:rPr>
        <w:t xml:space="preserve"> between the </w:t>
      </w:r>
      <w:r>
        <w:rPr>
          <w:b/>
          <w:i w:val="0"/>
          <w:smallCaps w:val="0"/>
          <w:strike w:val="0"/>
          <w:sz w:val="20"/>
          <w:u w:val="single"/>
        </w:rPr>
        <w:t>objectives</w:t>
      </w:r>
      <w:r>
        <w:rPr>
          <w:b w:val="0"/>
          <w:i w:val="0"/>
          <w:smallCaps w:val="0"/>
          <w:strike w:val="0"/>
          <w:sz w:val="20"/>
          <w:u w:val="single"/>
        </w:rPr>
        <w:t xml:space="preserve"> that humans </w:t>
      </w:r>
      <w:r>
        <w:rPr>
          <w:b/>
          <w:i w:val="0"/>
          <w:smallCaps w:val="0"/>
          <w:strike w:val="0"/>
          <w:sz w:val="20"/>
          <w:u w:val="single"/>
        </w:rPr>
        <w:t>hope</w:t>
      </w:r>
      <w:r>
        <w:rPr>
          <w:b w:val="0"/>
          <w:i w:val="0"/>
          <w:smallCaps w:val="0"/>
          <w:strike w:val="0"/>
          <w:sz w:val="20"/>
          <w:u w:val="single"/>
        </w:rPr>
        <w:t xml:space="preserve"> to reinforce with their AI models and training, and the </w:t>
      </w:r>
      <w:r>
        <w:rPr>
          <w:b/>
          <w:i w:val="0"/>
          <w:smallCaps w:val="0"/>
          <w:strike w:val="0"/>
          <w:sz w:val="20"/>
          <w:u w:val="single"/>
        </w:rPr>
        <w:t>actual behavior</w:t>
      </w:r>
      <w:r>
        <w:rPr>
          <w:b w:val="0"/>
          <w:i w:val="0"/>
          <w:smallCaps w:val="0"/>
          <w:strike w:val="0"/>
          <w:sz w:val="20"/>
          <w:u w:val="single"/>
        </w:rPr>
        <w:t xml:space="preserve"> the machine learns. This moderately interesting fact</w:t>
      </w:r>
      <w:r>
        <w:rPr>
          <w:b w:val="0"/>
          <w:i w:val="0"/>
          <w:smallCaps w:val="0"/>
          <w:strike w:val="0"/>
          <w:sz w:val="16"/>
          <w:u w:val="none"/>
        </w:rPr>
        <w:t xml:space="preserve"> about AI models </w:t>
      </w:r>
      <w:r>
        <w:rPr>
          <w:b w:val="0"/>
          <w:i w:val="0"/>
          <w:smallCaps w:val="0"/>
          <w:strike w:val="0"/>
          <w:sz w:val="20"/>
          <w:u w:val="single"/>
        </w:rPr>
        <w:t xml:space="preserve">is then twisted into two </w:t>
      </w:r>
      <w:r>
        <w:rPr>
          <w:b/>
          <w:i w:val="0"/>
          <w:smallCaps w:val="0"/>
          <w:strike w:val="0"/>
          <w:sz w:val="20"/>
          <w:u w:val="single"/>
        </w:rPr>
        <w:t>unwarranted conclusions</w:t>
      </w:r>
      <w:r>
        <w:rPr>
          <w:b w:val="0"/>
          <w:i w:val="0"/>
          <w:smallCaps w:val="0"/>
          <w:strike w:val="0"/>
          <w:sz w:val="20"/>
          <w:u w:val="single"/>
        </w:rPr>
        <w:t xml:space="preserve">: 1) that these gaps will </w:t>
      </w:r>
      <w:r>
        <w:rPr>
          <w:b/>
          <w:i w:val="0"/>
          <w:smallCaps w:val="0"/>
          <w:strike w:val="0"/>
          <w:sz w:val="20"/>
          <w:u w:val="single"/>
        </w:rPr>
        <w:t>progressively enlarge</w:t>
      </w:r>
      <w:r>
        <w:rPr>
          <w:b w:val="0"/>
          <w:i w:val="0"/>
          <w:smallCaps w:val="0"/>
          <w:strike w:val="0"/>
          <w:sz w:val="20"/>
          <w:u w:val="single"/>
        </w:rPr>
        <w:t xml:space="preserve"> until the machine develops internally defined objectives that are unrelated to the objectives programmed by their trainers, and 2) that humans will </w:t>
      </w:r>
      <w:r>
        <w:rPr>
          <w:b/>
          <w:i w:val="0"/>
          <w:smallCaps w:val="0"/>
          <w:strike w:val="0"/>
          <w:sz w:val="20"/>
          <w:u w:val="single"/>
        </w:rPr>
        <w:t>not notice</w:t>
      </w:r>
      <w:r>
        <w:rPr>
          <w:b w:val="0"/>
          <w:i w:val="0"/>
          <w:smallCaps w:val="0"/>
          <w:strike w:val="0"/>
          <w:sz w:val="20"/>
          <w:u w:val="single"/>
        </w:rPr>
        <w:t xml:space="preserve"> these gaps and/or will be unable to correct them. </w:t>
      </w:r>
    </w:p>
    <w:p>
      <w:pPr>
        <w:spacing w:after="60"/>
      </w:pPr>
      <w:r>
        <w:rPr>
          <w:b w:val="0"/>
          <w:i w:val="0"/>
          <w:smallCaps w:val="0"/>
          <w:strike w:val="0"/>
          <w:sz w:val="16"/>
          <w:u w:val="none"/>
        </w:rPr>
        <w:t>Because of their unfamiliarity</w:t>
      </w:r>
      <w:r>
        <w:rPr>
          <w:b w:val="0"/>
          <w:i w:val="0"/>
          <w:smallCaps w:val="0"/>
          <w:strike w:val="0"/>
          <w:sz w:val="16"/>
          <w:u w:val="none"/>
        </w:rPr>
        <w:t xml:space="preserve"> with social studies, </w:t>
      </w:r>
      <w:r>
        <w:rPr>
          <w:b w:val="0"/>
          <w:i w:val="0"/>
          <w:smallCaps w:val="0"/>
          <w:strike w:val="0"/>
          <w:sz w:val="20"/>
          <w:u w:val="single"/>
        </w:rPr>
        <w:t xml:space="preserve">AI doomers in computer science fail to realize that </w:t>
      </w:r>
      <w:r>
        <w:rPr>
          <w:b w:val="0"/>
          <w:i w:val="0"/>
          <w:smallCaps w:val="0"/>
          <w:strike w:val="0"/>
          <w:sz w:val="20"/>
          <w:highlight w:val="cyan"/>
          <w:u w:val="single"/>
        </w:rPr>
        <w:t xml:space="preserve">an </w:t>
      </w:r>
      <w:r>
        <w:rPr>
          <w:b/>
          <w:i w:val="0"/>
          <w:smallCaps w:val="0"/>
          <w:strike w:val="0"/>
          <w:sz w:val="20"/>
          <w:highlight w:val="cyan"/>
          <w:u w:val="single"/>
        </w:rPr>
        <w:t>alignment problem</w:t>
      </w:r>
      <w:r>
        <w:rPr>
          <w:b w:val="0"/>
          <w:i w:val="0"/>
          <w:smallCaps w:val="0"/>
          <w:strike w:val="0"/>
          <w:sz w:val="20"/>
          <w:highlight w:val="cyan"/>
          <w:u w:val="single"/>
        </w:rPr>
        <w:t xml:space="preserve"> is </w:t>
      </w:r>
      <w:r>
        <w:rPr>
          <w:b/>
          <w:i w:val="0"/>
          <w:smallCaps w:val="0"/>
          <w:strike w:val="0"/>
          <w:sz w:val="20"/>
          <w:highlight w:val="cyan"/>
          <w:u w:val="single"/>
        </w:rPr>
        <w:t>not unique</w:t>
      </w:r>
      <w:r>
        <w:rPr>
          <w:b w:val="0"/>
          <w:i w:val="0"/>
          <w:smallCaps w:val="0"/>
          <w:strike w:val="0"/>
          <w:sz w:val="20"/>
          <w:highlight w:val="cyan"/>
          <w:u w:val="single"/>
        </w:rPr>
        <w:t xml:space="preserve"> to AI</w:t>
      </w:r>
      <w:r>
        <w:rPr>
          <w:b w:val="0"/>
          <w:i w:val="0"/>
          <w:smallCaps w:val="0"/>
          <w:strike w:val="0"/>
          <w:sz w:val="20"/>
          <w:u w:val="single"/>
        </w:rPr>
        <w:t xml:space="preserve"> training. </w:t>
      </w:r>
      <w:r>
        <w:rPr>
          <w:b w:val="0"/>
          <w:i w:val="0"/>
          <w:smallCaps w:val="0"/>
          <w:strike w:val="0"/>
          <w:sz w:val="20"/>
          <w:highlight w:val="cyan"/>
          <w:u w:val="single"/>
        </w:rPr>
        <w:t>Similar uncertainties</w:t>
      </w:r>
      <w:r>
        <w:rPr>
          <w:b w:val="0"/>
          <w:i w:val="0"/>
          <w:smallCaps w:val="0"/>
          <w:strike w:val="0"/>
          <w:sz w:val="20"/>
          <w:u w:val="single"/>
        </w:rPr>
        <w:t xml:space="preserve"> and misspecifications </w:t>
      </w:r>
      <w:r>
        <w:rPr>
          <w:b w:val="0"/>
          <w:i w:val="0"/>
          <w:smallCaps w:val="0"/>
          <w:strike w:val="0"/>
          <w:sz w:val="20"/>
          <w:highlight w:val="cyan"/>
          <w:u w:val="single"/>
        </w:rPr>
        <w:t>characterize</w:t>
      </w:r>
      <w:r>
        <w:rPr>
          <w:b w:val="0"/>
          <w:i w:val="0"/>
          <w:smallCaps w:val="0"/>
          <w:strike w:val="0"/>
          <w:sz w:val="20"/>
          <w:u w:val="single"/>
        </w:rPr>
        <w:t xml:space="preserve"> all </w:t>
      </w:r>
      <w:r>
        <w:rPr>
          <w:b/>
          <w:i w:val="0"/>
          <w:smallCaps w:val="0"/>
          <w:strike w:val="0"/>
          <w:sz w:val="20"/>
          <w:highlight w:val="cyan"/>
          <w:u w:val="single"/>
        </w:rPr>
        <w:t>education</w:t>
      </w:r>
      <w:r>
        <w:rPr>
          <w:b w:val="0"/>
          <w:i w:val="0"/>
          <w:smallCaps w:val="0"/>
          <w:strike w:val="0"/>
          <w:sz w:val="20"/>
          <w:highlight w:val="cyan"/>
          <w:u w:val="single"/>
        </w:rPr>
        <w:t xml:space="preserve">, </w:t>
      </w:r>
      <w:r>
        <w:rPr>
          <w:b/>
          <w:i w:val="0"/>
          <w:smallCaps w:val="0"/>
          <w:strike w:val="0"/>
          <w:sz w:val="20"/>
          <w:highlight w:val="cyan"/>
          <w:u w:val="single"/>
        </w:rPr>
        <w:t>legislation</w:t>
      </w:r>
      <w:r>
        <w:rPr>
          <w:b w:val="0"/>
          <w:i w:val="0"/>
          <w:smallCaps w:val="0"/>
          <w:strike w:val="0"/>
          <w:sz w:val="20"/>
          <w:u w:val="single"/>
        </w:rPr>
        <w:t xml:space="preserve">, and </w:t>
      </w:r>
      <w:r>
        <w:rPr>
          <w:b/>
          <w:i w:val="0"/>
          <w:smallCaps w:val="0"/>
          <w:strike w:val="0"/>
          <w:sz w:val="20"/>
          <w:u w:val="single"/>
        </w:rPr>
        <w:t>contract negotiations</w:t>
      </w:r>
      <w:r>
        <w:rPr>
          <w:b w:val="0"/>
          <w:i w:val="0"/>
          <w:smallCaps w:val="0"/>
          <w:strike w:val="0"/>
          <w:sz w:val="16"/>
          <w:u w:val="none"/>
        </w:rPr>
        <w:t xml:space="preserve">. We may think we are training children to behave in a certain way in schools and families, but they may draw different conclusions and behave very differently.8 We may think that a law structures human behavior in ways that the government wants, but there are often unintended or even perverse effects as humans, who really are intelligent and autonomous agents, find ways to exploit the new rules. We may think that a contract sets out an agreement that satisfies both parties, but contingencies and problems may arise that are not clearly covered by the contract.9 </w:t>
      </w:r>
      <w:r>
        <w:rPr>
          <w:b w:val="0"/>
          <w:i w:val="0"/>
          <w:smallCaps w:val="0"/>
          <w:strike w:val="0"/>
          <w:sz w:val="20"/>
          <w:u w:val="single"/>
        </w:rPr>
        <w:t xml:space="preserve">An alignment problem exists in </w:t>
      </w:r>
      <w:r>
        <w:rPr>
          <w:b/>
          <w:i w:val="0"/>
          <w:smallCaps w:val="0"/>
          <w:strike w:val="0"/>
          <w:sz w:val="20"/>
          <w:u w:val="single"/>
        </w:rPr>
        <w:t>all forms</w:t>
      </w:r>
      <w:r>
        <w:rPr>
          <w:b w:val="0"/>
          <w:i w:val="0"/>
          <w:smallCaps w:val="0"/>
          <w:strike w:val="0"/>
          <w:sz w:val="20"/>
          <w:u w:val="single"/>
        </w:rPr>
        <w:t xml:space="preserve"> of human-human and machine-human </w:t>
      </w:r>
      <w:r>
        <w:rPr>
          <w:b/>
          <w:i w:val="0"/>
          <w:smallCaps w:val="0"/>
          <w:strike w:val="0"/>
          <w:sz w:val="20"/>
          <w:u w:val="single"/>
        </w:rPr>
        <w:t>interactions</w:t>
      </w:r>
      <w:r>
        <w:rPr>
          <w:b w:val="0"/>
          <w:i w:val="0"/>
          <w:smallCaps w:val="0"/>
          <w:strike w:val="0"/>
          <w:sz w:val="20"/>
          <w:u w:val="single"/>
        </w:rPr>
        <w:t xml:space="preserve">, because </w:t>
      </w:r>
      <w:r>
        <w:rPr>
          <w:b w:val="0"/>
          <w:i w:val="0"/>
          <w:smallCaps w:val="0"/>
          <w:strike w:val="0"/>
          <w:sz w:val="20"/>
          <w:highlight w:val="cyan"/>
          <w:u w:val="single"/>
        </w:rPr>
        <w:t xml:space="preserve">humans cannot always specify with </w:t>
      </w:r>
      <w:r>
        <w:rPr>
          <w:b/>
          <w:i w:val="0"/>
          <w:smallCaps w:val="0"/>
          <w:strike w:val="0"/>
          <w:sz w:val="20"/>
          <w:highlight w:val="cyan"/>
          <w:u w:val="single"/>
        </w:rPr>
        <w:t>perfect clarity</w:t>
      </w:r>
      <w:r>
        <w:rPr>
          <w:b w:val="0"/>
          <w:i w:val="0"/>
          <w:smallCaps w:val="0"/>
          <w:strike w:val="0"/>
          <w:sz w:val="20"/>
          <w:highlight w:val="cyan"/>
          <w:u w:val="single"/>
        </w:rPr>
        <w:t xml:space="preserve"> the objectives they want an external party</w:t>
      </w:r>
      <w:r>
        <w:rPr>
          <w:b w:val="0"/>
          <w:i w:val="0"/>
          <w:smallCaps w:val="0"/>
          <w:strike w:val="0"/>
          <w:sz w:val="20"/>
          <w:u w:val="single"/>
        </w:rPr>
        <w:t xml:space="preserve">, whether human or machine, </w:t>
      </w:r>
      <w:r>
        <w:rPr>
          <w:b w:val="0"/>
          <w:i w:val="0"/>
          <w:smallCaps w:val="0"/>
          <w:strike w:val="0"/>
          <w:sz w:val="20"/>
          <w:highlight w:val="cyan"/>
          <w:u w:val="single"/>
        </w:rPr>
        <w:t>to pursue</w:t>
      </w:r>
      <w:r>
        <w:rPr>
          <w:b w:val="0"/>
          <w:i w:val="0"/>
          <w:smallCaps w:val="0"/>
          <w:strike w:val="0"/>
          <w:sz w:val="20"/>
          <w:u w:val="single"/>
        </w:rPr>
        <w:t xml:space="preserve">. Generally, </w:t>
      </w:r>
      <w:r>
        <w:rPr>
          <w:b w:val="0"/>
          <w:i w:val="0"/>
          <w:smallCaps w:val="0"/>
          <w:strike w:val="0"/>
          <w:sz w:val="20"/>
          <w:highlight w:val="cyan"/>
          <w:u w:val="single"/>
        </w:rPr>
        <w:t>we overcome this</w:t>
      </w:r>
      <w:r>
        <w:rPr>
          <w:b w:val="0"/>
          <w:i w:val="0"/>
          <w:smallCaps w:val="0"/>
          <w:strike w:val="0"/>
          <w:sz w:val="20"/>
          <w:u w:val="single"/>
        </w:rPr>
        <w:t xml:space="preserve"> problem through ongoing adjustments based </w:t>
      </w:r>
      <w:r>
        <w:rPr>
          <w:b w:val="0"/>
          <w:i w:val="0"/>
          <w:smallCaps w:val="0"/>
          <w:strike w:val="0"/>
          <w:sz w:val="20"/>
          <w:highlight w:val="cyan"/>
          <w:u w:val="single"/>
        </w:rPr>
        <w:t xml:space="preserve">on </w:t>
      </w:r>
      <w:r>
        <w:rPr>
          <w:b/>
          <w:i w:val="0"/>
          <w:smallCaps w:val="0"/>
          <w:strike w:val="0"/>
          <w:sz w:val="20"/>
          <w:highlight w:val="cyan"/>
          <w:u w:val="single"/>
        </w:rPr>
        <w:t>trial and error</w:t>
      </w:r>
      <w:r>
        <w:rPr>
          <w:b w:val="0"/>
          <w:i w:val="0"/>
          <w:smallCaps w:val="0"/>
          <w:strike w:val="0"/>
          <w:sz w:val="20"/>
          <w:u w:val="single"/>
        </w:rPr>
        <w:t>, theory and learning; i.e., through deviation</w:t>
      </w:r>
      <w:r>
        <w:rPr>
          <w:b w:val="0"/>
          <w:i w:val="0"/>
          <w:smallCaps w:val="0"/>
          <w:strike w:val="0"/>
          <w:sz w:val="20"/>
          <w:u w:val="single"/>
        </w:rPr>
        <w:t>-r</w:t>
      </w:r>
      <w:r>
        <w:rPr>
          <w:b w:val="0"/>
          <w:i w:val="0"/>
          <w:smallCaps w:val="0"/>
          <w:strike w:val="0"/>
          <w:sz w:val="20"/>
          <w:u w:val="single"/>
        </w:rPr>
        <w:t xml:space="preserve">educing </w:t>
      </w:r>
      <w:r>
        <w:rPr>
          <w:b/>
          <w:i w:val="0"/>
          <w:smallCaps w:val="0"/>
          <w:strike w:val="0"/>
          <w:sz w:val="20"/>
          <w:u w:val="single"/>
        </w:rPr>
        <w:t>feedback</w:t>
      </w:r>
      <w:r>
        <w:rPr>
          <w:b w:val="0"/>
          <w:i w:val="0"/>
          <w:smallCaps w:val="0"/>
          <w:strike w:val="0"/>
          <w:sz w:val="20"/>
          <w:u w:val="single"/>
        </w:rPr>
        <w:t xml:space="preserve">. We also address it through </w:t>
      </w:r>
      <w:r>
        <w:rPr>
          <w:b/>
          <w:i w:val="0"/>
          <w:smallCaps w:val="0"/>
          <w:strike w:val="0"/>
          <w:sz w:val="20"/>
          <w:u w:val="single"/>
        </w:rPr>
        <w:t>institutionalization</w:t>
      </w:r>
      <w:r>
        <w:rPr>
          <w:b w:val="0"/>
          <w:i w:val="0"/>
          <w:smallCaps w:val="0"/>
          <w:strike w:val="0"/>
          <w:sz w:val="20"/>
          <w:u w:val="single"/>
        </w:rPr>
        <w:t xml:space="preserve"> – by adopting </w:t>
      </w:r>
      <w:r>
        <w:rPr>
          <w:b/>
          <w:i w:val="0"/>
          <w:smallCaps w:val="0"/>
          <w:strike w:val="0"/>
          <w:sz w:val="20"/>
          <w:u w:val="single"/>
        </w:rPr>
        <w:t>rules</w:t>
      </w:r>
      <w:r>
        <w:rPr>
          <w:b w:val="0"/>
          <w:i w:val="0"/>
          <w:smallCaps w:val="0"/>
          <w:strike w:val="0"/>
          <w:sz w:val="20"/>
          <w:u w:val="single"/>
        </w:rPr>
        <w:t xml:space="preserve"> and </w:t>
      </w:r>
      <w:r>
        <w:rPr>
          <w:b/>
          <w:i w:val="0"/>
          <w:smallCaps w:val="0"/>
          <w:strike w:val="0"/>
          <w:sz w:val="20"/>
          <w:u w:val="single"/>
        </w:rPr>
        <w:t>conventions</w:t>
      </w:r>
      <w:r>
        <w:rPr>
          <w:b w:val="0"/>
          <w:i w:val="0"/>
          <w:smallCaps w:val="0"/>
          <w:strike w:val="0"/>
          <w:sz w:val="20"/>
          <w:u w:val="single"/>
        </w:rPr>
        <w:t xml:space="preserve"> designed to narrow the gap between expectations and behavior.</w:t>
      </w:r>
    </w:p>
    <w:p>
      <w:pPr>
        <w:spacing w:after="60"/>
      </w:pPr>
      <w:r>
        <w:rPr>
          <w:b w:val="0"/>
          <w:i w:val="0"/>
          <w:smallCaps w:val="0"/>
          <w:strike w:val="0"/>
          <w:sz w:val="20"/>
          <w:highlight w:val="cyan"/>
          <w:u w:val="single"/>
        </w:rPr>
        <w:t>To move</w:t>
      </w:r>
      <w:r>
        <w:rPr>
          <w:b w:val="0"/>
          <w:i w:val="0"/>
          <w:smallCaps w:val="0"/>
          <w:strike w:val="0"/>
          <w:sz w:val="20"/>
          <w:u w:val="single"/>
        </w:rPr>
        <w:t xml:space="preserve"> from a garden variety alignment gap </w:t>
      </w:r>
      <w:r>
        <w:rPr>
          <w:b w:val="0"/>
          <w:i w:val="0"/>
          <w:smallCaps w:val="0"/>
          <w:strike w:val="0"/>
          <w:sz w:val="20"/>
          <w:highlight w:val="cyan"/>
          <w:u w:val="single"/>
        </w:rPr>
        <w:t xml:space="preserve">to an </w:t>
      </w:r>
      <w:r>
        <w:rPr>
          <w:b/>
          <w:i w:val="0"/>
          <w:smallCaps w:val="0"/>
          <w:strike w:val="0"/>
          <w:sz w:val="20"/>
          <w:highlight w:val="cyan"/>
          <w:u w:val="single"/>
        </w:rPr>
        <w:t>existential threat</w:t>
      </w:r>
      <w:r>
        <w:rPr>
          <w:b w:val="0"/>
          <w:i w:val="0"/>
          <w:smallCaps w:val="0"/>
          <w:strike w:val="0"/>
          <w:sz w:val="20"/>
          <w:highlight w:val="cyan"/>
          <w:u w:val="single"/>
        </w:rPr>
        <w:t xml:space="preserve"> to humanity</w:t>
      </w:r>
      <w:r>
        <w:rPr>
          <w:b w:val="0"/>
          <w:i w:val="0"/>
          <w:smallCaps w:val="0"/>
          <w:strike w:val="0"/>
          <w:sz w:val="20"/>
          <w:u w:val="single"/>
        </w:rPr>
        <w:t xml:space="preserve">, the </w:t>
      </w:r>
      <w:r>
        <w:rPr>
          <w:b w:val="0"/>
          <w:i w:val="0"/>
          <w:smallCaps w:val="0"/>
          <w:strike w:val="0"/>
          <w:sz w:val="20"/>
          <w:highlight w:val="cyan"/>
          <w:u w:val="single"/>
        </w:rPr>
        <w:t>doomer</w:t>
      </w:r>
      <w:r>
        <w:rPr>
          <w:b w:val="0"/>
          <w:i w:val="0"/>
          <w:smallCaps w:val="0"/>
          <w:strike w:val="0"/>
          <w:sz w:val="20"/>
          <w:u w:val="single"/>
        </w:rPr>
        <w:t xml:space="preserve"> Computer </w:t>
      </w:r>
      <w:r>
        <w:rPr>
          <w:b w:val="0"/>
          <w:i w:val="0"/>
          <w:smallCaps w:val="0"/>
          <w:strike w:val="0"/>
          <w:sz w:val="20"/>
          <w:highlight w:val="cyan"/>
          <w:u w:val="single"/>
        </w:rPr>
        <w:t xml:space="preserve">Scientists must argue that </w:t>
      </w:r>
      <w:r>
        <w:rPr>
          <w:b/>
          <w:i w:val="0"/>
          <w:smallCaps w:val="0"/>
          <w:strike w:val="0"/>
          <w:sz w:val="20"/>
          <w:highlight w:val="cyan"/>
          <w:u w:val="single"/>
        </w:rPr>
        <w:t>minor</w:t>
      </w:r>
      <w:r>
        <w:rPr>
          <w:b w:val="0"/>
          <w:i w:val="0"/>
          <w:smallCaps w:val="0"/>
          <w:strike w:val="0"/>
          <w:sz w:val="20"/>
          <w:highlight w:val="cyan"/>
          <w:u w:val="single"/>
        </w:rPr>
        <w:t xml:space="preserve"> deviations</w:t>
      </w:r>
      <w:r>
        <w:rPr>
          <w:b w:val="0"/>
          <w:i w:val="0"/>
          <w:smallCaps w:val="0"/>
          <w:strike w:val="0"/>
          <w:sz w:val="20"/>
          <w:u w:val="single"/>
        </w:rPr>
        <w:t xml:space="preserve"> between the intentions of human designers and the reward and training structures of the machines </w:t>
      </w:r>
      <w:r>
        <w:rPr>
          <w:b w:val="0"/>
          <w:i w:val="0"/>
          <w:smallCaps w:val="0"/>
          <w:strike w:val="0"/>
          <w:sz w:val="20"/>
          <w:highlight w:val="cyan"/>
          <w:u w:val="single"/>
        </w:rPr>
        <w:t xml:space="preserve">will be </w:t>
      </w:r>
      <w:r>
        <w:rPr>
          <w:b/>
          <w:i w:val="0"/>
          <w:smallCaps w:val="0"/>
          <w:strike w:val="0"/>
          <w:sz w:val="20"/>
          <w:highlight w:val="cyan"/>
          <w:u w:val="single"/>
        </w:rPr>
        <w:t>progressively amplified</w:t>
      </w:r>
      <w:r>
        <w:rPr>
          <w:b w:val="0"/>
          <w:i w:val="0"/>
          <w:smallCaps w:val="0"/>
          <w:strike w:val="0"/>
          <w:sz w:val="20"/>
          <w:highlight w:val="cyan"/>
          <w:u w:val="single"/>
        </w:rPr>
        <w:t xml:space="preserve"> until the machine(s) </w:t>
      </w:r>
      <w:r>
        <w:rPr>
          <w:b/>
          <w:i w:val="0"/>
          <w:smallCaps w:val="0"/>
          <w:strike w:val="0"/>
          <w:sz w:val="20"/>
          <w:highlight w:val="cyan"/>
          <w:u w:val="single"/>
        </w:rPr>
        <w:t>pursue objectives</w:t>
      </w:r>
      <w:r>
        <w:rPr>
          <w:b w:val="0"/>
          <w:i w:val="0"/>
          <w:smallCaps w:val="0"/>
          <w:strike w:val="0"/>
          <w:sz w:val="20"/>
          <w:highlight w:val="cyan"/>
          <w:u w:val="single"/>
        </w:rPr>
        <w:t xml:space="preserve"> that humans have </w:t>
      </w:r>
      <w:r>
        <w:rPr>
          <w:b/>
          <w:i w:val="0"/>
          <w:smallCaps w:val="0"/>
          <w:strike w:val="0"/>
          <w:sz w:val="20"/>
          <w:highlight w:val="cyan"/>
          <w:u w:val="single"/>
        </w:rPr>
        <w:t>not given</w:t>
      </w:r>
      <w:r>
        <w:rPr>
          <w:b w:val="0"/>
          <w:i w:val="0"/>
          <w:smallCaps w:val="0"/>
          <w:strike w:val="0"/>
          <w:sz w:val="20"/>
          <w:highlight w:val="cyan"/>
          <w:u w:val="single"/>
        </w:rPr>
        <w:t xml:space="preserve"> them</w:t>
      </w:r>
      <w:r>
        <w:rPr>
          <w:b w:val="0"/>
          <w:i w:val="0"/>
          <w:smallCaps w:val="0"/>
          <w:strike w:val="0"/>
          <w:sz w:val="20"/>
          <w:u w:val="single"/>
        </w:rPr>
        <w:t xml:space="preserve"> and </w:t>
      </w:r>
      <w:r>
        <w:rPr>
          <w:b/>
          <w:i w:val="0"/>
          <w:smallCaps w:val="0"/>
          <w:strike w:val="0"/>
          <w:sz w:val="20"/>
          <w:u w:val="single"/>
        </w:rPr>
        <w:t>do not want</w:t>
      </w:r>
      <w:r>
        <w:rPr>
          <w:b w:val="0"/>
          <w:i w:val="0"/>
          <w:smallCaps w:val="0"/>
          <w:strike w:val="0"/>
          <w:sz w:val="20"/>
          <w:u w:val="single"/>
        </w:rPr>
        <w:t xml:space="preserve">. </w:t>
      </w:r>
      <w:r>
        <w:rPr>
          <w:b w:val="0"/>
          <w:i w:val="0"/>
          <w:smallCaps w:val="0"/>
          <w:strike w:val="0"/>
          <w:sz w:val="20"/>
          <w:highlight w:val="cyan"/>
          <w:u w:val="single"/>
        </w:rPr>
        <w:t xml:space="preserve">They must also assume that humans </w:t>
      </w:r>
      <w:r>
        <w:rPr>
          <w:b/>
          <w:i w:val="0"/>
          <w:smallCaps w:val="0"/>
          <w:strike w:val="0"/>
          <w:sz w:val="20"/>
          <w:highlight w:val="cyan"/>
          <w:u w:val="single"/>
        </w:rPr>
        <w:t>cannot intervene</w:t>
      </w:r>
      <w:r>
        <w:rPr>
          <w:b w:val="0"/>
          <w:i w:val="0"/>
          <w:smallCaps w:val="0"/>
          <w:strike w:val="0"/>
          <w:sz w:val="20"/>
          <w:highlight w:val="cyan"/>
          <w:u w:val="single"/>
        </w:rPr>
        <w:t xml:space="preserve"> in this</w:t>
      </w:r>
      <w:r>
        <w:rPr>
          <w:b w:val="0"/>
          <w:i w:val="0"/>
          <w:smallCaps w:val="0"/>
          <w:strike w:val="0"/>
          <w:sz w:val="20"/>
          <w:u w:val="single"/>
        </w:rPr>
        <w:t xml:space="preserve"> process </w:t>
      </w:r>
      <w:r>
        <w:rPr>
          <w:b w:val="0"/>
          <w:i w:val="0"/>
          <w:smallCaps w:val="0"/>
          <w:strike w:val="0"/>
          <w:sz w:val="20"/>
          <w:highlight w:val="cyan"/>
          <w:u w:val="single"/>
        </w:rPr>
        <w:t>to correct those deviations</w:t>
      </w:r>
      <w:r>
        <w:rPr>
          <w:b w:val="0"/>
          <w:i w:val="0"/>
          <w:smallCaps w:val="0"/>
          <w:strike w:val="0"/>
          <w:sz w:val="20"/>
          <w:u w:val="single"/>
        </w:rPr>
        <w:t xml:space="preserve"> - the amplification must continue </w:t>
      </w:r>
      <w:r>
        <w:rPr>
          <w:b/>
          <w:i w:val="0"/>
          <w:smallCaps w:val="0"/>
          <w:strike w:val="0"/>
          <w:sz w:val="20"/>
          <w:u w:val="single"/>
        </w:rPr>
        <w:t>uninterrupted</w:t>
      </w:r>
      <w:r>
        <w:rPr>
          <w:b w:val="0"/>
          <w:i w:val="0"/>
          <w:smallCaps w:val="0"/>
          <w:strike w:val="0"/>
          <w:sz w:val="20"/>
          <w:u w:val="single"/>
        </w:rPr>
        <w:t xml:space="preserve"> until it takes a dangerous turn.</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