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AGI </w:t>
      </w:r>
      <w:r>
        <w:rPr>
          <w:b/>
          <w:i w:val="0"/>
          <w:smallCaps w:val="0"/>
          <w:strike w:val="0"/>
          <w:sz w:val="24"/>
          <w:u w:val="single"/>
        </w:rPr>
        <w:t>physically cannot</w:t>
      </w:r>
      <w:r>
        <w:rPr>
          <w:b/>
          <w:i w:val="0"/>
          <w:smallCaps w:val="0"/>
          <w:strike w:val="0"/>
          <w:sz w:val="24"/>
          <w:u w:val="none"/>
        </w:rPr>
        <w:t xml:space="preserve"> overpower </w:t>
      </w:r>
      <w:r>
        <w:rPr>
          <w:b/>
          <w:i w:val="0"/>
          <w:smallCaps w:val="0"/>
          <w:strike w:val="0"/>
          <w:sz w:val="24"/>
          <w:u w:val="single"/>
        </w:rPr>
        <w:t>human</w:t>
      </w:r>
      <w:r>
        <w:rPr>
          <w:b/>
          <w:i w:val="0"/>
          <w:smallCaps w:val="0"/>
          <w:strike w:val="0"/>
          <w:sz w:val="24"/>
          <w:u w:val="none"/>
        </w:rPr>
        <w:t xml:space="preserve"> constraints---their evidence is not </w:t>
      </w:r>
      <w:r>
        <w:rPr>
          <w:b/>
          <w:i w:val="0"/>
          <w:smallCaps w:val="0"/>
          <w:strike w:val="0"/>
          <w:sz w:val="24"/>
          <w:u w:val="single"/>
        </w:rPr>
        <w:t>science</w:t>
      </w:r>
      <w:r>
        <w:rPr>
          <w:b/>
          <w:i w:val="0"/>
          <w:smallCaps w:val="0"/>
          <w:strike w:val="0"/>
          <w:sz w:val="24"/>
          <w:u w:val="none"/>
        </w:rPr>
        <w:t xml:space="preserve"> but a </w:t>
      </w:r>
      <w:r>
        <w:rPr>
          <w:b/>
          <w:i w:val="0"/>
          <w:smallCaps w:val="0"/>
          <w:strike w:val="0"/>
          <w:sz w:val="24"/>
          <w:u w:val="single"/>
        </w:rPr>
        <w:t>creation myth</w:t>
      </w:r>
      <w:r>
        <w:rPr>
          <w:b/>
          <w:i w:val="0"/>
          <w:smallCaps w:val="0"/>
          <w:strike w:val="0"/>
          <w:sz w:val="24"/>
          <w:u w:val="none"/>
        </w:rPr>
        <w:t>.</w:t>
      </w:r>
    </w:p>
    <w:p>
      <w:pPr>
        <w:spacing w:after="8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highlight w:val="cyan"/>
          <w:u w:val="single"/>
        </w:rPr>
        <w:t>If an AGI is going to win</w:t>
      </w:r>
      <w:r>
        <w:rPr>
          <w:b w:val="0"/>
          <w:i w:val="0"/>
          <w:smallCaps w:val="0"/>
          <w:strike w:val="0"/>
          <w:sz w:val="20"/>
          <w:u w:val="single"/>
        </w:rPr>
        <w:t xml:space="preserve"> a fight with humans </w:t>
      </w:r>
      <w:r>
        <w:rPr>
          <w:b w:val="0"/>
          <w:i w:val="0"/>
          <w:smallCaps w:val="0"/>
          <w:strike w:val="0"/>
          <w:sz w:val="20"/>
          <w:highlight w:val="cyan"/>
          <w:u w:val="single"/>
        </w:rPr>
        <w:t xml:space="preserve">over the </w:t>
      </w:r>
      <w:r>
        <w:rPr>
          <w:b/>
          <w:i w:val="0"/>
          <w:smallCaps w:val="0"/>
          <w:strike w:val="0"/>
          <w:sz w:val="20"/>
          <w:highlight w:val="cyan"/>
          <w:u w:val="single"/>
        </w:rPr>
        <w:t>off switch</w:t>
      </w:r>
      <w:r>
        <w:rPr>
          <w:b w:val="0"/>
          <w:i w:val="0"/>
          <w:smallCaps w:val="0"/>
          <w:strike w:val="0"/>
          <w:sz w:val="20"/>
          <w:highlight w:val="cyan"/>
          <w:u w:val="single"/>
        </w:rPr>
        <w:t xml:space="preserve">, it must have </w:t>
      </w:r>
      <w:r>
        <w:rPr>
          <w:b/>
          <w:i w:val="0"/>
          <w:smallCaps w:val="0"/>
          <w:strike w:val="0"/>
          <w:sz w:val="20"/>
          <w:highlight w:val="cyan"/>
          <w:u w:val="single"/>
        </w:rPr>
        <w:t>effectors</w:t>
      </w:r>
      <w:r>
        <w:rPr>
          <w:b w:val="0"/>
          <w:i w:val="0"/>
          <w:smallCaps w:val="0"/>
          <w:strike w:val="0"/>
          <w:sz w:val="20"/>
          <w:u w:val="single"/>
        </w:rPr>
        <w:t>. An effector</w:t>
      </w:r>
      <w:r>
        <w:rPr>
          <w:b w:val="0"/>
          <w:i w:val="0"/>
          <w:smallCaps w:val="0"/>
          <w:strike w:val="0"/>
          <w:sz w:val="16"/>
          <w:u w:val="none"/>
        </w:rPr>
        <w:t xml:space="preserve"> in cybernetics </w:t>
      </w:r>
      <w:r>
        <w:rPr>
          <w:b w:val="0"/>
          <w:i w:val="0"/>
          <w:smallCaps w:val="0"/>
          <w:strike w:val="0"/>
          <w:sz w:val="20"/>
          <w:u w:val="single"/>
        </w:rPr>
        <w:t xml:space="preserve">is a mechanism capable of </w:t>
      </w:r>
      <w:r>
        <w:rPr>
          <w:b/>
          <w:i w:val="0"/>
          <w:smallCaps w:val="0"/>
          <w:strike w:val="0"/>
          <w:sz w:val="20"/>
          <w:u w:val="single"/>
        </w:rPr>
        <w:t>acting</w:t>
      </w:r>
      <w:r>
        <w:rPr>
          <w:b w:val="0"/>
          <w:i w:val="0"/>
          <w:smallCaps w:val="0"/>
          <w:strike w:val="0"/>
          <w:sz w:val="20"/>
          <w:u w:val="single"/>
        </w:rPr>
        <w:t xml:space="preserve"> on the physical world in response to </w:t>
      </w:r>
      <w:r>
        <w:rPr>
          <w:b/>
          <w:i w:val="0"/>
          <w:smallCaps w:val="0"/>
          <w:strike w:val="0"/>
          <w:sz w:val="20"/>
          <w:u w:val="single"/>
        </w:rPr>
        <w:t>instructions</w:t>
      </w:r>
      <w:r>
        <w:rPr>
          <w:b w:val="0"/>
          <w:i w:val="0"/>
          <w:smallCaps w:val="0"/>
          <w:strike w:val="0"/>
          <w:sz w:val="20"/>
          <w:u w:val="single"/>
        </w:rPr>
        <w:t xml:space="preserve"> from a </w:t>
      </w:r>
      <w:r>
        <w:rPr>
          <w:b/>
          <w:i w:val="0"/>
          <w:smallCaps w:val="0"/>
          <w:strike w:val="0"/>
          <w:sz w:val="20"/>
          <w:u w:val="single"/>
        </w:rPr>
        <w:t>controller</w:t>
      </w:r>
      <w:r>
        <w:rPr>
          <w:b w:val="0"/>
          <w:i w:val="0"/>
          <w:smallCaps w:val="0"/>
          <w:strike w:val="0"/>
          <w:sz w:val="20"/>
          <w:u w:val="single"/>
        </w:rPr>
        <w:t xml:space="preserve">. </w:t>
      </w:r>
      <w:r>
        <w:rPr>
          <w:b w:val="0"/>
          <w:i w:val="0"/>
          <w:smallCaps w:val="0"/>
          <w:strike w:val="0"/>
          <w:sz w:val="20"/>
          <w:highlight w:val="cyan"/>
          <w:u w:val="single"/>
        </w:rPr>
        <w:t xml:space="preserve">An AGI capable of </w:t>
      </w:r>
      <w:r>
        <w:rPr>
          <w:b/>
          <w:i w:val="0"/>
          <w:smallCaps w:val="0"/>
          <w:strike w:val="0"/>
          <w:sz w:val="20"/>
          <w:highlight w:val="cyan"/>
          <w:u w:val="single"/>
        </w:rPr>
        <w:t>threatening humans</w:t>
      </w:r>
      <w:r>
        <w:rPr>
          <w:b w:val="0"/>
          <w:i w:val="0"/>
          <w:smallCaps w:val="0"/>
          <w:strike w:val="0"/>
          <w:sz w:val="20"/>
          <w:highlight w:val="cyan"/>
          <w:u w:val="single"/>
        </w:rPr>
        <w:t xml:space="preserve"> with </w:t>
      </w:r>
      <w:r>
        <w:rPr>
          <w:b/>
          <w:i w:val="0"/>
          <w:smallCaps w:val="0"/>
          <w:strike w:val="0"/>
          <w:sz w:val="20"/>
          <w:highlight w:val="cyan"/>
          <w:u w:val="single"/>
        </w:rPr>
        <w:t>extinction</w:t>
      </w:r>
      <w:r>
        <w:rPr>
          <w:b w:val="0"/>
          <w:i w:val="0"/>
          <w:smallCaps w:val="0"/>
          <w:strike w:val="0"/>
          <w:sz w:val="20"/>
          <w:u w:val="single"/>
        </w:rPr>
        <w:t xml:space="preserve"> must be capable of much more than </w:t>
      </w:r>
      <w:r>
        <w:rPr>
          <w:b/>
          <w:i w:val="0"/>
          <w:smallCaps w:val="0"/>
          <w:strike w:val="0"/>
          <w:sz w:val="20"/>
          <w:u w:val="single"/>
        </w:rPr>
        <w:t>calculation</w:t>
      </w:r>
      <w:r>
        <w:rPr>
          <w:b w:val="0"/>
          <w:i w:val="0"/>
          <w:smallCaps w:val="0"/>
          <w:strike w:val="0"/>
          <w:sz w:val="20"/>
          <w:u w:val="single"/>
        </w:rPr>
        <w:t xml:space="preserve">, information processing and messaging. It </w:t>
      </w:r>
      <w:r>
        <w:rPr>
          <w:b w:val="0"/>
          <w:i w:val="0"/>
          <w:smallCaps w:val="0"/>
          <w:strike w:val="0"/>
          <w:sz w:val="20"/>
          <w:highlight w:val="cyan"/>
          <w:u w:val="single"/>
        </w:rPr>
        <w:t xml:space="preserve">must be a </w:t>
      </w:r>
      <w:r>
        <w:rPr>
          <w:b/>
          <w:i w:val="0"/>
          <w:smallCaps w:val="0"/>
          <w:strike w:val="0"/>
          <w:sz w:val="20"/>
          <w:highlight w:val="cyan"/>
          <w:u w:val="single"/>
        </w:rPr>
        <w:t>cyber-physical system</w:t>
      </w:r>
      <w:r>
        <w:rPr>
          <w:b w:val="0"/>
          <w:i w:val="0"/>
          <w:smallCaps w:val="0"/>
          <w:strike w:val="0"/>
          <w:sz w:val="16"/>
          <w:u w:val="none"/>
        </w:rPr>
        <w:t xml:space="preserve"> (CPS) </w:t>
      </w:r>
      <w:r>
        <w:rPr>
          <w:b w:val="0"/>
          <w:i w:val="0"/>
          <w:smallCaps w:val="0"/>
          <w:strike w:val="0"/>
          <w:sz w:val="20"/>
          <w:highlight w:val="cyan"/>
          <w:u w:val="single"/>
        </w:rPr>
        <w:t>with physical</w:t>
      </w:r>
      <w:r>
        <w:rPr>
          <w:b w:val="0"/>
          <w:i w:val="0"/>
          <w:smallCaps w:val="0"/>
          <w:strike w:val="0"/>
          <w:sz w:val="20"/>
          <w:u w:val="single"/>
        </w:rPr>
        <w:t xml:space="preserve"> appendages or </w:t>
      </w:r>
      <w:r>
        <w:rPr>
          <w:b/>
          <w:i w:val="0"/>
          <w:smallCaps w:val="0"/>
          <w:strike w:val="0"/>
          <w:sz w:val="20"/>
          <w:highlight w:val="cyan"/>
          <w:u w:val="single"/>
        </w:rPr>
        <w:t>weapons</w:t>
      </w:r>
      <w:r>
        <w:rPr>
          <w:b w:val="0"/>
          <w:i w:val="0"/>
          <w:smallCaps w:val="0"/>
          <w:strike w:val="0"/>
          <w:sz w:val="20"/>
          <w:u w:val="single"/>
        </w:rPr>
        <w:t xml:space="preserve">, and </w:t>
      </w:r>
      <w:r>
        <w:rPr>
          <w:b/>
          <w:i w:val="0"/>
          <w:smallCaps w:val="0"/>
          <w:strike w:val="0"/>
          <w:sz w:val="20"/>
          <w:u w:val="single"/>
        </w:rPr>
        <w:t>sufficient energy</w:t>
      </w:r>
      <w:r>
        <w:rPr>
          <w:b/>
          <w:i w:val="0"/>
          <w:smallCaps w:val="0"/>
          <w:strike w:val="0"/>
          <w:sz w:val="20"/>
          <w:u w:val="single"/>
        </w:rPr>
        <w:t xml:space="preserve"> resources</w:t>
      </w:r>
      <w:r>
        <w:rPr>
          <w:b w:val="0"/>
          <w:i w:val="0"/>
          <w:smallCaps w:val="0"/>
          <w:strike w:val="0"/>
          <w:sz w:val="20"/>
          <w:u w:val="single"/>
        </w:rPr>
        <w:t xml:space="preserve"> </w:t>
      </w:r>
      <w:r>
        <w:rPr>
          <w:b w:val="0"/>
          <w:i w:val="0"/>
          <w:smallCaps w:val="0"/>
          <w:strike w:val="0"/>
          <w:sz w:val="20"/>
          <w:u w:val="single"/>
        </w:rPr>
        <w:t>to operate</w:t>
      </w:r>
      <w:r>
        <w:rPr>
          <w:b w:val="0"/>
          <w:i w:val="0"/>
          <w:smallCaps w:val="0"/>
          <w:strike w:val="0"/>
          <w:sz w:val="20"/>
          <w:u w:val="single"/>
        </w:rPr>
        <w:t xml:space="preserve"> them. To pose a credible threat to </w:t>
      </w:r>
      <w:r>
        <w:rPr>
          <w:b/>
          <w:i w:val="0"/>
          <w:smallCaps w:val="0"/>
          <w:strike w:val="0"/>
          <w:sz w:val="20"/>
          <w:u w:val="single"/>
        </w:rPr>
        <w:t>all of humanity</w:t>
      </w:r>
      <w:r>
        <w:rPr>
          <w:b w:val="0"/>
          <w:i w:val="0"/>
          <w:smallCaps w:val="0"/>
          <w:strike w:val="0"/>
          <w:sz w:val="16"/>
          <w:u w:val="none"/>
        </w:rPr>
        <w:t xml:space="preserve">, in fact, </w:t>
      </w:r>
      <w:r>
        <w:rPr>
          <w:b w:val="0"/>
          <w:i w:val="0"/>
          <w:smallCaps w:val="0"/>
          <w:strike w:val="0"/>
          <w:sz w:val="20"/>
          <w:u w:val="single"/>
        </w:rPr>
        <w:t xml:space="preserve">an autonomous AGI </w:t>
      </w:r>
      <w:r>
        <w:rPr>
          <w:b/>
          <w:i w:val="0"/>
          <w:smallCaps w:val="0"/>
          <w:strike w:val="0"/>
          <w:sz w:val="20"/>
          <w:u w:val="single"/>
        </w:rPr>
        <w:t>cannot</w:t>
      </w:r>
      <w:r>
        <w:rPr>
          <w:b w:val="0"/>
          <w:i w:val="0"/>
          <w:smallCaps w:val="0"/>
          <w:strike w:val="0"/>
          <w:sz w:val="20"/>
          <w:u w:val="single"/>
        </w:rPr>
        <w:t xml:space="preserve"> just be a </w:t>
      </w:r>
      <w:r>
        <w:rPr>
          <w:b/>
          <w:i w:val="0"/>
          <w:smallCaps w:val="0"/>
          <w:strike w:val="0"/>
          <w:sz w:val="20"/>
          <w:u w:val="single"/>
        </w:rPr>
        <w:t>single</w:t>
      </w:r>
      <w:r>
        <w:rPr>
          <w:b w:val="0"/>
          <w:i w:val="0"/>
          <w:smallCaps w:val="0"/>
          <w:strike w:val="0"/>
          <w:sz w:val="20"/>
          <w:u w:val="single"/>
        </w:rPr>
        <w:t xml:space="preserve">, </w:t>
      </w:r>
      <w:r>
        <w:rPr>
          <w:b/>
          <w:i w:val="0"/>
          <w:smallCaps w:val="0"/>
          <w:strike w:val="0"/>
          <w:sz w:val="20"/>
          <w:u w:val="single"/>
        </w:rPr>
        <w:t>isolated CPS</w:t>
      </w:r>
      <w:r>
        <w:rPr>
          <w:b w:val="0"/>
          <w:i w:val="0"/>
          <w:smallCaps w:val="0"/>
          <w:strike w:val="0"/>
          <w:sz w:val="16"/>
          <w:u w:val="none"/>
        </w:rPr>
        <w:t xml:space="preserve"> like a Reaper drone. </w:t>
      </w:r>
      <w:r>
        <w:rPr>
          <w:b w:val="0"/>
          <w:i w:val="0"/>
          <w:smallCaps w:val="0"/>
          <w:strike w:val="0"/>
          <w:sz w:val="20"/>
          <w:u w:val="single"/>
        </w:rPr>
        <w:t xml:space="preserve">Its physical effector systems </w:t>
      </w:r>
      <w:r>
        <w:rPr>
          <w:b w:val="0"/>
          <w:i w:val="0"/>
          <w:smallCaps w:val="0"/>
          <w:strike w:val="0"/>
          <w:sz w:val="20"/>
          <w:u w:val="single"/>
        </w:rPr>
        <w:t xml:space="preserve">would require </w:t>
      </w:r>
      <w:r>
        <w:rPr>
          <w:b/>
          <w:i w:val="0"/>
          <w:smallCaps w:val="0"/>
          <w:strike w:val="0"/>
          <w:sz w:val="20"/>
          <w:highlight w:val="cyan"/>
          <w:u w:val="single"/>
        </w:rPr>
        <w:t>massive scale</w:t>
      </w:r>
      <w:r>
        <w:rPr>
          <w:b w:val="0"/>
          <w:i w:val="0"/>
          <w:smallCaps w:val="0"/>
          <w:strike w:val="0"/>
          <w:sz w:val="20"/>
          <w:u w:val="single"/>
        </w:rPr>
        <w:t xml:space="preserve">, huge force multipliers, almost </w:t>
      </w:r>
      <w:r>
        <w:rPr>
          <w:b/>
          <w:i w:val="0"/>
          <w:smallCaps w:val="0"/>
          <w:strike w:val="0"/>
          <w:sz w:val="20"/>
          <w:highlight w:val="cyan"/>
          <w:u w:val="single"/>
        </w:rPr>
        <w:t>unlimited physical inputs</w:t>
      </w:r>
      <w:r>
        <w:rPr>
          <w:b w:val="0"/>
          <w:i w:val="0"/>
          <w:smallCaps w:val="0"/>
          <w:strike w:val="0"/>
          <w:sz w:val="20"/>
          <w:highlight w:val="cyan"/>
          <w:u w:val="single"/>
        </w:rPr>
        <w:t>, and control of</w:t>
      </w:r>
      <w:r>
        <w:rPr>
          <w:b w:val="0"/>
          <w:i w:val="0"/>
          <w:smallCaps w:val="0"/>
          <w:strike w:val="0"/>
          <w:sz w:val="20"/>
          <w:u w:val="single"/>
        </w:rPr>
        <w:t xml:space="preserve"> the </w:t>
      </w:r>
      <w:r>
        <w:rPr>
          <w:b w:val="0"/>
          <w:i w:val="0"/>
          <w:smallCaps w:val="0"/>
          <w:strike w:val="0"/>
          <w:sz w:val="20"/>
          <w:highlight w:val="cyan"/>
          <w:u w:val="single"/>
        </w:rPr>
        <w:t>many social systems</w:t>
      </w:r>
      <w:r>
        <w:rPr>
          <w:b w:val="0"/>
          <w:i w:val="0"/>
          <w:smallCaps w:val="0"/>
          <w:strike w:val="0"/>
          <w:sz w:val="20"/>
          <w:u w:val="single"/>
        </w:rPr>
        <w:t xml:space="preserve"> (money, power sources, weapons, communications) required to deliver the required inputs and impose its will</w:t>
      </w:r>
      <w:r>
        <w:rPr>
          <w:b w:val="0"/>
          <w:i w:val="0"/>
          <w:smallCaps w:val="0"/>
          <w:strike w:val="0"/>
          <w:sz w:val="16"/>
          <w:u w:val="none"/>
        </w:rPr>
        <w:t>.</w:t>
      </w:r>
    </w:p>
    <w:p>
      <w:pPr>
        <w:spacing w:after="60"/>
      </w:pPr>
      <w:r>
        <w:rPr>
          <w:b w:val="0"/>
          <w:i w:val="0"/>
          <w:smallCaps w:val="0"/>
          <w:strike w:val="0"/>
          <w:sz w:val="20"/>
          <w:u w:val="single"/>
        </w:rPr>
        <w:t xml:space="preserve">Here we find the deepest flaw in the AGI autonomy argument. Even supposing that one or more machines managed to generate </w:t>
      </w:r>
      <w:r>
        <w:rPr>
          <w:b/>
          <w:i w:val="0"/>
          <w:smallCaps w:val="0"/>
          <w:strike w:val="0"/>
          <w:sz w:val="20"/>
          <w:u w:val="single"/>
        </w:rPr>
        <w:t>internally developed</w:t>
      </w:r>
      <w:r>
        <w:rPr>
          <w:b w:val="0"/>
          <w:i w:val="0"/>
          <w:smallCaps w:val="0"/>
          <w:strike w:val="0"/>
          <w:sz w:val="20"/>
          <w:u w:val="single"/>
        </w:rPr>
        <w:t xml:space="preserve"> goals </w:t>
      </w:r>
      <w:r>
        <w:rPr>
          <w:b/>
          <w:i w:val="0"/>
          <w:smallCaps w:val="0"/>
          <w:strike w:val="0"/>
          <w:sz w:val="20"/>
          <w:u w:val="single"/>
        </w:rPr>
        <w:t>not controlled</w:t>
      </w:r>
      <w:r>
        <w:rPr>
          <w:b w:val="0"/>
          <w:i w:val="0"/>
          <w:smallCaps w:val="0"/>
          <w:strike w:val="0"/>
          <w:sz w:val="20"/>
          <w:u w:val="single"/>
        </w:rPr>
        <w:t xml:space="preserve"> by humans, </w:t>
      </w:r>
      <w:r>
        <w:rPr>
          <w:b w:val="0"/>
          <w:i w:val="0"/>
          <w:smallCaps w:val="0"/>
          <w:strike w:val="0"/>
          <w:sz w:val="20"/>
          <w:highlight w:val="cyan"/>
          <w:u w:val="single"/>
        </w:rPr>
        <w:t>the existential threat imaginary must</w:t>
      </w:r>
      <w:r>
        <w:rPr>
          <w:b w:val="0"/>
          <w:i w:val="0"/>
          <w:smallCaps w:val="0"/>
          <w:strike w:val="0"/>
          <w:sz w:val="20"/>
          <w:u w:val="single"/>
        </w:rPr>
        <w:t xml:space="preserve"> go on to </w:t>
      </w:r>
      <w:r>
        <w:rPr>
          <w:b w:val="0"/>
          <w:i w:val="0"/>
          <w:smallCaps w:val="0"/>
          <w:strike w:val="0"/>
          <w:sz w:val="20"/>
          <w:highlight w:val="cyan"/>
          <w:u w:val="single"/>
        </w:rPr>
        <w:t>assume</w:t>
      </w:r>
      <w:r>
        <w:rPr>
          <w:b w:val="0"/>
          <w:i w:val="0"/>
          <w:smallCaps w:val="0"/>
          <w:strike w:val="0"/>
          <w:sz w:val="20"/>
          <w:u w:val="single"/>
        </w:rPr>
        <w:t xml:space="preserve"> that the </w:t>
      </w:r>
      <w:r>
        <w:rPr>
          <w:b w:val="0"/>
          <w:i w:val="0"/>
          <w:smallCaps w:val="0"/>
          <w:strike w:val="0"/>
          <w:sz w:val="20"/>
          <w:highlight w:val="cyan"/>
          <w:u w:val="single"/>
        </w:rPr>
        <w:t>AGI is</w:t>
      </w:r>
      <w:r>
        <w:rPr>
          <w:b w:val="0"/>
          <w:i w:val="0"/>
          <w:smallCaps w:val="0"/>
          <w:strike w:val="0"/>
          <w:sz w:val="20"/>
          <w:u w:val="single"/>
        </w:rPr>
        <w:t xml:space="preserve"> </w:t>
      </w:r>
      <w:r>
        <w:rPr>
          <w:b/>
          <w:i w:val="0"/>
          <w:smallCaps w:val="0"/>
          <w:strike w:val="0"/>
          <w:sz w:val="20"/>
          <w:u w:val="single"/>
        </w:rPr>
        <w:t>ultra-powerful</w:t>
      </w:r>
      <w:r>
        <w:rPr>
          <w:b w:val="0"/>
          <w:i w:val="0"/>
          <w:smallCaps w:val="0"/>
          <w:strike w:val="0"/>
          <w:sz w:val="20"/>
          <w:u w:val="single"/>
        </w:rPr>
        <w:t xml:space="preserve"> and </w:t>
      </w:r>
      <w:r>
        <w:rPr>
          <w:b/>
          <w:i w:val="0"/>
          <w:smallCaps w:val="0"/>
          <w:strike w:val="0"/>
          <w:sz w:val="20"/>
          <w:highlight w:val="cyan"/>
          <w:u w:val="single"/>
        </w:rPr>
        <w:t>unchecked</w:t>
      </w:r>
      <w:r>
        <w:rPr>
          <w:b w:val="0"/>
          <w:i w:val="0"/>
          <w:smallCaps w:val="0"/>
          <w:strike w:val="0"/>
          <w:sz w:val="20"/>
          <w:highlight w:val="cyan"/>
          <w:u w:val="single"/>
        </w:rPr>
        <w:t xml:space="preserve"> by</w:t>
      </w:r>
      <w:r>
        <w:rPr>
          <w:b w:val="0"/>
          <w:i w:val="0"/>
          <w:smallCaps w:val="0"/>
          <w:strike w:val="0"/>
          <w:sz w:val="20"/>
          <w:u w:val="single"/>
        </w:rPr>
        <w:t xml:space="preserve"> any social and </w:t>
      </w:r>
      <w:r>
        <w:rPr>
          <w:b w:val="0"/>
          <w:i w:val="0"/>
          <w:smallCaps w:val="0"/>
          <w:strike w:val="0"/>
          <w:sz w:val="20"/>
          <w:highlight w:val="cyan"/>
          <w:u w:val="single"/>
        </w:rPr>
        <w:t>physical constraints</w:t>
      </w:r>
      <w:r>
        <w:rPr>
          <w:b w:val="0"/>
          <w:i w:val="0"/>
          <w:smallCaps w:val="0"/>
          <w:strike w:val="0"/>
          <w:sz w:val="20"/>
          <w:u w:val="single"/>
        </w:rPr>
        <w:t xml:space="preserve">. </w:t>
      </w:r>
      <w:r>
        <w:rPr>
          <w:b/>
          <w:i w:val="0"/>
          <w:smallCaps w:val="0"/>
          <w:strike w:val="0"/>
          <w:sz w:val="20"/>
          <w:u w:val="single"/>
        </w:rPr>
        <w:t>Super intelligence</w:t>
      </w:r>
      <w:r>
        <w:rPr>
          <w:b w:val="0"/>
          <w:i w:val="0"/>
          <w:smallCaps w:val="0"/>
          <w:strike w:val="0"/>
          <w:sz w:val="16"/>
          <w:u w:val="none"/>
        </w:rPr>
        <w:t xml:space="preserve"> somehow allows a digital information system to consume unlimited quantities of electrical power and other scarce resources to muscle out all its competitors. Its </w:t>
      </w:r>
      <w:r>
        <w:rPr>
          <w:b w:val="0"/>
          <w:i w:val="0"/>
          <w:smallCaps w:val="0"/>
          <w:strike w:val="0"/>
          <w:sz w:val="20"/>
          <w:u w:val="single"/>
        </w:rPr>
        <w:t xml:space="preserve">effectors are </w:t>
      </w:r>
      <w:r>
        <w:rPr>
          <w:b/>
          <w:i w:val="0"/>
          <w:smallCaps w:val="0"/>
          <w:strike w:val="0"/>
          <w:sz w:val="20"/>
          <w:u w:val="single"/>
        </w:rPr>
        <w:t>assumed</w:t>
      </w:r>
      <w:r>
        <w:rPr>
          <w:b w:val="0"/>
          <w:i w:val="0"/>
          <w:smallCaps w:val="0"/>
          <w:strike w:val="0"/>
          <w:sz w:val="20"/>
          <w:u w:val="single"/>
        </w:rPr>
        <w:t xml:space="preserve"> to have the power to </w:t>
      </w:r>
      <w:r>
        <w:rPr>
          <w:b/>
          <w:i w:val="0"/>
          <w:smallCaps w:val="0"/>
          <w:strike w:val="0"/>
          <w:sz w:val="20"/>
          <w:u w:val="single"/>
        </w:rPr>
        <w:t>prevent humans</w:t>
      </w:r>
      <w:r>
        <w:rPr>
          <w:b w:val="0"/>
          <w:i w:val="0"/>
          <w:smallCaps w:val="0"/>
          <w:strike w:val="0"/>
          <w:sz w:val="20"/>
          <w:u w:val="single"/>
        </w:rPr>
        <w:t xml:space="preserve"> – whether individuals or organized armies – from disconnecting its </w:t>
      </w:r>
      <w:r>
        <w:rPr>
          <w:b/>
          <w:i w:val="0"/>
          <w:smallCaps w:val="0"/>
          <w:strike w:val="0"/>
          <w:sz w:val="20"/>
          <w:u w:val="single"/>
        </w:rPr>
        <w:t>power source</w:t>
      </w:r>
      <w:r>
        <w:rPr>
          <w:b w:val="0"/>
          <w:i w:val="0"/>
          <w:smallCaps w:val="0"/>
          <w:strike w:val="0"/>
          <w:sz w:val="20"/>
          <w:u w:val="single"/>
        </w:rPr>
        <w:t xml:space="preserve">, turning it off, improving or </w:t>
      </w:r>
      <w:r>
        <w:rPr>
          <w:b/>
          <w:i w:val="0"/>
          <w:smallCaps w:val="0"/>
          <w:strike w:val="0"/>
          <w:sz w:val="20"/>
          <w:u w:val="single"/>
        </w:rPr>
        <w:t>correcting its algorithms</w:t>
      </w:r>
      <w:r>
        <w:rPr>
          <w:b w:val="0"/>
          <w:i w:val="0"/>
          <w:smallCaps w:val="0"/>
          <w:strike w:val="0"/>
          <w:sz w:val="20"/>
          <w:u w:val="single"/>
        </w:rPr>
        <w:t xml:space="preserve"> or utility functions, or </w:t>
      </w:r>
      <w:r>
        <w:rPr>
          <w:b/>
          <w:i w:val="0"/>
          <w:smallCaps w:val="0"/>
          <w:strike w:val="0"/>
          <w:sz w:val="20"/>
          <w:u w:val="single"/>
        </w:rPr>
        <w:t>destroying it</w:t>
      </w:r>
      <w:r>
        <w:rPr>
          <w:b w:val="0"/>
          <w:i w:val="0"/>
          <w:smallCaps w:val="0"/>
          <w:strike w:val="0"/>
          <w:sz w:val="20"/>
          <w:u w:val="single"/>
        </w:rPr>
        <w:t>. It can steal or pay for all the inputs it needs.</w:t>
      </w:r>
    </w:p>
    <w:p>
      <w:pPr>
        <w:spacing w:after="60"/>
      </w:pPr>
      <w:r>
        <w:rPr>
          <w:b w:val="0"/>
          <w:i w:val="0"/>
          <w:smallCaps w:val="0"/>
          <w:strike w:val="0"/>
          <w:sz w:val="20"/>
          <w:highlight w:val="cyan"/>
          <w:u w:val="single"/>
        </w:rPr>
        <w:t xml:space="preserve">No one </w:t>
      </w:r>
      <w:r>
        <w:rPr>
          <w:b/>
          <w:i w:val="0"/>
          <w:smallCaps w:val="0"/>
          <w:strike w:val="0"/>
          <w:sz w:val="20"/>
          <w:highlight w:val="cyan"/>
          <w:u w:val="single"/>
        </w:rPr>
        <w:t>ever</w:t>
      </w:r>
      <w:r>
        <w:rPr>
          <w:b w:val="0"/>
          <w:i w:val="0"/>
          <w:smallCaps w:val="0"/>
          <w:strike w:val="0"/>
          <w:sz w:val="20"/>
          <w:highlight w:val="cyan"/>
          <w:u w:val="single"/>
        </w:rPr>
        <w:t xml:space="preserve"> explains </w:t>
      </w:r>
      <w:r>
        <w:rPr>
          <w:b/>
          <w:i w:val="0"/>
          <w:smallCaps w:val="0"/>
          <w:strike w:val="0"/>
          <w:sz w:val="20"/>
          <w:highlight w:val="cyan"/>
          <w:u w:val="single"/>
        </w:rPr>
        <w:t>how</w:t>
      </w:r>
      <w:r>
        <w:rPr>
          <w:b w:val="0"/>
          <w:i w:val="0"/>
          <w:smallCaps w:val="0"/>
          <w:strike w:val="0"/>
          <w:sz w:val="20"/>
          <w:highlight w:val="cyan"/>
          <w:u w:val="single"/>
        </w:rPr>
        <w:t xml:space="preserve"> this could happen. They just assume that computing </w:t>
      </w:r>
      <w:r>
        <w:rPr>
          <w:b/>
          <w:i w:val="0"/>
          <w:smallCaps w:val="0"/>
          <w:strike w:val="0"/>
          <w:sz w:val="20"/>
          <w:highlight w:val="cyan"/>
          <w:u w:val="single"/>
        </w:rPr>
        <w:t>intelligence alone</w:t>
      </w:r>
      <w:r>
        <w:rPr>
          <w:b w:val="0"/>
          <w:i w:val="0"/>
          <w:smallCaps w:val="0"/>
          <w:strike w:val="0"/>
          <w:sz w:val="20"/>
          <w:highlight w:val="cyan"/>
          <w:u w:val="single"/>
        </w:rPr>
        <w:t xml:space="preserve"> enables the machine to overcome </w:t>
      </w:r>
      <w:r>
        <w:rPr>
          <w:b/>
          <w:i w:val="0"/>
          <w:smallCaps w:val="0"/>
          <w:strike w:val="0"/>
          <w:sz w:val="20"/>
          <w:highlight w:val="cyan"/>
          <w:u w:val="single"/>
        </w:rPr>
        <w:t>all external physical constraints</w:t>
      </w:r>
      <w:r>
        <w:rPr>
          <w:b w:val="0"/>
          <w:i w:val="0"/>
          <w:smallCaps w:val="0"/>
          <w:strike w:val="0"/>
          <w:sz w:val="20"/>
          <w:highlight w:val="cyan"/>
          <w:u w:val="single"/>
        </w:rPr>
        <w:t xml:space="preserve"> on </w:t>
      </w:r>
      <w:r>
        <w:rPr>
          <w:b/>
          <w:i w:val="0"/>
          <w:smallCaps w:val="0"/>
          <w:strike w:val="0"/>
          <w:sz w:val="20"/>
          <w:highlight w:val="cyan"/>
          <w:u w:val="single"/>
        </w:rPr>
        <w:t>whatever behaviors</w:t>
      </w:r>
      <w:r>
        <w:rPr>
          <w:b w:val="0"/>
          <w:i w:val="0"/>
          <w:smallCaps w:val="0"/>
          <w:strike w:val="0"/>
          <w:sz w:val="20"/>
          <w:highlight w:val="cyan"/>
          <w:u w:val="single"/>
        </w:rPr>
        <w:t xml:space="preserve"> it wishes to enact</w:t>
      </w:r>
      <w:r>
        <w:rPr>
          <w:b w:val="0"/>
          <w:i w:val="0"/>
          <w:smallCaps w:val="0"/>
          <w:strike w:val="0"/>
          <w:sz w:val="20"/>
          <w:u w:val="single"/>
        </w:rPr>
        <w:t>.</w:t>
      </w:r>
      <w:r>
        <w:rPr>
          <w:b w:val="0"/>
          <w:i w:val="0"/>
          <w:smallCaps w:val="0"/>
          <w:strike w:val="0"/>
          <w:sz w:val="16"/>
          <w:u w:val="none"/>
        </w:rPr>
        <w:t xml:space="preserve"> The simple off-switch game model starts by assuming that the machine has the power to prevent itself from being turned off (Wängberg, Böörs, et al, 2017), and then models whether its utility function would make it decide to allow that or not.</w:t>
      </w:r>
    </w:p>
    <w:p>
      <w:pPr>
        <w:spacing w:after="60"/>
      </w:pPr>
      <w:r>
        <w:rPr>
          <w:b w:val="0"/>
          <w:i w:val="0"/>
          <w:smallCaps w:val="0"/>
          <w:strike w:val="0"/>
          <w:sz w:val="16"/>
          <w:u w:val="none"/>
        </w:rPr>
        <w:t>We see this fallacy most clearly in Bostrom’s description of superintelligence. He attributes practically divine powers to it, saying, “</w:t>
      </w:r>
      <w:r>
        <w:rPr>
          <w:b w:val="0"/>
          <w:i w:val="0"/>
          <w:smallCaps w:val="0"/>
          <w:strike w:val="0"/>
          <w:sz w:val="20"/>
          <w:u w:val="single"/>
        </w:rPr>
        <w:t xml:space="preserve">It is </w:t>
      </w:r>
      <w:r>
        <w:rPr>
          <w:b/>
          <w:i w:val="0"/>
          <w:smallCaps w:val="0"/>
          <w:strike w:val="0"/>
          <w:sz w:val="20"/>
          <w:u w:val="single"/>
        </w:rPr>
        <w:t>hard</w:t>
      </w:r>
      <w:r>
        <w:rPr>
          <w:b w:val="0"/>
          <w:i w:val="0"/>
          <w:smallCaps w:val="0"/>
          <w:strike w:val="0"/>
          <w:sz w:val="20"/>
          <w:u w:val="single"/>
        </w:rPr>
        <w:t xml:space="preserve"> to think of any problem that a </w:t>
      </w:r>
      <w:r>
        <w:rPr>
          <w:b/>
          <w:i w:val="0"/>
          <w:smallCaps w:val="0"/>
          <w:strike w:val="0"/>
          <w:sz w:val="20"/>
          <w:u w:val="single"/>
        </w:rPr>
        <w:t>superintelligence</w:t>
      </w:r>
      <w:r>
        <w:rPr>
          <w:b w:val="0"/>
          <w:i w:val="0"/>
          <w:smallCaps w:val="0"/>
          <w:strike w:val="0"/>
          <w:sz w:val="20"/>
          <w:u w:val="single"/>
        </w:rPr>
        <w:t xml:space="preserve"> could not either solve or at least help us solve. Disease, poverty, environmental destruction, unnecessary suffering of all kinds: these are things that a superintelligence equipped with </w:t>
      </w:r>
      <w:r>
        <w:rPr>
          <w:b/>
          <w:i w:val="0"/>
          <w:smallCaps w:val="0"/>
          <w:strike w:val="0"/>
          <w:sz w:val="20"/>
          <w:u w:val="single"/>
        </w:rPr>
        <w:t>advanced nanotechnology</w:t>
      </w:r>
      <w:r>
        <w:rPr>
          <w:b w:val="0"/>
          <w:i w:val="0"/>
          <w:smallCaps w:val="0"/>
          <w:strike w:val="0"/>
          <w:sz w:val="20"/>
          <w:u w:val="single"/>
        </w:rPr>
        <w:t xml:space="preserve"> would be </w:t>
      </w:r>
      <w:r>
        <w:rPr>
          <w:b/>
          <w:i w:val="0"/>
          <w:smallCaps w:val="0"/>
          <w:strike w:val="0"/>
          <w:sz w:val="20"/>
          <w:u w:val="single"/>
        </w:rPr>
        <w:t>capable</w:t>
      </w:r>
      <w:r>
        <w:rPr>
          <w:b w:val="0"/>
          <w:i w:val="0"/>
          <w:smallCaps w:val="0"/>
          <w:strike w:val="0"/>
          <w:sz w:val="20"/>
          <w:u w:val="single"/>
        </w:rPr>
        <w:t xml:space="preserve"> of eliminating</w:t>
      </w:r>
      <w:r>
        <w:rPr>
          <w:b w:val="0"/>
          <w:i w:val="0"/>
          <w:smallCaps w:val="0"/>
          <w:strike w:val="0"/>
          <w:sz w:val="16"/>
          <w:u w:val="none"/>
        </w:rPr>
        <w:t xml:space="preserve">.” Note the idealist assumption that solving these problems requires only "intelligence;” it would not require the construction of physical equipment, enormous amounts of labor and energy, or large re-allocations of capital away from other purposes. A disembodied Mind could do it all. Look more closely, however, and we see that in an aside Bostrom slips in a reference to the AGI’s physicality – it is "equipped with advanced nanotechnology.” The idealist assumption is abandoned. Once again, </w:t>
      </w:r>
      <w:r>
        <w:rPr>
          <w:b w:val="0"/>
          <w:i w:val="0"/>
          <w:smallCaps w:val="0"/>
          <w:strike w:val="0"/>
          <w:sz w:val="20"/>
          <w:u w:val="single"/>
        </w:rPr>
        <w:t xml:space="preserve">the </w:t>
      </w:r>
      <w:r>
        <w:rPr>
          <w:b w:val="0"/>
          <w:i w:val="0"/>
          <w:smallCaps w:val="0"/>
          <w:strike w:val="0"/>
          <w:sz w:val="20"/>
          <w:highlight w:val="cyan"/>
          <w:u w:val="single"/>
        </w:rPr>
        <w:t xml:space="preserve">AGI </w:t>
      </w:r>
      <w:r>
        <w:rPr>
          <w:b/>
          <w:i w:val="0"/>
          <w:smallCaps w:val="0"/>
          <w:strike w:val="0"/>
          <w:sz w:val="20"/>
          <w:highlight w:val="cyan"/>
          <w:u w:val="single"/>
        </w:rPr>
        <w:t>acolytes</w:t>
      </w:r>
      <w:r>
        <w:rPr>
          <w:b w:val="0"/>
          <w:i w:val="0"/>
          <w:smallCaps w:val="0"/>
          <w:strike w:val="0"/>
          <w:sz w:val="20"/>
          <w:highlight w:val="cyan"/>
          <w:u w:val="single"/>
        </w:rPr>
        <w:t xml:space="preserve"> assume</w:t>
      </w:r>
      <w:r>
        <w:rPr>
          <w:b w:val="0"/>
          <w:i w:val="0"/>
          <w:smallCaps w:val="0"/>
          <w:strike w:val="0"/>
          <w:sz w:val="20"/>
          <w:u w:val="single"/>
        </w:rPr>
        <w:t xml:space="preserve"> </w:t>
      </w:r>
      <w:r>
        <w:rPr>
          <w:b/>
          <w:i w:val="0"/>
          <w:smallCaps w:val="0"/>
          <w:strike w:val="0"/>
          <w:sz w:val="20"/>
          <w:u w:val="single"/>
        </w:rPr>
        <w:t>away</w:t>
      </w:r>
      <w:r>
        <w:rPr>
          <w:b w:val="0"/>
          <w:i w:val="0"/>
          <w:smallCaps w:val="0"/>
          <w:strike w:val="0"/>
          <w:sz w:val="20"/>
          <w:u w:val="single"/>
        </w:rPr>
        <w:t xml:space="preserve"> the most significant problem – </w:t>
      </w:r>
      <w:r>
        <w:rPr>
          <w:b/>
          <w:i w:val="0"/>
          <w:smallCaps w:val="0"/>
          <w:strike w:val="0"/>
          <w:sz w:val="20"/>
          <w:u w:val="single"/>
        </w:rPr>
        <w:t>how</w:t>
      </w:r>
      <w:r>
        <w:rPr>
          <w:b w:val="0"/>
          <w:i w:val="0"/>
          <w:smallCaps w:val="0"/>
          <w:strike w:val="0"/>
          <w:sz w:val="20"/>
          <w:u w:val="single"/>
        </w:rPr>
        <w:t xml:space="preserve"> does it do that? - by saying that an AGI’s superpowers come from </w:t>
      </w:r>
      <w:r>
        <w:rPr>
          <w:b/>
          <w:i w:val="0"/>
          <w:smallCaps w:val="0"/>
          <w:strike w:val="0"/>
          <w:sz w:val="20"/>
          <w:u w:val="single"/>
        </w:rPr>
        <w:t>effectors</w:t>
      </w:r>
      <w:r>
        <w:rPr>
          <w:b w:val="0"/>
          <w:i w:val="0"/>
          <w:smallCaps w:val="0"/>
          <w:strike w:val="0"/>
          <w:sz w:val="20"/>
          <w:u w:val="single"/>
        </w:rPr>
        <w:t xml:space="preserve"> deploying </w:t>
      </w:r>
      <w:r>
        <w:rPr>
          <w:b/>
          <w:i w:val="0"/>
          <w:smallCaps w:val="0"/>
          <w:strike w:val="0"/>
          <w:sz w:val="20"/>
          <w:highlight w:val="cyan"/>
          <w:u w:val="single"/>
        </w:rPr>
        <w:t>advanced technologies</w:t>
      </w:r>
      <w:r>
        <w:rPr>
          <w:b w:val="0"/>
          <w:i w:val="0"/>
          <w:smallCaps w:val="0"/>
          <w:strike w:val="0"/>
          <w:sz w:val="20"/>
          <w:highlight w:val="cyan"/>
          <w:u w:val="single"/>
        </w:rPr>
        <w:t xml:space="preserve"> that </w:t>
      </w:r>
      <w:r>
        <w:rPr>
          <w:b/>
          <w:i w:val="0"/>
          <w:smallCaps w:val="0"/>
          <w:strike w:val="0"/>
          <w:sz w:val="20"/>
          <w:highlight w:val="cyan"/>
          <w:u w:val="single"/>
        </w:rPr>
        <w:t>do not exist yet</w:t>
      </w:r>
      <w:r>
        <w:rPr>
          <w:b w:val="0"/>
          <w:i w:val="0"/>
          <w:smallCaps w:val="0"/>
          <w:strike w:val="0"/>
          <w:sz w:val="20"/>
          <w:highlight w:val="cyan"/>
          <w:u w:val="single"/>
        </w:rPr>
        <w:t xml:space="preserve"> but will </w:t>
      </w:r>
      <w:r>
        <w:rPr>
          <w:b/>
          <w:i w:val="0"/>
          <w:smallCaps w:val="0"/>
          <w:strike w:val="0"/>
          <w:sz w:val="20"/>
          <w:highlight w:val="cyan"/>
          <w:u w:val="single"/>
        </w:rPr>
        <w:t>magically appear</w:t>
      </w:r>
      <w:r>
        <w:rPr>
          <w:b w:val="0"/>
          <w:i w:val="0"/>
          <w:smallCaps w:val="0"/>
          <w:strike w:val="0"/>
          <w:sz w:val="20"/>
          <w:u w:val="single"/>
        </w:rPr>
        <w:t xml:space="preserve"> once it arrives.</w:t>
      </w:r>
    </w:p>
    <w:p>
      <w:pPr>
        <w:spacing w:after="60"/>
      </w:pPr>
      <w:r>
        <w:rPr>
          <w:b w:val="0"/>
          <w:i w:val="0"/>
          <w:smallCaps w:val="0"/>
          <w:strike w:val="0"/>
          <w:sz w:val="16"/>
          <w:u w:val="none"/>
        </w:rPr>
        <w:t xml:space="preserve">Recall Bostrom’s previously mentioned climbdown from his notion of superintelligence: the concept "leaves open how the superintelligence is implemented...” And therein lies the rub. </w:t>
      </w:r>
      <w:r>
        <w:rPr>
          <w:b w:val="0"/>
          <w:i w:val="0"/>
          <w:smallCaps w:val="0"/>
          <w:strike w:val="0"/>
          <w:sz w:val="20"/>
          <w:u w:val="single"/>
        </w:rPr>
        <w:t xml:space="preserve">The risk of machine intelligence getting </w:t>
      </w:r>
      <w:r>
        <w:rPr>
          <w:b/>
          <w:i w:val="0"/>
          <w:smallCaps w:val="0"/>
          <w:strike w:val="0"/>
          <w:sz w:val="20"/>
          <w:u w:val="single"/>
        </w:rPr>
        <w:t>out of control</w:t>
      </w:r>
      <w:r>
        <w:rPr>
          <w:b w:val="0"/>
          <w:i w:val="0"/>
          <w:smallCaps w:val="0"/>
          <w:strike w:val="0"/>
          <w:sz w:val="20"/>
          <w:u w:val="single"/>
        </w:rPr>
        <w:t xml:space="preserve"> and threatening </w:t>
      </w:r>
      <w:r>
        <w:rPr>
          <w:b/>
          <w:i w:val="0"/>
          <w:smallCaps w:val="0"/>
          <w:strike w:val="0"/>
          <w:sz w:val="20"/>
          <w:u w:val="single"/>
        </w:rPr>
        <w:t>human society</w:t>
      </w:r>
      <w:r>
        <w:rPr>
          <w:b w:val="0"/>
          <w:i w:val="0"/>
          <w:smallCaps w:val="0"/>
          <w:strike w:val="0"/>
          <w:sz w:val="20"/>
          <w:u w:val="single"/>
        </w:rPr>
        <w:t xml:space="preserve"> cannot be </w:t>
      </w:r>
      <w:r>
        <w:rPr>
          <w:b/>
          <w:i w:val="0"/>
          <w:smallCaps w:val="0"/>
          <w:strike w:val="0"/>
          <w:sz w:val="20"/>
          <w:u w:val="single"/>
        </w:rPr>
        <w:t>assessed</w:t>
      </w:r>
      <w:r>
        <w:rPr>
          <w:b w:val="0"/>
          <w:i w:val="0"/>
          <w:smallCaps w:val="0"/>
          <w:strike w:val="0"/>
          <w:sz w:val="20"/>
          <w:u w:val="single"/>
        </w:rPr>
        <w:t xml:space="preserve"> without </w:t>
      </w:r>
      <w:r>
        <w:rPr>
          <w:b/>
          <w:i w:val="0"/>
          <w:smallCaps w:val="0"/>
          <w:strike w:val="0"/>
          <w:sz w:val="20"/>
          <w:u w:val="single"/>
        </w:rPr>
        <w:t>specifying</w:t>
      </w:r>
      <w:r>
        <w:rPr>
          <w:b w:val="0"/>
          <w:i w:val="0"/>
          <w:smallCaps w:val="0"/>
          <w:strike w:val="0"/>
          <w:sz w:val="20"/>
          <w:u w:val="single"/>
        </w:rPr>
        <w:t xml:space="preserve"> just that: how it is implemented, materially. Who built it? Who funds it? How are its components geographically distributed? What are its power sources? How is it physically connected to society’s communications, power and transport infrastructures? How many competing or countervailing agents exist, whether human or machine? </w:t>
      </w:r>
      <w:r>
        <w:rPr>
          <w:b/>
          <w:i w:val="0"/>
          <w:smallCaps w:val="0"/>
          <w:strike w:val="0"/>
          <w:sz w:val="20"/>
          <w:u w:val="single"/>
        </w:rPr>
        <w:t>All AGI doom scenarios ignore these questions</w:t>
      </w:r>
      <w:r>
        <w:rPr>
          <w:b w:val="0"/>
          <w:i w:val="0"/>
          <w:smallCaps w:val="0"/>
          <w:strike w:val="0"/>
          <w:sz w:val="16"/>
          <w:u w:val="none"/>
        </w:rPr>
        <w:t xml:space="preserve">.11 </w:t>
      </w:r>
    </w:p>
    <w:p>
      <w:pPr>
        <w:spacing w:after="60"/>
      </w:pPr>
      <w:r>
        <w:rPr>
          <w:b w:val="0"/>
          <w:i w:val="0"/>
          <w:smallCaps w:val="0"/>
          <w:strike w:val="0"/>
          <w:sz w:val="20"/>
          <w:u w:val="single"/>
        </w:rPr>
        <w:t>Now imagine humans struggling with an autonomous AGI that is damaging their world or seizing control of it</w:t>
      </w:r>
      <w:r>
        <w:rPr>
          <w:b w:val="0"/>
          <w:i w:val="0"/>
          <w:smallCaps w:val="0"/>
          <w:strike w:val="0"/>
          <w:sz w:val="16"/>
          <w:u w:val="none"/>
        </w:rPr>
        <w:t xml:space="preserve">. They are engaged in active combat with it. </w:t>
      </w:r>
      <w:r>
        <w:rPr>
          <w:b w:val="0"/>
          <w:i w:val="0"/>
          <w:smallCaps w:val="0"/>
          <w:strike w:val="0"/>
          <w:sz w:val="20"/>
          <w:u w:val="single"/>
        </w:rPr>
        <w:t>The AI doomers</w:t>
      </w:r>
      <w:r>
        <w:rPr>
          <w:b w:val="0"/>
          <w:i w:val="0"/>
          <w:smallCaps w:val="0"/>
          <w:strike w:val="0"/>
          <w:sz w:val="16"/>
          <w:u w:val="none"/>
        </w:rPr>
        <w:t xml:space="preserve"> are positing that humans will always lose. In short, they </w:t>
      </w:r>
      <w:r>
        <w:rPr>
          <w:b w:val="0"/>
          <w:i w:val="0"/>
          <w:smallCaps w:val="0"/>
          <w:strike w:val="0"/>
          <w:sz w:val="20"/>
          <w:u w:val="single"/>
        </w:rPr>
        <w:t xml:space="preserve">say an AGI will become an </w:t>
      </w:r>
      <w:r>
        <w:rPr>
          <w:b/>
          <w:i w:val="0"/>
          <w:smallCaps w:val="0"/>
          <w:strike w:val="0"/>
          <w:sz w:val="20"/>
          <w:u w:val="single"/>
        </w:rPr>
        <w:t>alternative life form</w:t>
      </w:r>
      <w:r>
        <w:rPr>
          <w:b w:val="0"/>
          <w:i w:val="0"/>
          <w:smallCaps w:val="0"/>
          <w:strike w:val="0"/>
          <w:sz w:val="20"/>
          <w:u w:val="single"/>
        </w:rPr>
        <w:t xml:space="preserve"> that pursues its own objectives, avoids its own death, replicates itself, and can successfully resist </w:t>
      </w:r>
      <w:r>
        <w:rPr>
          <w:b/>
          <w:i w:val="0"/>
          <w:smallCaps w:val="0"/>
          <w:strike w:val="0"/>
          <w:sz w:val="20"/>
          <w:u w:val="single"/>
        </w:rPr>
        <w:t>all efforts</w:t>
      </w:r>
      <w:r>
        <w:rPr>
          <w:b w:val="0"/>
          <w:i w:val="0"/>
          <w:smallCaps w:val="0"/>
          <w:strike w:val="0"/>
          <w:sz w:val="20"/>
          <w:u w:val="single"/>
        </w:rPr>
        <w:t xml:space="preserve"> by the planet's </w:t>
      </w:r>
      <w:r>
        <w:rPr>
          <w:b/>
          <w:i w:val="0"/>
          <w:smallCaps w:val="0"/>
          <w:strike w:val="0"/>
          <w:sz w:val="20"/>
          <w:u w:val="single"/>
        </w:rPr>
        <w:t>dominant life</w:t>
      </w:r>
      <w:r>
        <w:rPr>
          <w:b w:val="0"/>
          <w:i w:val="0"/>
          <w:smallCaps w:val="0"/>
          <w:strike w:val="0"/>
          <w:sz w:val="20"/>
          <w:u w:val="single"/>
        </w:rPr>
        <w:t xml:space="preserve"> form - </w:t>
      </w:r>
      <w:r>
        <w:rPr>
          <w:b/>
          <w:i w:val="0"/>
          <w:smallCaps w:val="0"/>
          <w:strike w:val="0"/>
          <w:sz w:val="20"/>
          <w:u w:val="single"/>
        </w:rPr>
        <w:t>humans</w:t>
      </w:r>
      <w:r>
        <w:rPr>
          <w:b w:val="0"/>
          <w:i w:val="0"/>
          <w:smallCaps w:val="0"/>
          <w:strike w:val="0"/>
          <w:sz w:val="20"/>
          <w:u w:val="single"/>
        </w:rPr>
        <w:t xml:space="preserve"> - to correct it or kill it</w:t>
      </w:r>
      <w:r>
        <w:rPr>
          <w:b w:val="0"/>
          <w:i w:val="0"/>
          <w:smallCaps w:val="0"/>
          <w:strike w:val="0"/>
          <w:sz w:val="16"/>
          <w:u w:val="none"/>
        </w:rPr>
        <w:t>.</w:t>
      </w:r>
    </w:p>
    <w:p>
      <w:pPr>
        <w:spacing w:after="60"/>
      </w:pPr>
      <w:r>
        <w:rPr>
          <w:b/>
          <w:i w:val="0"/>
          <w:smallCaps w:val="0"/>
          <w:strike w:val="0"/>
          <w:sz w:val="20"/>
          <w:highlight w:val="cyan"/>
          <w:u w:val="single"/>
        </w:rPr>
        <w:t>This is a creation myth, not science</w:t>
      </w:r>
      <w:r>
        <w:rPr>
          <w:b w:val="0"/>
          <w:i w:val="0"/>
          <w:smallCaps w:val="0"/>
          <w:strike w:val="0"/>
          <w:sz w:val="20"/>
          <w:highlight w:val="cyan"/>
          <w:u w:val="single"/>
        </w:rPr>
        <w:t>. No</w:t>
      </w:r>
      <w:r>
        <w:rPr>
          <w:b w:val="0"/>
          <w:i w:val="0"/>
          <w:smallCaps w:val="0"/>
          <w:strike w:val="0"/>
          <w:sz w:val="20"/>
          <w:u w:val="single"/>
        </w:rPr>
        <w:t xml:space="preserve"> operational </w:t>
      </w:r>
      <w:r>
        <w:rPr>
          <w:b/>
          <w:i w:val="0"/>
          <w:smallCaps w:val="0"/>
          <w:strike w:val="0"/>
          <w:sz w:val="20"/>
          <w:highlight w:val="cyan"/>
          <w:u w:val="single"/>
        </w:rPr>
        <w:t>system</w:t>
      </w:r>
      <w:r>
        <w:rPr>
          <w:b w:val="0"/>
          <w:i w:val="0"/>
          <w:smallCaps w:val="0"/>
          <w:strike w:val="0"/>
          <w:sz w:val="20"/>
          <w:u w:val="single"/>
        </w:rPr>
        <w:t xml:space="preserve">, no game theoretic </w:t>
      </w:r>
      <w:r>
        <w:rPr>
          <w:b/>
          <w:i w:val="0"/>
          <w:smallCaps w:val="0"/>
          <w:strike w:val="0"/>
          <w:sz w:val="20"/>
          <w:highlight w:val="cyan"/>
          <w:u w:val="single"/>
        </w:rPr>
        <w:t>model</w:t>
      </w:r>
      <w:r>
        <w:rPr>
          <w:b w:val="0"/>
          <w:i w:val="0"/>
          <w:smallCaps w:val="0"/>
          <w:strike w:val="0"/>
          <w:sz w:val="20"/>
          <w:u w:val="single"/>
        </w:rPr>
        <w:t xml:space="preserve">, no mathematical </w:t>
      </w:r>
      <w:r>
        <w:rPr>
          <w:b/>
          <w:i w:val="0"/>
          <w:smallCaps w:val="0"/>
          <w:strike w:val="0"/>
          <w:sz w:val="20"/>
          <w:highlight w:val="cyan"/>
          <w:u w:val="single"/>
        </w:rPr>
        <w:t>proof</w:t>
      </w:r>
      <w:r>
        <w:rPr>
          <w:b w:val="0"/>
          <w:i w:val="0"/>
          <w:smallCaps w:val="0"/>
          <w:strike w:val="0"/>
          <w:sz w:val="20"/>
          <w:u w:val="single"/>
        </w:rPr>
        <w:t xml:space="preserve"> to support these claims </w:t>
      </w:r>
      <w:r>
        <w:rPr>
          <w:b w:val="0"/>
          <w:i w:val="0"/>
          <w:smallCaps w:val="0"/>
          <w:strike w:val="0"/>
          <w:sz w:val="20"/>
          <w:highlight w:val="cyan"/>
          <w:u w:val="single"/>
        </w:rPr>
        <w:t xml:space="preserve">has </w:t>
      </w:r>
      <w:r>
        <w:rPr>
          <w:b/>
          <w:i w:val="0"/>
          <w:smallCaps w:val="0"/>
          <w:strike w:val="0"/>
          <w:sz w:val="20"/>
          <w:highlight w:val="cyan"/>
          <w:u w:val="single"/>
        </w:rPr>
        <w:t>ever been developed</w:t>
      </w:r>
      <w:r>
        <w:rPr>
          <w:b w:val="0"/>
          <w:i w:val="0"/>
          <w:smallCaps w:val="0"/>
          <w:strike w:val="0"/>
          <w:sz w:val="20"/>
          <w:highlight w:val="cyan"/>
          <w:u w:val="single"/>
        </w:rPr>
        <w:t xml:space="preserve">. The AGI construct is </w:t>
      </w:r>
      <w:r>
        <w:rPr>
          <w:b/>
          <w:i w:val="0"/>
          <w:smallCaps w:val="0"/>
          <w:strike w:val="0"/>
          <w:sz w:val="20"/>
          <w:highlight w:val="cyan"/>
          <w:u w:val="single"/>
        </w:rPr>
        <w:t>not</w:t>
      </w:r>
      <w:r>
        <w:rPr>
          <w:b w:val="0"/>
          <w:i w:val="0"/>
          <w:smallCaps w:val="0"/>
          <w:strike w:val="0"/>
          <w:sz w:val="20"/>
          <w:highlight w:val="cyan"/>
          <w:u w:val="single"/>
        </w:rPr>
        <w:t xml:space="preserve"> a </w:t>
      </w:r>
      <w:r>
        <w:rPr>
          <w:b/>
          <w:i w:val="0"/>
          <w:smallCaps w:val="0"/>
          <w:strike w:val="0"/>
          <w:sz w:val="20"/>
          <w:highlight w:val="cyan"/>
          <w:u w:val="single"/>
        </w:rPr>
        <w:t>plausible catastrophic risk scenario</w:t>
      </w:r>
      <w:r>
        <w:rPr>
          <w:b w:val="0"/>
          <w:i w:val="0"/>
          <w:smallCaps w:val="0"/>
          <w:strike w:val="0"/>
          <w:sz w:val="20"/>
          <w:highlight w:val="cyan"/>
          <w:u w:val="single"/>
        </w:rPr>
        <w:t xml:space="preserve">, but a </w:t>
      </w:r>
      <w:r>
        <w:rPr>
          <w:b/>
          <w:i w:val="0"/>
          <w:smallCaps w:val="0"/>
          <w:strike w:val="0"/>
          <w:sz w:val="20"/>
          <w:highlight w:val="cyan"/>
          <w:u w:val="single"/>
        </w:rPr>
        <w:t>dark God vision</w:t>
      </w:r>
      <w:r>
        <w:rPr>
          <w:b w:val="0"/>
          <w:i w:val="0"/>
          <w:smallCaps w:val="0"/>
          <w:strike w:val="0"/>
          <w:sz w:val="20"/>
          <w:u w:val="single"/>
        </w:rPr>
        <w:t xml:space="preserve"> </w:t>
      </w:r>
      <w:r>
        <w:rPr>
          <w:b w:val="0"/>
          <w:i w:val="0"/>
          <w:smallCaps w:val="0"/>
          <w:strike w:val="0"/>
          <w:sz w:val="20"/>
          <w:highlight w:val="cyan"/>
          <w:u w:val="single"/>
        </w:rPr>
        <w:t xml:space="preserve">ginned up by a sect of computer scientists who are </w:t>
      </w:r>
      <w:r>
        <w:rPr>
          <w:b/>
          <w:i w:val="0"/>
          <w:smallCaps w:val="0"/>
          <w:strike w:val="0"/>
          <w:sz w:val="20"/>
          <w:highlight w:val="cyan"/>
          <w:u w:val="single"/>
        </w:rPr>
        <w:t>heavily overrepresented</w:t>
      </w:r>
      <w:r>
        <w:rPr>
          <w:b w:val="0"/>
          <w:i w:val="0"/>
          <w:smallCaps w:val="0"/>
          <w:strike w:val="0"/>
          <w:sz w:val="20"/>
          <w:u w:val="single"/>
        </w:rPr>
        <w:t xml:space="preserve"> in the field of machine learning and AI.</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