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‘</w:t>
      </w:r>
      <w:r>
        <w:rPr>
          <w:b/>
          <w:i w:val="0"/>
          <w:smallCaps w:val="0"/>
          <w:strike w:val="0"/>
          <w:sz w:val="24"/>
          <w:u w:val="none"/>
        </w:rPr>
        <w:t>Ban AI’ fails miserably.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first option, </w:t>
      </w:r>
      <w:r>
        <w:rPr>
          <w:b w:val="0"/>
          <w:i w:val="0"/>
          <w:smallCaps w:val="0"/>
          <w:strike w:val="0"/>
          <w:sz w:val="20"/>
          <w:u w:val="single"/>
        </w:rPr>
        <w:t>a 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pause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” agreement,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obviously </w:t>
      </w:r>
      <w:r>
        <w:rPr>
          <w:b/>
          <w:i w:val="0"/>
          <w:smallCaps w:val="0"/>
          <w:strike w:val="0"/>
          <w:sz w:val="20"/>
          <w:u w:val="single"/>
        </w:rPr>
        <w:t>not feasible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 require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every 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every firm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computer industry,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everyone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the world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access to ICTs,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u w:val="single"/>
        </w:rPr>
        <w:t>agree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abide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by the ban. Even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defining what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activitie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are 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banned would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complex</w:t>
      </w:r>
      <w:r>
        <w:rPr>
          <w:b/>
          <w:i w:val="0"/>
          <w:smallCaps w:val="0"/>
          <w:strike w:val="0"/>
          <w:sz w:val="20"/>
          <w:u w:val="single"/>
        </w:rPr>
        <w:t xml:space="preserve"> undertaking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Getting all of industry to follow this ban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require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overwhelming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support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the business community combined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with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very strict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comprehensive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enforcement from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all governments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But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</w:t>
      </w:r>
      <w:r>
        <w:rPr>
          <w:b/>
          <w:i w:val="0"/>
          <w:smallCaps w:val="0"/>
          <w:strike w:val="0"/>
          <w:sz w:val="20"/>
          <w:u w:val="single"/>
        </w:rPr>
        <w:t xml:space="preserve">ne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governments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want to stop</w:t>
      </w:r>
      <w:r>
        <w:rPr>
          <w:b w:val="0"/>
          <w:i w:val="0"/>
          <w:smallCaps w:val="0"/>
          <w:strike w:val="0"/>
          <w:sz w:val="20"/>
          <w:u w:val="single"/>
        </w:rPr>
        <w:t>, and even if they did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>U.S.,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British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Chinese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European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Russian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Indian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governments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trust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each other to stop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unilaterally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there would be </w:t>
      </w:r>
      <w:r>
        <w:rPr>
          <w:b/>
          <w:i w:val="0"/>
          <w:smallCaps w:val="0"/>
          <w:strike w:val="0"/>
          <w:sz w:val="20"/>
          <w:u w:val="single"/>
        </w:rPr>
        <w:t>no enforcement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Given the (alleged) </w:t>
      </w:r>
      <w:r>
        <w:rPr>
          <w:b/>
          <w:i w:val="0"/>
          <w:smallCaps w:val="0"/>
          <w:strike w:val="0"/>
          <w:sz w:val="20"/>
          <w:u w:val="single"/>
        </w:rPr>
        <w:t>military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business advantages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being the </w:t>
      </w:r>
      <w:r>
        <w:rPr>
          <w:b/>
          <w:i w:val="0"/>
          <w:smallCaps w:val="0"/>
          <w:strike w:val="0"/>
          <w:sz w:val="20"/>
          <w:u w:val="single"/>
        </w:rPr>
        <w:t>leader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/>
          <w:i w:val="0"/>
          <w:smallCaps w:val="0"/>
          <w:strike w:val="0"/>
          <w:sz w:val="20"/>
          <w:u w:val="single"/>
        </w:rPr>
        <w:t>AI technology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each state would have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strong incentive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(payoffs for our game theorists)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 defect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a pause agreement.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would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</w:t>
      </w:r>
      <w:r>
        <w:rPr>
          <w:b/>
          <w:i w:val="0"/>
          <w:smallCaps w:val="0"/>
          <w:strike w:val="0"/>
          <w:sz w:val="20"/>
          <w:u w:val="single"/>
        </w:rPr>
        <w:t xml:space="preserve"> reliable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detect noncompliance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if noncompliance was detected,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would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 way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one 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group of governments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enforce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agreement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upon another. Unless there is a Hobbesian Leviathan able to wave his scepter over the entire world and command obedience, “pause AI” </w:t>
      </w:r>
      <w:r>
        <w:rPr>
          <w:b/>
          <w:i w:val="0"/>
          <w:smallCaps w:val="0"/>
          <w:strike w:val="0"/>
          <w:sz w:val="20"/>
          <w:u w:val="single"/>
        </w:rPr>
        <w:t>doesn’t work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