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FAQ</w:t>
      </w:r>
    </w:p>
    <w:p>
      <w:pPr>
        <w:spacing w:after="80"/>
      </w:pPr>
      <w:r>
        <w:rPr>
          <w:b w:val="0"/>
          <w:i/>
          <w:smallCaps w:val="0"/>
          <w:strike w:val="0"/>
          <w:sz w:val="24"/>
          <w:u w:val="none"/>
        </w:rPr>
        <w:t>-What is Ruism?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Ruism, or Confucianism, is a branch of Chinese philosophy </w:t>
      </w:r>
      <w:r>
        <w:rPr>
          <w:b w:val="0"/>
          <w:i w:val="0"/>
          <w:smallCaps w:val="0"/>
          <w:strike w:val="0"/>
          <w:u w:val="none"/>
        </w:rPr>
        <w:t xml:space="preserve">first developed by the philosopher Kongzi (Confucius) during the </w:t>
      </w:r>
      <w:r>
        <w:rPr>
          <w:b w:val="0"/>
          <w:i w:val="0"/>
          <w:smallCaps w:val="0"/>
          <w:strike w:val="0"/>
          <w:u w:val="none"/>
        </w:rPr>
        <w:t xml:space="preserve">Warring States period. </w:t>
      </w:r>
      <w:r>
        <w:rPr>
          <w:b w:val="0"/>
          <w:i w:val="0"/>
          <w:smallCaps w:val="0"/>
          <w:strike w:val="0"/>
          <w:u w:val="none"/>
        </w:rPr>
        <w:t xml:space="preserve">It seeks to improve society by establishing social harmony through the implementation </w:t>
      </w:r>
      <w:r>
        <w:rPr>
          <w:b w:val="0"/>
          <w:i w:val="0"/>
          <w:smallCaps w:val="0"/>
          <w:strike w:val="0"/>
          <w:u w:val="none"/>
        </w:rPr>
        <w:t xml:space="preserve">and observation of </w:t>
      </w:r>
      <w:r>
        <w:rPr>
          <w:b w:val="0"/>
          <w:i w:val="0"/>
          <w:smallCaps w:val="0"/>
          <w:strike w:val="0"/>
          <w:u w:val="none"/>
        </w:rPr>
        <w:t>Rituals (Li)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After Kongzi, there were many different philosophers that sought to expand the school of thought—most important the philosophers Mengzi and Xunzi</w:t>
      </w:r>
      <w:r>
        <w:rPr>
          <w:b w:val="0"/>
          <w:i w:val="0"/>
          <w:smallCaps w:val="0"/>
          <w:strike w:val="0"/>
          <w:u w:val="none"/>
        </w:rPr>
        <w:t xml:space="preserve"> (the one who much of the </w:t>
      </w:r>
      <w:r>
        <w:rPr>
          <w:b w:val="0"/>
          <w:i w:val="0"/>
          <w:smallCaps w:val="0"/>
          <w:strike w:val="0"/>
          <w:u w:val="none"/>
        </w:rPr>
        <w:t>k</w:t>
      </w:r>
      <w:r>
        <w:rPr>
          <w:b w:val="0"/>
          <w:i w:val="0"/>
          <w:smallCaps w:val="0"/>
          <w:strike w:val="0"/>
          <w:u w:val="none"/>
        </w:rPr>
        <w:t xml:space="preserve"> discusses)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the twelfth century, the school of Neo-</w:t>
      </w:r>
      <w:r>
        <w:rPr>
          <w:b w:val="0"/>
          <w:i w:val="0"/>
          <w:smallCaps w:val="0"/>
          <w:strike w:val="0"/>
          <w:u w:val="none"/>
        </w:rPr>
        <w:t>C</w:t>
      </w:r>
      <w:r>
        <w:rPr>
          <w:b w:val="0"/>
          <w:i w:val="0"/>
          <w:smallCaps w:val="0"/>
          <w:strike w:val="0"/>
          <w:u w:val="none"/>
        </w:rPr>
        <w:t xml:space="preserve">onfucianism </w:t>
      </w:r>
      <w:r>
        <w:rPr>
          <w:b w:val="0"/>
          <w:i w:val="0"/>
          <w:smallCaps w:val="0"/>
          <w:strike w:val="0"/>
          <w:u w:val="none"/>
        </w:rPr>
        <w:t xml:space="preserve">further developed the school of thought, mostly by expanding its metaphysics. </w:t>
      </w:r>
      <w:r>
        <w:rPr>
          <w:b w:val="0"/>
          <w:i w:val="0"/>
          <w:smallCaps w:val="0"/>
          <w:strike w:val="0"/>
          <w:u w:val="none"/>
        </w:rPr>
        <w:t>In the mid-to-late 20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century, a new school of philosophy called New Confucianism was developed in China, which sought to modernize aspects of Ruist thought</w:t>
      </w:r>
      <w:r>
        <w:rPr>
          <w:b w:val="0"/>
          <w:i w:val="0"/>
          <w:smallCaps w:val="0"/>
          <w:strike w:val="0"/>
          <w:u w:val="none"/>
        </w:rPr>
        <w:t xml:space="preserve"> and compare it with western thought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spacing w:after="60"/>
      </w:pPr>
      <w:r>
        <w:rPr>
          <w:b w:val="0"/>
          <w:i/>
          <w:smallCaps w:val="0"/>
          <w:strike w:val="0"/>
          <w:sz w:val="24"/>
          <w:u w:val="none"/>
        </w:rPr>
        <w:t>-Why Ruism?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Ruism comes from the Chinese word Rujia (lit. “The sc</w:t>
      </w:r>
      <w:r>
        <w:rPr>
          <w:b w:val="0"/>
          <w:i w:val="0"/>
          <w:smallCaps w:val="0"/>
          <w:strike w:val="0"/>
          <w:u w:val="none"/>
        </w:rPr>
        <w:t>hool of Ru”)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Many sinologists prefer to use this term since the word “Confucianism” has considerable colonial </w:t>
      </w:r>
      <w:r>
        <w:rPr>
          <w:b w:val="0"/>
          <w:i w:val="0"/>
          <w:smallCaps w:val="0"/>
          <w:strike w:val="0"/>
          <w:u w:val="none"/>
        </w:rPr>
        <w:t xml:space="preserve">background behind it. Don’t worry about using Ruism and Confucianism interchangeably though. </w:t>
      </w:r>
    </w:p>
    <w:p>
      <w:pPr>
        <w:spacing w:after="60"/>
      </w:pPr>
      <w:r>
        <w:rPr>
          <w:b w:val="0"/>
          <w:i/>
          <w:smallCaps w:val="0"/>
          <w:strike w:val="0"/>
          <w:sz w:val="24"/>
          <w:u w:val="none"/>
        </w:rPr>
        <w:t>-Is this Buddhism?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No.</w:t>
      </w:r>
    </w:p>
    <w:p>
      <w:pPr>
        <w:pStyle w:val="Caption"/>
      </w:pPr>
      <w:r>
        <w:t>Source: Ruism Kritik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