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Important people: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This is </w:t>
      </w:r>
      <w:r>
        <w:rPr>
          <w:b w:val="0"/>
          <w:i w:val="0"/>
          <w:smallCaps w:val="0"/>
          <w:strike w:val="0"/>
          <w:u w:val="none"/>
        </w:rPr>
        <w:t>good</w:t>
      </w:r>
      <w:r>
        <w:rPr>
          <w:b w:val="0"/>
          <w:i w:val="0"/>
          <w:smallCaps w:val="0"/>
          <w:strike w:val="0"/>
          <w:u w:val="none"/>
        </w:rPr>
        <w:t xml:space="preserve"> to know, also please make sure you pronounce these names</w:t>
      </w:r>
      <w:r>
        <w:rPr>
          <w:b w:val="0"/>
          <w:i w:val="0"/>
          <w:smallCaps w:val="0"/>
          <w:strike w:val="0"/>
          <w:u w:val="none"/>
        </w:rPr>
        <w:t xml:space="preserve"> correctly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Kongzi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(</w:t>
      </w:r>
      <w:r>
        <w:rPr>
          <w:b w:val="0"/>
          <w:i/>
          <w:smallCaps w:val="0"/>
          <w:strike w:val="0"/>
          <w:sz w:val="24"/>
          <w:u w:val="none"/>
        </w:rPr>
        <w:t>pron</w:t>
      </w:r>
      <w:r>
        <w:rPr>
          <w:b w:val="0"/>
          <w:i w:val="0"/>
          <w:smallCaps w:val="0"/>
          <w:strike w:val="0"/>
          <w:sz w:val="24"/>
          <w:u w:val="none"/>
        </w:rPr>
        <w:t>. Kong-t</w:t>
      </w:r>
      <w:r>
        <w:rPr>
          <w:b w:val="0"/>
          <w:i w:val="0"/>
          <w:smallCaps w:val="0"/>
          <w:strike w:val="0"/>
          <w:sz w:val="24"/>
          <w:u w:val="none"/>
        </w:rPr>
        <w:t>s</w:t>
      </w:r>
      <w:r>
        <w:rPr>
          <w:b w:val="0"/>
          <w:i w:val="0"/>
          <w:smallCaps w:val="0"/>
          <w:strike w:val="0"/>
          <w:sz w:val="24"/>
          <w:u w:val="none"/>
        </w:rPr>
        <w:t>uh</w:t>
      </w:r>
      <w:r>
        <w:rPr>
          <w:b w:val="0"/>
          <w:i w:val="0"/>
          <w:smallCaps w:val="0"/>
          <w:strike w:val="0"/>
          <w:sz w:val="24"/>
          <w:u w:val="none"/>
        </w:rPr>
        <w:t>)</w:t>
      </w:r>
      <w:r>
        <w:rPr>
          <w:b w:val="0"/>
          <w:i w:val="0"/>
          <w:smallCaps w:val="0"/>
          <w:strike w:val="0"/>
          <w:sz w:val="24"/>
          <w:u w:val="none"/>
        </w:rPr>
        <w:t>—AKA Confucius, the first Ruist philosopher</w:t>
      </w:r>
      <w:r>
        <w:rPr>
          <w:b w:val="0"/>
          <w:i w:val="0"/>
          <w:smallCaps w:val="0"/>
          <w:strike w:val="0"/>
          <w:sz w:val="24"/>
          <w:u w:val="none"/>
        </w:rPr>
        <w:t xml:space="preserve">, lived during the </w:t>
      </w:r>
      <w:r>
        <w:rPr>
          <w:b w:val="0"/>
          <w:i w:val="0"/>
          <w:smallCaps w:val="0"/>
          <w:strike w:val="0"/>
          <w:sz w:val="24"/>
          <w:u w:val="none"/>
        </w:rPr>
        <w:t>Spring and Autumn period</w:t>
      </w:r>
      <w:r>
        <w:rPr>
          <w:b w:val="0"/>
          <w:i w:val="0"/>
          <w:smallCaps w:val="0"/>
          <w:strike w:val="0"/>
          <w:sz w:val="2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4"/>
          <w:u w:val="none"/>
        </w:rPr>
        <w:t>Minister of Crime of the state of Lu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Mozi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(</w:t>
      </w:r>
      <w:r>
        <w:rPr>
          <w:b w:val="0"/>
          <w:i/>
          <w:smallCaps w:val="0"/>
          <w:strike w:val="0"/>
          <w:sz w:val="24"/>
          <w:u w:val="none"/>
        </w:rPr>
        <w:t>pron</w:t>
      </w:r>
      <w:r>
        <w:rPr>
          <w:b w:val="0"/>
          <w:i w:val="0"/>
          <w:smallCaps w:val="0"/>
          <w:strike w:val="0"/>
          <w:sz w:val="24"/>
          <w:u w:val="none"/>
        </w:rPr>
        <w:t>. Mo-ts</w:t>
      </w:r>
      <w:r>
        <w:rPr>
          <w:b w:val="0"/>
          <w:i w:val="0"/>
          <w:smallCaps w:val="0"/>
          <w:strike w:val="0"/>
          <w:sz w:val="24"/>
          <w:u w:val="none"/>
        </w:rPr>
        <w:t>uh</w:t>
      </w:r>
      <w:r>
        <w:rPr>
          <w:b w:val="0"/>
          <w:i w:val="0"/>
          <w:smallCaps w:val="0"/>
          <w:strike w:val="0"/>
          <w:sz w:val="24"/>
          <w:u w:val="none"/>
        </w:rPr>
        <w:t>)</w:t>
      </w:r>
      <w:r>
        <w:rPr>
          <w:b w:val="0"/>
          <w:i w:val="0"/>
          <w:smallCaps w:val="0"/>
          <w:strike w:val="0"/>
          <w:sz w:val="24"/>
          <w:u w:val="none"/>
        </w:rPr>
        <w:t>—A philosopher who b</w:t>
      </w:r>
      <w:r>
        <w:rPr>
          <w:b w:val="0"/>
          <w:i w:val="0"/>
          <w:smallCaps w:val="0"/>
          <w:strike w:val="0"/>
          <w:sz w:val="24"/>
          <w:u w:val="none"/>
        </w:rPr>
        <w:t>roke off of the central Ruist tradition and formed his own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4"/>
          <w:u w:val="none"/>
        </w:rPr>
        <w:t>philosophy called Mohism</w:t>
      </w:r>
      <w:r>
        <w:rPr>
          <w:b w:val="0"/>
          <w:i w:val="0"/>
          <w:smallCaps w:val="0"/>
          <w:strike w:val="0"/>
          <w:sz w:val="2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going on to critique Ruism, </w:t>
      </w:r>
      <w:r>
        <w:rPr>
          <w:b w:val="0"/>
          <w:i w:val="0"/>
          <w:smallCaps w:val="0"/>
          <w:strike w:val="0"/>
          <w:sz w:val="24"/>
          <w:u w:val="none"/>
        </w:rPr>
        <w:t>lived during the Warring States Period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Mengzi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(</w:t>
      </w:r>
      <w:r>
        <w:rPr>
          <w:b w:val="0"/>
          <w:i/>
          <w:smallCaps w:val="0"/>
          <w:strike w:val="0"/>
          <w:sz w:val="24"/>
          <w:u w:val="none"/>
        </w:rPr>
        <w:t>pron</w:t>
      </w:r>
      <w:r>
        <w:rPr>
          <w:b w:val="0"/>
          <w:i w:val="0"/>
          <w:smallCaps w:val="0"/>
          <w:strike w:val="0"/>
          <w:sz w:val="24"/>
          <w:u w:val="none"/>
        </w:rPr>
        <w:t>. Meng-tsuh)</w:t>
      </w:r>
      <w:r>
        <w:rPr>
          <w:b w:val="0"/>
          <w:i w:val="0"/>
          <w:smallCaps w:val="0"/>
          <w:strike w:val="0"/>
          <w:sz w:val="24"/>
          <w:u w:val="none"/>
        </w:rPr>
        <w:t xml:space="preserve">—AKA Mencius, </w:t>
      </w:r>
      <w:r>
        <w:rPr>
          <w:b w:val="0"/>
          <w:i w:val="0"/>
          <w:smallCaps w:val="0"/>
          <w:strike w:val="0"/>
          <w:sz w:val="24"/>
          <w:u w:val="none"/>
        </w:rPr>
        <w:t>a Ruist phil</w:t>
      </w:r>
      <w:r>
        <w:rPr>
          <w:b w:val="0"/>
          <w:i w:val="0"/>
          <w:smallCaps w:val="0"/>
          <w:strike w:val="0"/>
          <w:sz w:val="24"/>
          <w:u w:val="none"/>
        </w:rPr>
        <w:t>osopher</w:t>
      </w:r>
      <w:r>
        <w:rPr>
          <w:b w:val="0"/>
          <w:i w:val="0"/>
          <w:smallCaps w:val="0"/>
          <w:strike w:val="0"/>
          <w:sz w:val="2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4"/>
          <w:u w:val="none"/>
        </w:rPr>
        <w:t>part of Confucius's fourth generation of disciples</w:t>
      </w:r>
      <w:r>
        <w:rPr>
          <w:b w:val="0"/>
          <w:i w:val="0"/>
          <w:smallCaps w:val="0"/>
          <w:strike w:val="0"/>
          <w:sz w:val="24"/>
          <w:u w:val="none"/>
        </w:rPr>
        <w:t>, lived during the Warring States Period</w:t>
      </w:r>
      <w:r>
        <w:rPr>
          <w:b w:val="0"/>
          <w:i w:val="0"/>
          <w:smallCaps w:val="0"/>
          <w:strike w:val="0"/>
          <w:sz w:val="2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4"/>
          <w:u w:val="none"/>
        </w:rPr>
        <w:t>thought by some to be the true evolution of Ruism, disagreed heavily with Xunzi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Xunzi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(</w:t>
      </w:r>
      <w:r>
        <w:rPr>
          <w:b w:val="0"/>
          <w:i/>
          <w:smallCaps w:val="0"/>
          <w:strike w:val="0"/>
          <w:sz w:val="24"/>
          <w:u w:val="none"/>
        </w:rPr>
        <w:t>pron</w:t>
      </w:r>
      <w:r>
        <w:rPr>
          <w:b w:val="0"/>
          <w:i w:val="0"/>
          <w:smallCaps w:val="0"/>
          <w:strike w:val="0"/>
          <w:sz w:val="2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4"/>
          <w:u w:val="none"/>
        </w:rPr>
        <w:t>Sh</w:t>
      </w:r>
      <w:r>
        <w:rPr>
          <w:b w:val="0"/>
          <w:i w:val="0"/>
          <w:smallCaps w:val="0"/>
          <w:strike w:val="0"/>
          <w:sz w:val="24"/>
          <w:u w:val="none"/>
        </w:rPr>
        <w:t>oon-t</w:t>
      </w:r>
      <w:r>
        <w:rPr>
          <w:b w:val="0"/>
          <w:i w:val="0"/>
          <w:smallCaps w:val="0"/>
          <w:strike w:val="0"/>
          <w:sz w:val="24"/>
          <w:u w:val="none"/>
        </w:rPr>
        <w:t>s</w:t>
      </w:r>
      <w:r>
        <w:rPr>
          <w:b w:val="0"/>
          <w:i w:val="0"/>
          <w:smallCaps w:val="0"/>
          <w:strike w:val="0"/>
          <w:sz w:val="24"/>
          <w:u w:val="none"/>
        </w:rPr>
        <w:t>uh</w:t>
      </w:r>
      <w:r>
        <w:rPr>
          <w:b w:val="0"/>
          <w:i w:val="0"/>
          <w:smallCaps w:val="0"/>
          <w:strike w:val="0"/>
          <w:sz w:val="24"/>
          <w:u w:val="none"/>
        </w:rPr>
        <w:t>)</w:t>
      </w:r>
      <w:r>
        <w:rPr>
          <w:b w:val="0"/>
          <w:i w:val="0"/>
          <w:smallCaps w:val="0"/>
          <w:strike w:val="0"/>
          <w:sz w:val="24"/>
          <w:u w:val="none"/>
        </w:rPr>
        <w:t>—</w:t>
      </w:r>
      <w:r>
        <w:rPr>
          <w:b w:val="0"/>
          <w:i w:val="0"/>
          <w:smallCaps w:val="0"/>
          <w:strike w:val="0"/>
          <w:sz w:val="24"/>
          <w:u w:val="none"/>
        </w:rPr>
        <w:t>A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Ruist phil</w:t>
      </w:r>
      <w:r>
        <w:rPr>
          <w:b w:val="0"/>
          <w:i w:val="0"/>
          <w:smallCaps w:val="0"/>
          <w:strike w:val="0"/>
          <w:sz w:val="24"/>
          <w:u w:val="none"/>
        </w:rPr>
        <w:t xml:space="preserve">osopher, </w:t>
      </w:r>
      <w:r>
        <w:rPr>
          <w:b w:val="0"/>
          <w:i w:val="0"/>
          <w:smallCaps w:val="0"/>
          <w:strike w:val="0"/>
          <w:sz w:val="24"/>
          <w:u w:val="none"/>
        </w:rPr>
        <w:t>part of Confucius's fourth generation of disciples</w:t>
      </w:r>
      <w:r>
        <w:rPr>
          <w:b w:val="0"/>
          <w:i w:val="0"/>
          <w:smallCaps w:val="0"/>
          <w:strike w:val="0"/>
          <w:sz w:val="24"/>
          <w:u w:val="none"/>
        </w:rPr>
        <w:t xml:space="preserve">, lived during the Warring States Period,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worked to defend Ruism against critiques from Mohism and Daoism, </w:t>
      </w:r>
      <w:r>
        <w:rPr>
          <w:b w:val="0"/>
          <w:i w:val="0"/>
          <w:smallCaps w:val="0"/>
          <w:strike w:val="0"/>
          <w:sz w:val="24"/>
          <w:u w:val="none"/>
        </w:rPr>
        <w:t>disagreed heavily with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Mengzi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Han Fei</w:t>
      </w:r>
      <w:r>
        <w:rPr>
          <w:b w:val="0"/>
          <w:i w:val="0"/>
          <w:smallCaps w:val="0"/>
          <w:strike w:val="0"/>
          <w:sz w:val="24"/>
          <w:u w:val="none"/>
        </w:rPr>
        <w:t>—The founder o</w:t>
      </w:r>
      <w:r>
        <w:rPr>
          <w:b w:val="0"/>
          <w:i w:val="0"/>
          <w:smallCaps w:val="0"/>
          <w:strike w:val="0"/>
          <w:sz w:val="24"/>
          <w:u w:val="none"/>
        </w:rPr>
        <w:t>f Fajia philosophy (Legalism), originally studied under Xunzi</w:t>
      </w:r>
      <w:r>
        <w:rPr>
          <w:b w:val="0"/>
          <w:i w:val="0"/>
          <w:smallCaps w:val="0"/>
          <w:strike w:val="0"/>
          <w:sz w:val="24"/>
          <w:u w:val="none"/>
        </w:rPr>
        <w:t>, lived during the Warring States Period before helping the state of Qin become the first empire of China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Zhu Xi</w:t>
      </w:r>
      <w:r>
        <w:rPr>
          <w:b w:val="0"/>
          <w:i w:val="0"/>
          <w:smallCaps w:val="0"/>
          <w:strike w:val="0"/>
          <w:sz w:val="24"/>
          <w:u w:val="none"/>
        </w:rPr>
        <w:t>—Developer of neo-confucianism in the 12</w:t>
      </w:r>
      <w:r>
        <w:rPr>
          <w:b w:val="0"/>
          <w:i w:val="0"/>
          <w:smallCaps w:val="0"/>
          <w:strike w:val="0"/>
          <w:sz w:val="24"/>
          <w:u w:val="none"/>
        </w:rPr>
        <w:t>th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century, </w:t>
      </w:r>
      <w:r>
        <w:rPr>
          <w:b w:val="0"/>
          <w:i w:val="0"/>
          <w:smallCaps w:val="0"/>
          <w:strike w:val="0"/>
          <w:sz w:val="24"/>
          <w:u w:val="none"/>
        </w:rPr>
        <w:t>compiled the Four Books</w:t>
      </w:r>
    </w:p>
    <w:p>
      <w:pPr>
        <w:pStyle w:val="Caption"/>
      </w:pPr>
      <w:r>
        <w:t>Source: Ruism Kritik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