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Societal breakdown causes </w:t>
      </w:r>
      <w:r>
        <w:rPr>
          <w:b/>
          <w:i w:val="0"/>
          <w:smallCaps w:val="0"/>
          <w:strike w:val="0"/>
          <w:sz w:val="26"/>
          <w:u w:val="single"/>
        </w:rPr>
        <w:t>extinction</w:t>
      </w:r>
      <w:r>
        <w:rPr>
          <w:b/>
          <w:i w:val="0"/>
          <w:smallCaps w:val="0"/>
          <w:strike w:val="0"/>
          <w:sz w:val="26"/>
          <w:u w:val="none"/>
        </w:rPr>
        <w:t>—only measures to create unity</w:t>
      </w:r>
      <w:r>
        <w:rPr>
          <w:b/>
          <w:i w:val="0"/>
          <w:smallCaps w:val="0"/>
          <w:strike w:val="0"/>
          <w:sz w:val="26"/>
          <w:u w:val="none"/>
        </w:rPr>
        <w:t xml:space="preserve"> and social harmony </w:t>
      </w:r>
      <w:r>
        <w:rPr>
          <w:b/>
          <w:i w:val="0"/>
          <w:smallCaps w:val="0"/>
          <w:strike w:val="0"/>
          <w:sz w:val="26"/>
          <w:u w:val="none"/>
        </w:rPr>
        <w:t xml:space="preserve">solve. </w:t>
      </w:r>
    </w:p>
    <w:p>
      <w:pPr>
        <w:spacing w:after="80"/>
      </w:pPr>
      <w:r>
        <w:rPr>
          <w:b/>
          <w:i w:val="0"/>
          <w:smallCaps w:val="0"/>
          <w:strike w:val="0"/>
          <w:sz w:val="26"/>
          <w:u w:val="none"/>
        </w:rPr>
        <w:t xml:space="preserve">Laitman ’17 </w:t>
      </w:r>
      <w:r>
        <w:rPr>
          <w:b w:val="0"/>
          <w:i w:val="0"/>
          <w:smallCaps w:val="0"/>
          <w:strike w:val="0"/>
          <w:sz w:val="16"/>
          <w:u w:val="none"/>
        </w:rPr>
        <w:t xml:space="preserve">[Michael; August 25; Professor of Ontology and Theory of Knowledge, Ph.D. in Philosophy from the Russian Academy of Science; News Max, “There Will Be No Winners in the Second Civil War,” </w:t>
      </w:r>
      <w:r>
        <w:rPr>
          <w:b w:val="0"/>
          <w:i w:val="0"/>
          <w:smallCaps w:val="0"/>
          <w:strike w:val="0"/>
          <w:sz w:val="16"/>
          <w:u w:val="none"/>
        </w:rPr>
        <w:t>]</w:t>
      </w:r>
    </w:p>
    <w:p>
      <w:pPr>
        <w:spacing w:after="60"/>
      </w:pPr>
      <w:r>
        <w:rPr>
          <w:b w:val="0"/>
          <w:i w:val="0"/>
          <w:smallCaps w:val="0"/>
          <w:strike w:val="0"/>
          <w:sz w:val="16"/>
          <w:u w:val="none"/>
        </w:rPr>
        <w:t xml:space="preserve">Referencing Dennis Prager’s </w:t>
      </w:r>
      <w:r>
        <w:rPr>
          <w:b w:val="0"/>
          <w:i w:val="0"/>
          <w:smallCaps w:val="0"/>
          <w:strike w:val="0"/>
          <w:sz w:val="16"/>
          <w:u w:val="none"/>
        </w:rPr>
        <w:t>, “America's Second Civil War,” Gingrich added, “What you’re seeing with Antifa, what you’re seeing on college campuses, what you’re seeing, to some extent, in the bureaucracy, is a real division of the country. …I wish we could all sing Kumbaya and come together but I don’t think that’s what’s gonna happen. …As a historian, my view is pretty straightforward: one side or the other wins.”</w:t>
      </w:r>
    </w:p>
    <w:p>
      <w:pPr>
        <w:spacing w:after="60"/>
      </w:pPr>
      <w:r>
        <w:rPr>
          <w:b w:val="0"/>
          <w:i w:val="0"/>
          <w:smallCaps w:val="0"/>
          <w:strike w:val="0"/>
          <w:sz w:val="16"/>
          <w:u w:val="none"/>
        </w:rPr>
        <w:t xml:space="preserve">And not just in the U.S. </w:t>
      </w:r>
      <w:r>
        <w:rPr>
          <w:b w:val="0"/>
          <w:i w:val="0"/>
          <w:smallCaps w:val="0"/>
          <w:strike w:val="0"/>
          <w:sz w:val="22"/>
          <w:highlight w:val="cyan"/>
          <w:u w:val="single"/>
        </w:rPr>
        <w:t xml:space="preserve">A </w:t>
      </w:r>
      <w:r>
        <w:rPr>
          <w:b/>
          <w:i w:val="0"/>
          <w:smallCaps w:val="0"/>
          <w:strike w:val="0"/>
          <w:sz w:val="22"/>
          <w:highlight w:val="cyan"/>
          <w:u w:val="single"/>
        </w:rPr>
        <w:t>civil war</w:t>
      </w:r>
      <w:r>
        <w:rPr>
          <w:b w:val="0"/>
          <w:i w:val="0"/>
          <w:smallCaps w:val="0"/>
          <w:strike w:val="0"/>
          <w:sz w:val="22"/>
          <w:u w:val="single"/>
        </w:rPr>
        <w:t xml:space="preserve"> in America </w:t>
      </w:r>
      <w:r>
        <w:rPr>
          <w:b w:val="0"/>
          <w:i w:val="0"/>
          <w:smallCaps w:val="0"/>
          <w:strike w:val="0"/>
          <w:sz w:val="22"/>
          <w:highlight w:val="cyan"/>
          <w:u w:val="single"/>
        </w:rPr>
        <w:t xml:space="preserve">will </w:t>
      </w:r>
      <w:r>
        <w:rPr>
          <w:b/>
          <w:i w:val="0"/>
          <w:smallCaps w:val="0"/>
          <w:strike w:val="0"/>
          <w:sz w:val="22"/>
          <w:highlight w:val="cyan"/>
          <w:u w:val="single"/>
        </w:rPr>
        <w:t>not end</w:t>
      </w:r>
      <w:r>
        <w:rPr>
          <w:b w:val="0"/>
          <w:i w:val="0"/>
          <w:smallCaps w:val="0"/>
          <w:strike w:val="0"/>
          <w:sz w:val="22"/>
          <w:highlight w:val="cyan"/>
          <w:u w:val="single"/>
        </w:rPr>
        <w:t xml:space="preserve"> in </w:t>
      </w:r>
      <w:r>
        <w:rPr>
          <w:b/>
          <w:i w:val="0"/>
          <w:smallCaps w:val="0"/>
          <w:strike w:val="0"/>
          <w:sz w:val="22"/>
          <w:highlight w:val="cyan"/>
          <w:u w:val="single"/>
        </w:rPr>
        <w:t>America</w:t>
      </w:r>
      <w:r>
        <w:rPr>
          <w:b w:val="0"/>
          <w:i w:val="0"/>
          <w:smallCaps w:val="0"/>
          <w:strike w:val="0"/>
          <w:sz w:val="22"/>
          <w:u w:val="single"/>
        </w:rPr>
        <w:t>. If the country plunges into battle</w:t>
      </w:r>
      <w:r>
        <w:rPr>
          <w:b w:val="0"/>
          <w:i w:val="0"/>
          <w:smallCaps w:val="0"/>
          <w:strike w:val="0"/>
          <w:sz w:val="16"/>
          <w:u w:val="none"/>
        </w:rPr>
        <w:t xml:space="preserve">, many will be vying for the loot. </w:t>
      </w:r>
      <w:r>
        <w:rPr>
          <w:b/>
          <w:i w:val="0"/>
          <w:smallCaps w:val="0"/>
          <w:strike w:val="0"/>
          <w:sz w:val="22"/>
          <w:highlight w:val="cyan"/>
          <w:u w:val="single"/>
        </w:rPr>
        <w:t>China</w:t>
      </w:r>
      <w:r>
        <w:rPr>
          <w:b w:val="0"/>
          <w:i w:val="0"/>
          <w:smallCaps w:val="0"/>
          <w:strike w:val="0"/>
          <w:sz w:val="22"/>
          <w:highlight w:val="cyan"/>
          <w:u w:val="single"/>
        </w:rPr>
        <w:t xml:space="preserve">, </w:t>
      </w:r>
      <w:r>
        <w:rPr>
          <w:b/>
          <w:i w:val="0"/>
          <w:smallCaps w:val="0"/>
          <w:strike w:val="0"/>
          <w:sz w:val="22"/>
          <w:highlight w:val="cyan"/>
          <w:u w:val="single"/>
        </w:rPr>
        <w:t>Russia</w:t>
      </w:r>
      <w:r>
        <w:rPr>
          <w:b w:val="0"/>
          <w:i w:val="0"/>
          <w:smallCaps w:val="0"/>
          <w:strike w:val="0"/>
          <w:sz w:val="22"/>
          <w:u w:val="single"/>
        </w:rPr>
        <w:t xml:space="preserve">, </w:t>
      </w:r>
      <w:r>
        <w:rPr>
          <w:b/>
          <w:i w:val="0"/>
          <w:smallCaps w:val="0"/>
          <w:strike w:val="0"/>
          <w:sz w:val="22"/>
          <w:u w:val="single"/>
        </w:rPr>
        <w:t xml:space="preserve">North </w:t>
      </w:r>
      <w:r>
        <w:rPr>
          <w:b/>
          <w:i w:val="0"/>
          <w:smallCaps w:val="0"/>
          <w:strike w:val="0"/>
          <w:sz w:val="22"/>
          <w:highlight w:val="cyan"/>
          <w:u w:val="single"/>
        </w:rPr>
        <w:t>Korea</w:t>
      </w:r>
      <w:r>
        <w:rPr>
          <w:b w:val="0"/>
          <w:i w:val="0"/>
          <w:smallCaps w:val="0"/>
          <w:strike w:val="0"/>
          <w:sz w:val="22"/>
          <w:highlight w:val="cyan"/>
          <w:u w:val="single"/>
        </w:rPr>
        <w:t xml:space="preserve">, </w:t>
      </w:r>
      <w:r>
        <w:rPr>
          <w:b/>
          <w:i w:val="0"/>
          <w:smallCaps w:val="0"/>
          <w:strike w:val="0"/>
          <w:sz w:val="22"/>
          <w:highlight w:val="cyan"/>
          <w:u w:val="single"/>
        </w:rPr>
        <w:t>Iran</w:t>
      </w:r>
      <w:r>
        <w:rPr>
          <w:b w:val="0"/>
          <w:i w:val="0"/>
          <w:smallCaps w:val="0"/>
          <w:strike w:val="0"/>
          <w:sz w:val="22"/>
          <w:u w:val="single"/>
        </w:rPr>
        <w:t xml:space="preserve">, and others </w:t>
      </w:r>
      <w:r>
        <w:rPr>
          <w:b w:val="0"/>
          <w:i w:val="0"/>
          <w:smallCaps w:val="0"/>
          <w:strike w:val="0"/>
          <w:sz w:val="22"/>
          <w:highlight w:val="cyan"/>
          <w:u w:val="single"/>
        </w:rPr>
        <w:t xml:space="preserve">will </w:t>
      </w:r>
      <w:r>
        <w:rPr>
          <w:b/>
          <w:i w:val="0"/>
          <w:smallCaps w:val="0"/>
          <w:strike w:val="0"/>
          <w:sz w:val="22"/>
          <w:highlight w:val="cyan"/>
          <w:u w:val="single"/>
        </w:rPr>
        <w:t>destroy</w:t>
      </w:r>
      <w:r>
        <w:rPr>
          <w:b w:val="0"/>
          <w:i w:val="0"/>
          <w:smallCaps w:val="0"/>
          <w:strike w:val="0"/>
          <w:sz w:val="22"/>
          <w:highlight w:val="cyan"/>
          <w:u w:val="single"/>
        </w:rPr>
        <w:t xml:space="preserve"> what</w:t>
      </w:r>
      <w:r>
        <w:rPr>
          <w:b w:val="0"/>
          <w:i w:val="0"/>
          <w:smallCaps w:val="0"/>
          <w:strike w:val="0"/>
          <w:sz w:val="22"/>
          <w:u w:val="single"/>
        </w:rPr>
        <w:t>ever</w:t>
      </w:r>
      <w:r>
        <w:rPr>
          <w:b w:val="0"/>
          <w:i w:val="0"/>
          <w:smallCaps w:val="0"/>
          <w:strike w:val="0"/>
          <w:sz w:val="16"/>
          <w:u w:val="none"/>
        </w:rPr>
        <w:t xml:space="preserve"> the </w:t>
      </w:r>
      <w:r>
        <w:rPr>
          <w:b w:val="0"/>
          <w:i w:val="0"/>
          <w:smallCaps w:val="0"/>
          <w:strike w:val="0"/>
          <w:sz w:val="22"/>
          <w:highlight w:val="cyan"/>
          <w:u w:val="single"/>
        </w:rPr>
        <w:t>war doesn’t</w:t>
      </w:r>
      <w:r>
        <w:rPr>
          <w:b w:val="0"/>
          <w:i w:val="0"/>
          <w:smallCaps w:val="0"/>
          <w:strike w:val="0"/>
          <w:sz w:val="16"/>
          <w:u w:val="none"/>
        </w:rPr>
        <w:t xml:space="preserve">, the American empire will become history, </w:t>
      </w:r>
      <w:r>
        <w:rPr>
          <w:b w:val="0"/>
          <w:i w:val="0"/>
          <w:smallCaps w:val="0"/>
          <w:strike w:val="0"/>
          <w:sz w:val="22"/>
          <w:highlight w:val="cyan"/>
          <w:u w:val="single"/>
        </w:rPr>
        <w:t>and a</w:t>
      </w:r>
      <w:r>
        <w:rPr>
          <w:b w:val="0"/>
          <w:i w:val="0"/>
          <w:smallCaps w:val="0"/>
          <w:strike w:val="0"/>
          <w:sz w:val="22"/>
          <w:u w:val="single"/>
        </w:rPr>
        <w:t xml:space="preserve"> </w:t>
      </w:r>
      <w:r>
        <w:rPr>
          <w:b/>
          <w:i w:val="0"/>
          <w:smallCaps w:val="0"/>
          <w:strike w:val="0"/>
          <w:sz w:val="22"/>
          <w:u w:val="single"/>
        </w:rPr>
        <w:t xml:space="preserve">third </w:t>
      </w:r>
      <w:r>
        <w:rPr>
          <w:b/>
          <w:i w:val="0"/>
          <w:smallCaps w:val="0"/>
          <w:strike w:val="0"/>
          <w:sz w:val="22"/>
          <w:highlight w:val="cyan"/>
          <w:u w:val="single"/>
        </w:rPr>
        <w:t>world war</w:t>
      </w:r>
      <w:r>
        <w:rPr>
          <w:b w:val="0"/>
          <w:i w:val="0"/>
          <w:smallCaps w:val="0"/>
          <w:strike w:val="0"/>
          <w:sz w:val="22"/>
          <w:highlight w:val="cyan"/>
          <w:u w:val="single"/>
        </w:rPr>
        <w:t>, with</w:t>
      </w:r>
      <w:r>
        <w:rPr>
          <w:b w:val="0"/>
          <w:i w:val="0"/>
          <w:smallCaps w:val="0"/>
          <w:strike w:val="0"/>
          <w:sz w:val="22"/>
          <w:u w:val="single"/>
        </w:rPr>
        <w:t xml:space="preserve"> multiple </w:t>
      </w:r>
      <w:r>
        <w:rPr>
          <w:b/>
          <w:i w:val="0"/>
          <w:smallCaps w:val="0"/>
          <w:strike w:val="0"/>
          <w:sz w:val="22"/>
          <w:highlight w:val="cyan"/>
          <w:u w:val="single"/>
        </w:rPr>
        <w:t>nuc</w:t>
      </w:r>
      <w:r>
        <w:rPr>
          <w:b/>
          <w:i w:val="0"/>
          <w:smallCaps w:val="0"/>
          <w:strike w:val="0"/>
          <w:sz w:val="22"/>
          <w:u w:val="single"/>
        </w:rPr>
        <w:t>lear power</w:t>
      </w:r>
      <w:r>
        <w:rPr>
          <w:b/>
          <w:i w:val="0"/>
          <w:smallCaps w:val="0"/>
          <w:strike w:val="0"/>
          <w:sz w:val="22"/>
          <w:highlight w:val="cyan"/>
          <w:u w:val="single"/>
        </w:rPr>
        <w:t>s</w:t>
      </w:r>
      <w:r>
        <w:rPr>
          <w:b w:val="0"/>
          <w:i w:val="0"/>
          <w:smallCaps w:val="0"/>
          <w:strike w:val="0"/>
          <w:sz w:val="22"/>
          <w:highlight w:val="cyan"/>
          <w:u w:val="single"/>
        </w:rPr>
        <w:t>, will follow</w:t>
      </w:r>
      <w:r>
        <w:rPr>
          <w:b w:val="0"/>
          <w:i w:val="0"/>
          <w:smallCaps w:val="0"/>
          <w:strike w:val="0"/>
          <w:sz w:val="22"/>
          <w:u w:val="single"/>
        </w:rPr>
        <w:t>. There will be no winners</w:t>
      </w:r>
      <w:r>
        <w:rPr>
          <w:b w:val="0"/>
          <w:i w:val="0"/>
          <w:smallCaps w:val="0"/>
          <w:strike w:val="0"/>
          <w:sz w:val="16"/>
          <w:u w:val="none"/>
        </w:rPr>
        <w:t xml:space="preserve"> because, to quote Machiavelli, “Wars begin when you will, but they do not end when you please.”</w:t>
      </w:r>
    </w:p>
    <w:p>
      <w:pPr>
        <w:spacing w:after="60"/>
      </w:pPr>
      <w:r>
        <w:rPr>
          <w:b w:val="0"/>
          <w:i w:val="0"/>
          <w:smallCaps w:val="0"/>
          <w:strike w:val="0"/>
          <w:sz w:val="22"/>
          <w:u w:val="single"/>
        </w:rPr>
        <w:t>Is there</w:t>
      </w:r>
      <w:r>
        <w:rPr>
          <w:b w:val="0"/>
          <w:i w:val="0"/>
          <w:smallCaps w:val="0"/>
          <w:strike w:val="0"/>
          <w:sz w:val="16"/>
          <w:u w:val="none"/>
        </w:rPr>
        <w:t xml:space="preserve"> really </w:t>
      </w:r>
      <w:r>
        <w:rPr>
          <w:b w:val="0"/>
          <w:i w:val="0"/>
          <w:smallCaps w:val="0"/>
          <w:strike w:val="0"/>
          <w:sz w:val="22"/>
          <w:u w:val="single"/>
        </w:rPr>
        <w:t>no alternative?</w:t>
      </w:r>
    </w:p>
    <w:p>
      <w:pPr>
        <w:spacing w:after="60"/>
      </w:pPr>
      <w:r>
        <w:rPr>
          <w:b w:val="0"/>
          <w:i w:val="0"/>
          <w:smallCaps w:val="0"/>
          <w:strike w:val="0"/>
          <w:sz w:val="16"/>
          <w:u w:val="none"/>
        </w:rPr>
        <w:t xml:space="preserve">I think there is, or I wouldn’t be writing here. In my </w:t>
      </w:r>
      <w:r>
        <w:rPr>
          <w:b w:val="0"/>
          <w:i w:val="0"/>
          <w:smallCaps w:val="0"/>
          <w:strike w:val="0"/>
          <w:sz w:val="16"/>
          <w:u w:val="none"/>
        </w:rPr>
        <w:t>, I noted that President Trump needs to take a more appeasing tone in order to start building national cohesion. It’s great to state, “No matter our color, creed, religion or political party, we are ALL AMERICANS FIRST,” but doing so right after the Charlottesville murderous car ramming is the epitome of poor timing. Such statements should be part of the president’s routine, not rare occasions.</w:t>
      </w:r>
    </w:p>
    <w:p>
      <w:pPr>
        <w:spacing w:after="60"/>
      </w:pPr>
      <w:r>
        <w:rPr>
          <w:b w:val="0"/>
          <w:i w:val="0"/>
          <w:smallCaps w:val="0"/>
          <w:strike w:val="0"/>
          <w:sz w:val="16"/>
          <w:u w:val="none"/>
        </w:rPr>
        <w:t>Trump excels in using social media. If he uses it to broadcast a constant stream of unifying messages, notwithstanding the cynicism of the press, he will win over the American people’s hearts regardless of their political affiliation.</w:t>
      </w:r>
    </w:p>
    <w:p>
      <w:pPr>
        <w:spacing w:after="60"/>
      </w:pPr>
      <w:r>
        <w:rPr>
          <w:b w:val="0"/>
          <w:i w:val="0"/>
          <w:smallCaps w:val="0"/>
          <w:strike w:val="0"/>
          <w:sz w:val="16"/>
          <w:u w:val="none"/>
        </w:rPr>
        <w:t>I wholly agree that America requires massive infrastructure projects. But the real infrastructure of the country is its people, not its asphalt roads or railroads. The administration needs to implement ASAP solidarity programs that will create a uniform American identity. People need to learn that an ideology that undermines freedom of speech, freedom of religious practice, and freedom of the press, cannot use the First Amendment to legitimize itself.</w:t>
      </w:r>
    </w:p>
    <w:p>
      <w:pPr>
        <w:spacing w:after="60"/>
      </w:pPr>
      <w:r>
        <w:rPr>
          <w:b w:val="0"/>
          <w:i w:val="0"/>
          <w:smallCaps w:val="0"/>
          <w:strike w:val="0"/>
          <w:sz w:val="16"/>
          <w:u w:val="none"/>
        </w:rPr>
        <w:t xml:space="preserve">Even more importantly, </w:t>
      </w:r>
      <w:r>
        <w:rPr>
          <w:b w:val="0"/>
          <w:i w:val="0"/>
          <w:smallCaps w:val="0"/>
          <w:strike w:val="0"/>
          <w:sz w:val="22"/>
          <w:u w:val="single"/>
        </w:rPr>
        <w:t xml:space="preserve">people need to learn that </w:t>
      </w:r>
      <w:r>
        <w:rPr>
          <w:b/>
          <w:i w:val="0"/>
          <w:smallCaps w:val="0"/>
          <w:strike w:val="0"/>
          <w:sz w:val="22"/>
          <w:u w:val="single"/>
        </w:rPr>
        <w:t>plurality</w:t>
      </w:r>
      <w:r>
        <w:rPr>
          <w:b w:val="0"/>
          <w:i w:val="0"/>
          <w:smallCaps w:val="0"/>
          <w:strike w:val="0"/>
          <w:sz w:val="22"/>
          <w:u w:val="single"/>
        </w:rPr>
        <w:t xml:space="preserve"> of views is </w:t>
      </w:r>
      <w:r>
        <w:rPr>
          <w:b/>
          <w:i w:val="0"/>
          <w:smallCaps w:val="0"/>
          <w:strike w:val="0"/>
          <w:sz w:val="22"/>
          <w:u w:val="single"/>
        </w:rPr>
        <w:t>not</w:t>
      </w:r>
      <w:r>
        <w:rPr>
          <w:b w:val="0"/>
          <w:i w:val="0"/>
          <w:smallCaps w:val="0"/>
          <w:strike w:val="0"/>
          <w:sz w:val="22"/>
          <w:u w:val="single"/>
        </w:rPr>
        <w:t xml:space="preserve"> a </w:t>
      </w:r>
      <w:r>
        <w:rPr>
          <w:b/>
          <w:i w:val="0"/>
          <w:smallCaps w:val="0"/>
          <w:strike w:val="0"/>
          <w:sz w:val="22"/>
          <w:u w:val="single"/>
        </w:rPr>
        <w:t>recipe for war</w:t>
      </w:r>
      <w:r>
        <w:rPr>
          <w:b w:val="0"/>
          <w:i w:val="0"/>
          <w:smallCaps w:val="0"/>
          <w:strike w:val="0"/>
          <w:sz w:val="22"/>
          <w:u w:val="single"/>
        </w:rPr>
        <w:t>; it is</w:t>
      </w:r>
      <w:r>
        <w:rPr>
          <w:b w:val="0"/>
          <w:i w:val="0"/>
          <w:smallCaps w:val="0"/>
          <w:strike w:val="0"/>
          <w:sz w:val="16"/>
          <w:u w:val="none"/>
        </w:rPr>
        <w:t xml:space="preserve"> precisely </w:t>
      </w:r>
      <w:r>
        <w:rPr>
          <w:b w:val="0"/>
          <w:i w:val="0"/>
          <w:smallCaps w:val="0"/>
          <w:strike w:val="0"/>
          <w:sz w:val="22"/>
          <w:u w:val="single"/>
        </w:rPr>
        <w:t>what</w:t>
      </w:r>
      <w:r>
        <w:rPr>
          <w:b w:val="0"/>
          <w:i w:val="0"/>
          <w:smallCaps w:val="0"/>
          <w:strike w:val="0"/>
          <w:sz w:val="16"/>
          <w:u w:val="none"/>
        </w:rPr>
        <w:t xml:space="preserve"> has </w:t>
      </w:r>
      <w:r>
        <w:rPr>
          <w:b w:val="0"/>
          <w:i w:val="0"/>
          <w:smallCaps w:val="0"/>
          <w:strike w:val="0"/>
          <w:sz w:val="22"/>
          <w:u w:val="single"/>
        </w:rPr>
        <w:t>made America great in the first place</w:t>
      </w:r>
      <w:r>
        <w:rPr>
          <w:b w:val="0"/>
          <w:i w:val="0"/>
          <w:smallCaps w:val="0"/>
          <w:strike w:val="0"/>
          <w:sz w:val="16"/>
          <w:u w:val="none"/>
        </w:rPr>
        <w:t>. When people of different approaches and views strive for the same</w:t>
      </w:r>
      <w:r>
        <w:rPr>
          <w:b w:val="0"/>
          <w:i w:val="0"/>
          <w:smallCaps w:val="0"/>
          <w:strike w:val="0"/>
          <w:sz w:val="16"/>
          <w:u w:val="none"/>
        </w:rPr>
        <w:t xml:space="preserve"> goal, they are far more likely to achieve it. </w:t>
      </w:r>
      <w:r>
        <w:rPr>
          <w:b w:val="0"/>
          <w:i w:val="0"/>
          <w:smallCaps w:val="0"/>
          <w:strike w:val="0"/>
          <w:sz w:val="22"/>
          <w:u w:val="single"/>
        </w:rPr>
        <w:t xml:space="preserve">If the goal is the </w:t>
      </w:r>
      <w:r>
        <w:rPr>
          <w:b/>
          <w:i w:val="0"/>
          <w:smallCaps w:val="0"/>
          <w:strike w:val="0"/>
          <w:sz w:val="22"/>
          <w:u w:val="single"/>
        </w:rPr>
        <w:t>well-being</w:t>
      </w:r>
      <w:r>
        <w:rPr>
          <w:b w:val="0"/>
          <w:i w:val="0"/>
          <w:smallCaps w:val="0"/>
          <w:strike w:val="0"/>
          <w:sz w:val="22"/>
          <w:u w:val="single"/>
        </w:rPr>
        <w:t xml:space="preserve"> of all Americans</w:t>
      </w:r>
      <w:r>
        <w:rPr>
          <w:b w:val="0"/>
          <w:i w:val="0"/>
          <w:smallCaps w:val="0"/>
          <w:strike w:val="0"/>
          <w:sz w:val="16"/>
          <w:u w:val="none"/>
        </w:rPr>
        <w:t xml:space="preserve">, the entire country will benefit from it, and </w:t>
      </w:r>
      <w:r>
        <w:rPr>
          <w:b w:val="0"/>
          <w:i w:val="0"/>
          <w:smallCaps w:val="0"/>
          <w:strike w:val="0"/>
          <w:sz w:val="22"/>
          <w:u w:val="single"/>
        </w:rPr>
        <w:t>this</w:t>
      </w:r>
      <w:r>
        <w:rPr>
          <w:b w:val="0"/>
          <w:i w:val="0"/>
          <w:smallCaps w:val="0"/>
          <w:strike w:val="0"/>
          <w:sz w:val="16"/>
          <w:u w:val="none"/>
        </w:rPr>
        <w:t xml:space="preserve"> goal </w:t>
      </w:r>
      <w:r>
        <w:rPr>
          <w:b w:val="0"/>
          <w:i w:val="0"/>
          <w:smallCaps w:val="0"/>
          <w:strike w:val="0"/>
          <w:sz w:val="22"/>
          <w:u w:val="single"/>
        </w:rPr>
        <w:t>should top the priority list</w:t>
      </w:r>
      <w:r>
        <w:rPr>
          <w:b w:val="0"/>
          <w:i w:val="0"/>
          <w:smallCaps w:val="0"/>
          <w:strike w:val="0"/>
          <w:sz w:val="16"/>
          <w:u w:val="none"/>
        </w:rPr>
        <w:t xml:space="preserve"> of every American.</w:t>
      </w:r>
    </w:p>
    <w:p>
      <w:pPr>
        <w:spacing w:after="60"/>
      </w:pPr>
      <w:r>
        <w:rPr>
          <w:b w:val="0"/>
          <w:i w:val="0"/>
          <w:smallCaps w:val="0"/>
          <w:strike w:val="0"/>
          <w:sz w:val="22"/>
          <w:u w:val="single"/>
        </w:rPr>
        <w:t xml:space="preserve">It might not seem possible to </w:t>
      </w:r>
      <w:r>
        <w:rPr>
          <w:b/>
          <w:i w:val="0"/>
          <w:smallCaps w:val="0"/>
          <w:strike w:val="0"/>
          <w:sz w:val="22"/>
          <w:u w:val="single"/>
        </w:rPr>
        <w:t>patch up</w:t>
      </w:r>
      <w:r>
        <w:rPr>
          <w:b w:val="0"/>
          <w:i w:val="0"/>
          <w:smallCaps w:val="0"/>
          <w:strike w:val="0"/>
          <w:sz w:val="22"/>
          <w:u w:val="single"/>
        </w:rPr>
        <w:t xml:space="preserve"> the divided </w:t>
      </w:r>
      <w:r>
        <w:rPr>
          <w:b/>
          <w:i w:val="0"/>
          <w:smallCaps w:val="0"/>
          <w:strike w:val="0"/>
          <w:sz w:val="22"/>
          <w:u w:val="single"/>
        </w:rPr>
        <w:t>U</w:t>
      </w:r>
      <w:r>
        <w:rPr>
          <w:b w:val="0"/>
          <w:i w:val="0"/>
          <w:smallCaps w:val="0"/>
          <w:strike w:val="0"/>
          <w:sz w:val="22"/>
          <w:u w:val="single"/>
        </w:rPr>
        <w:t>nited States, but</w:t>
      </w:r>
      <w:r>
        <w:rPr>
          <w:b w:val="0"/>
          <w:i w:val="0"/>
          <w:smallCaps w:val="0"/>
          <w:strike w:val="0"/>
          <w:sz w:val="16"/>
          <w:u w:val="none"/>
        </w:rPr>
        <w:t xml:space="preserve"> 1) no one has ever sincerely tried, and 2) </w:t>
      </w:r>
      <w:r>
        <w:rPr>
          <w:b w:val="0"/>
          <w:i w:val="0"/>
          <w:smallCaps w:val="0"/>
          <w:strike w:val="0"/>
          <w:sz w:val="22"/>
          <w:highlight w:val="cyan"/>
          <w:u w:val="single"/>
        </w:rPr>
        <w:t xml:space="preserve">the other option is </w:t>
      </w:r>
      <w:r>
        <w:rPr>
          <w:b/>
          <w:i w:val="0"/>
          <w:smallCaps w:val="0"/>
          <w:strike w:val="0"/>
          <w:sz w:val="22"/>
          <w:highlight w:val="cyan"/>
          <w:u w:val="single"/>
        </w:rPr>
        <w:t>war</w:t>
      </w:r>
      <w:r>
        <w:rPr>
          <w:b w:val="0"/>
          <w:i w:val="0"/>
          <w:smallCaps w:val="0"/>
          <w:strike w:val="0"/>
          <w:sz w:val="16"/>
          <w:highlight w:val="cyan"/>
          <w:u w:val="none"/>
        </w:rPr>
        <w:t>.</w:t>
      </w:r>
    </w:p>
    <w:p>
      <w:pPr>
        <w:spacing w:after="60"/>
      </w:pPr>
      <w:r>
        <w:rPr>
          <w:b w:val="0"/>
          <w:i w:val="0"/>
          <w:smallCaps w:val="0"/>
          <w:strike w:val="0"/>
          <w:sz w:val="16"/>
          <w:u w:val="none"/>
        </w:rPr>
        <w:t xml:space="preserve">With my students, I have developed </w:t>
      </w:r>
      <w:r>
        <w:rPr>
          <w:b w:val="0"/>
          <w:i w:val="0"/>
          <w:smallCaps w:val="0"/>
          <w:strike w:val="0"/>
          <w:sz w:val="22"/>
          <w:u w:val="single"/>
        </w:rPr>
        <w:t>simple</w:t>
      </w:r>
      <w:r>
        <w:rPr>
          <w:b w:val="0"/>
          <w:i w:val="0"/>
          <w:smallCaps w:val="0"/>
          <w:strike w:val="0"/>
          <w:sz w:val="16"/>
          <w:u w:val="none"/>
        </w:rPr>
        <w:t xml:space="preserve"> and easily applicable </w:t>
      </w:r>
      <w:r>
        <w:rPr>
          <w:b w:val="0"/>
          <w:i w:val="0"/>
          <w:smallCaps w:val="0"/>
          <w:strike w:val="0"/>
          <w:sz w:val="22"/>
          <w:u w:val="single"/>
        </w:rPr>
        <w:t>techniques</w:t>
      </w:r>
      <w:r>
        <w:rPr>
          <w:b w:val="0"/>
          <w:i w:val="0"/>
          <w:smallCaps w:val="0"/>
          <w:strike w:val="0"/>
          <w:sz w:val="16"/>
          <w:u w:val="none"/>
        </w:rPr>
        <w:t xml:space="preserve"> that </w:t>
      </w:r>
      <w:r>
        <w:rPr>
          <w:b w:val="0"/>
          <w:i w:val="0"/>
          <w:smallCaps w:val="0"/>
          <w:strike w:val="0"/>
          <w:sz w:val="22"/>
          <w:highlight w:val="cyan"/>
          <w:u w:val="single"/>
        </w:rPr>
        <w:t>create</w:t>
      </w:r>
      <w:r>
        <w:rPr>
          <w:b w:val="0"/>
          <w:i w:val="0"/>
          <w:smallCaps w:val="0"/>
          <w:strike w:val="0"/>
          <w:sz w:val="22"/>
          <w:u w:val="single"/>
        </w:rPr>
        <w:t xml:space="preserve"> a sense of </w:t>
      </w:r>
      <w:r>
        <w:rPr>
          <w:b/>
          <w:i w:val="0"/>
          <w:smallCaps w:val="0"/>
          <w:strike w:val="0"/>
          <w:sz w:val="22"/>
          <w:highlight w:val="cyan"/>
          <w:u w:val="single"/>
        </w:rPr>
        <w:t>unity</w:t>
      </w:r>
      <w:r>
        <w:rPr>
          <w:b w:val="0"/>
          <w:i w:val="0"/>
          <w:smallCaps w:val="0"/>
          <w:strike w:val="0"/>
          <w:sz w:val="22"/>
          <w:u w:val="single"/>
        </w:rPr>
        <w:t xml:space="preserve"> and connection </w:t>
      </w:r>
      <w:r>
        <w:rPr>
          <w:b w:val="0"/>
          <w:i w:val="0"/>
          <w:smallCaps w:val="0"/>
          <w:strike w:val="0"/>
          <w:sz w:val="16"/>
          <w:u w:val="none"/>
        </w:rPr>
        <w:t xml:space="preserve">even </w:t>
      </w:r>
      <w:r>
        <w:rPr>
          <w:b/>
          <w:i w:val="0"/>
          <w:smallCaps w:val="0"/>
          <w:strike w:val="0"/>
          <w:sz w:val="22"/>
          <w:highlight w:val="cyan"/>
          <w:u w:val="single"/>
        </w:rPr>
        <w:t>among the</w:t>
      </w:r>
      <w:r>
        <w:rPr>
          <w:b w:val="0"/>
          <w:i w:val="0"/>
          <w:smallCaps w:val="0"/>
          <w:strike w:val="0"/>
          <w:sz w:val="16"/>
          <w:u w:val="none"/>
        </w:rPr>
        <w:t xml:space="preserve"> most unlikely populations, such as Israeli Jews and Palestinian Arabs, ultra-Orthodox and devout agnostics, and</w:t>
      </w:r>
      <w:r>
        <w:rPr>
          <w:b w:val="0"/>
          <w:i w:val="0"/>
          <w:smallCaps w:val="0"/>
          <w:strike w:val="0"/>
          <w:sz w:val="16"/>
          <w:u w:val="none"/>
        </w:rPr>
        <w:t xml:space="preserve"> </w:t>
      </w:r>
      <w:r>
        <w:rPr>
          <w:b/>
          <w:i w:val="0"/>
          <w:smallCaps w:val="0"/>
          <w:strike w:val="0"/>
          <w:sz w:val="22"/>
          <w:highlight w:val="cyan"/>
          <w:u w:val="single"/>
        </w:rPr>
        <w:t>affluent and needy</w:t>
      </w:r>
      <w:r>
        <w:rPr>
          <w:b w:val="0"/>
          <w:i w:val="0"/>
          <w:smallCaps w:val="0"/>
          <w:strike w:val="0"/>
          <w:sz w:val="16"/>
          <w:u w:val="none"/>
        </w:rPr>
        <w:t>. These techniques work wonders wherever we have tried them: North America, Western and Eastern Europe, and in Israel.</w:t>
      </w:r>
    </w:p>
    <w:p>
      <w:pPr>
        <w:spacing w:after="60"/>
      </w:pPr>
      <w:r>
        <w:rPr>
          <w:b w:val="0"/>
          <w:i w:val="0"/>
          <w:smallCaps w:val="0"/>
          <w:strike w:val="0"/>
          <w:sz w:val="16"/>
          <w:u w:val="none"/>
        </w:rPr>
        <w:t xml:space="preserve">Today’s world is pushing toward connection. </w:t>
      </w:r>
      <w:r>
        <w:rPr>
          <w:b w:val="0"/>
          <w:i w:val="0"/>
          <w:smallCaps w:val="0"/>
          <w:strike w:val="0"/>
          <w:sz w:val="22"/>
          <w:u w:val="single"/>
        </w:rPr>
        <w:t>The interconnectedness</w:t>
      </w:r>
      <w:r>
        <w:rPr>
          <w:b w:val="0"/>
          <w:i w:val="0"/>
          <w:smallCaps w:val="0"/>
          <w:strike w:val="0"/>
          <w:sz w:val="16"/>
          <w:u w:val="none"/>
        </w:rPr>
        <w:t xml:space="preserve"> of reality </w:t>
      </w:r>
      <w:r>
        <w:rPr>
          <w:b w:val="0"/>
          <w:i w:val="0"/>
          <w:smallCaps w:val="0"/>
          <w:strike w:val="0"/>
          <w:sz w:val="22"/>
          <w:u w:val="single"/>
        </w:rPr>
        <w:t>requires</w:t>
      </w:r>
      <w:r>
        <w:rPr>
          <w:b w:val="0"/>
          <w:i w:val="0"/>
          <w:smallCaps w:val="0"/>
          <w:strike w:val="0"/>
          <w:sz w:val="16"/>
          <w:u w:val="none"/>
        </w:rPr>
        <w:t xml:space="preserve"> that </w:t>
      </w:r>
      <w:r>
        <w:rPr>
          <w:b w:val="0"/>
          <w:i w:val="0"/>
          <w:smallCaps w:val="0"/>
          <w:strike w:val="0"/>
          <w:sz w:val="22"/>
          <w:u w:val="single"/>
        </w:rPr>
        <w:t>we learn how to work</w:t>
      </w:r>
      <w:r>
        <w:rPr>
          <w:b w:val="0"/>
          <w:i w:val="0"/>
          <w:smallCaps w:val="0"/>
          <w:strike w:val="0"/>
          <w:sz w:val="16"/>
          <w:u w:val="none"/>
        </w:rPr>
        <w:t xml:space="preserve"> in a world </w:t>
      </w:r>
      <w:r>
        <w:rPr>
          <w:b w:val="0"/>
          <w:i w:val="0"/>
          <w:smallCaps w:val="0"/>
          <w:strike w:val="0"/>
          <w:sz w:val="22"/>
          <w:u w:val="single"/>
        </w:rPr>
        <w:t xml:space="preserve">where everyone is dependent on everyone else. </w:t>
      </w:r>
      <w:r>
        <w:rPr>
          <w:b w:val="0"/>
          <w:i w:val="0"/>
          <w:smallCaps w:val="0"/>
          <w:strike w:val="0"/>
          <w:sz w:val="22"/>
          <w:highlight w:val="cyan"/>
          <w:u w:val="single"/>
        </w:rPr>
        <w:t>When we think</w:t>
      </w:r>
      <w:r>
        <w:rPr>
          <w:b w:val="0"/>
          <w:i w:val="0"/>
          <w:smallCaps w:val="0"/>
          <w:strike w:val="0"/>
          <w:sz w:val="16"/>
          <w:u w:val="none"/>
        </w:rPr>
        <w:t xml:space="preserve"> in terms </w:t>
      </w:r>
      <w:r>
        <w:rPr>
          <w:b w:val="0"/>
          <w:i w:val="0"/>
          <w:smallCaps w:val="0"/>
          <w:strike w:val="0"/>
          <w:sz w:val="22"/>
          <w:u w:val="single"/>
        </w:rPr>
        <w:t xml:space="preserve">of </w:t>
      </w:r>
      <w:r>
        <w:rPr>
          <w:b w:val="0"/>
          <w:i w:val="0"/>
          <w:smallCaps w:val="0"/>
          <w:strike w:val="0"/>
          <w:sz w:val="22"/>
          <w:highlight w:val="cyan"/>
          <w:u w:val="single"/>
        </w:rPr>
        <w:t>“</w:t>
      </w:r>
      <w:r>
        <w:rPr>
          <w:b/>
          <w:i w:val="0"/>
          <w:smallCaps w:val="0"/>
          <w:strike w:val="0"/>
          <w:sz w:val="22"/>
          <w:highlight w:val="cyan"/>
          <w:u w:val="single"/>
        </w:rPr>
        <w:t>one</w:t>
      </w:r>
      <w:r>
        <w:rPr>
          <w:b/>
          <w:i w:val="0"/>
          <w:smallCaps w:val="0"/>
          <w:strike w:val="0"/>
          <w:sz w:val="22"/>
          <w:u w:val="single"/>
        </w:rPr>
        <w:t xml:space="preserve"> side</w:t>
      </w:r>
      <w:r>
        <w:rPr>
          <w:b w:val="0"/>
          <w:i w:val="0"/>
          <w:smallCaps w:val="0"/>
          <w:strike w:val="0"/>
          <w:sz w:val="22"/>
          <w:u w:val="single"/>
        </w:rPr>
        <w:t xml:space="preserve"> </w:t>
      </w:r>
      <w:r>
        <w:rPr>
          <w:b w:val="0"/>
          <w:i w:val="0"/>
          <w:smallCaps w:val="0"/>
          <w:strike w:val="0"/>
          <w:sz w:val="22"/>
          <w:highlight w:val="cyan"/>
          <w:u w:val="single"/>
        </w:rPr>
        <w:t xml:space="preserve">or the </w:t>
      </w:r>
      <w:r>
        <w:rPr>
          <w:b/>
          <w:i w:val="0"/>
          <w:smallCaps w:val="0"/>
          <w:strike w:val="0"/>
          <w:sz w:val="22"/>
          <w:highlight w:val="cyan"/>
          <w:u w:val="single"/>
        </w:rPr>
        <w:t>other</w:t>
      </w:r>
      <w:r>
        <w:rPr>
          <w:b w:val="0"/>
          <w:i w:val="0"/>
          <w:smallCaps w:val="0"/>
          <w:strike w:val="0"/>
          <w:sz w:val="22"/>
          <w:highlight w:val="cyan"/>
          <w:u w:val="single"/>
        </w:rPr>
        <w:t xml:space="preserve"> wins,”</w:t>
      </w:r>
      <w:r>
        <w:rPr>
          <w:b w:val="0"/>
          <w:i w:val="0"/>
          <w:smallCaps w:val="0"/>
          <w:strike w:val="0"/>
          <w:sz w:val="16"/>
          <w:u w:val="none"/>
        </w:rPr>
        <w:t xml:space="preserve"> we cannot succeed because we are perpetuating a mindset of separation. </w:t>
      </w:r>
      <w:r>
        <w:rPr>
          <w:b w:val="0"/>
          <w:i w:val="0"/>
          <w:smallCaps w:val="0"/>
          <w:strike w:val="0"/>
          <w:sz w:val="22"/>
          <w:highlight w:val="cyan"/>
          <w:u w:val="single"/>
        </w:rPr>
        <w:t>This</w:t>
      </w:r>
      <w:r>
        <w:rPr>
          <w:b w:val="0"/>
          <w:i w:val="0"/>
          <w:smallCaps w:val="0"/>
          <w:strike w:val="0"/>
          <w:sz w:val="22"/>
          <w:u w:val="single"/>
        </w:rPr>
        <w:t xml:space="preserve"> will </w:t>
      </w:r>
      <w:r>
        <w:rPr>
          <w:b/>
          <w:i w:val="0"/>
          <w:smallCaps w:val="0"/>
          <w:strike w:val="0"/>
          <w:sz w:val="22"/>
          <w:u w:val="single"/>
        </w:rPr>
        <w:t>inevitably</w:t>
      </w:r>
      <w:r>
        <w:rPr>
          <w:b w:val="0"/>
          <w:i w:val="0"/>
          <w:smallCaps w:val="0"/>
          <w:strike w:val="0"/>
          <w:sz w:val="22"/>
          <w:u w:val="single"/>
        </w:rPr>
        <w:t xml:space="preserve"> </w:t>
      </w:r>
      <w:r>
        <w:rPr>
          <w:b w:val="0"/>
          <w:i w:val="0"/>
          <w:smallCaps w:val="0"/>
          <w:strike w:val="0"/>
          <w:sz w:val="22"/>
          <w:highlight w:val="cyan"/>
          <w:u w:val="single"/>
        </w:rPr>
        <w:t>create</w:t>
      </w:r>
      <w:r>
        <w:rPr>
          <w:b w:val="0"/>
          <w:i w:val="0"/>
          <w:smallCaps w:val="0"/>
          <w:strike w:val="0"/>
          <w:sz w:val="22"/>
          <w:u w:val="single"/>
        </w:rPr>
        <w:t xml:space="preserve"> </w:t>
      </w:r>
      <w:r>
        <w:rPr>
          <w:b/>
          <w:i w:val="0"/>
          <w:smallCaps w:val="0"/>
          <w:strike w:val="0"/>
          <w:sz w:val="22"/>
          <w:u w:val="single"/>
        </w:rPr>
        <w:t xml:space="preserve">unions of </w:t>
      </w:r>
      <w:r>
        <w:rPr>
          <w:b/>
          <w:i w:val="0"/>
          <w:smallCaps w:val="0"/>
          <w:strike w:val="0"/>
          <w:sz w:val="22"/>
          <w:highlight w:val="cyan"/>
          <w:u w:val="single"/>
        </w:rPr>
        <w:t>extremists</w:t>
      </w:r>
      <w:r>
        <w:rPr>
          <w:b w:val="0"/>
          <w:i w:val="0"/>
          <w:smallCaps w:val="0"/>
          <w:strike w:val="0"/>
          <w:sz w:val="22"/>
          <w:highlight w:val="cyan"/>
          <w:u w:val="single"/>
        </w:rPr>
        <w:t xml:space="preserve"> that</w:t>
      </w:r>
      <w:r>
        <w:rPr>
          <w:b w:val="0"/>
          <w:i w:val="0"/>
          <w:smallCaps w:val="0"/>
          <w:strike w:val="0"/>
          <w:sz w:val="22"/>
          <w:u w:val="single"/>
        </w:rPr>
        <w:t xml:space="preserve"> </w:t>
      </w:r>
      <w:r>
        <w:rPr>
          <w:b w:val="0"/>
          <w:i w:val="0"/>
          <w:smallCaps w:val="0"/>
          <w:strike w:val="0"/>
          <w:sz w:val="16"/>
          <w:u w:val="none"/>
        </w:rPr>
        <w:t xml:space="preserve">will </w:t>
      </w:r>
      <w:r>
        <w:rPr>
          <w:b w:val="0"/>
          <w:i w:val="0"/>
          <w:smallCaps w:val="0"/>
          <w:strike w:val="0"/>
          <w:sz w:val="22"/>
          <w:u w:val="single"/>
        </w:rPr>
        <w:t>feed on hatred</w:t>
      </w:r>
      <w:r>
        <w:rPr>
          <w:b w:val="0"/>
          <w:i w:val="0"/>
          <w:smallCaps w:val="0"/>
          <w:strike w:val="0"/>
          <w:sz w:val="16"/>
          <w:u w:val="none"/>
        </w:rPr>
        <w:t xml:space="preserve"> of the other side, </w:t>
      </w:r>
      <w:r>
        <w:rPr>
          <w:b w:val="0"/>
          <w:i w:val="0"/>
          <w:smallCaps w:val="0"/>
          <w:strike w:val="0"/>
          <w:sz w:val="22"/>
          <w:u w:val="single"/>
        </w:rPr>
        <w:t>which</w:t>
      </w:r>
      <w:r>
        <w:rPr>
          <w:b w:val="0"/>
          <w:i w:val="0"/>
          <w:smallCaps w:val="0"/>
          <w:strike w:val="0"/>
          <w:sz w:val="16"/>
          <w:u w:val="none"/>
        </w:rPr>
        <w:t xml:space="preserve"> in turn </w:t>
      </w:r>
      <w:r>
        <w:rPr>
          <w:b w:val="0"/>
          <w:i w:val="0"/>
          <w:smallCaps w:val="0"/>
          <w:strike w:val="0"/>
          <w:sz w:val="22"/>
          <w:u w:val="single"/>
        </w:rPr>
        <w:t xml:space="preserve">will </w:t>
      </w:r>
      <w:r>
        <w:rPr>
          <w:b w:val="0"/>
          <w:i w:val="0"/>
          <w:smallCaps w:val="0"/>
          <w:strike w:val="0"/>
          <w:sz w:val="22"/>
          <w:highlight w:val="cyan"/>
          <w:u w:val="single"/>
        </w:rPr>
        <w:t xml:space="preserve">lead to </w:t>
      </w:r>
      <w:r>
        <w:rPr>
          <w:b/>
          <w:i w:val="0"/>
          <w:smallCaps w:val="0"/>
          <w:strike w:val="0"/>
          <w:sz w:val="22"/>
          <w:highlight w:val="cyan"/>
          <w:u w:val="single"/>
        </w:rPr>
        <w:t>war</w:t>
      </w:r>
      <w:r>
        <w:rPr>
          <w:b w:val="0"/>
          <w:i w:val="0"/>
          <w:smallCaps w:val="0"/>
          <w:strike w:val="0"/>
          <w:sz w:val="22"/>
          <w:highlight w:val="cyan"/>
          <w:u w:val="single"/>
        </w:rPr>
        <w:t xml:space="preserve">. </w:t>
      </w:r>
      <w:r>
        <w:rPr>
          <w:b w:val="0"/>
          <w:i w:val="0"/>
          <w:smallCaps w:val="0"/>
          <w:strike w:val="0"/>
          <w:sz w:val="26"/>
          <w:highlight w:val="cyan"/>
          <w:u w:val="single"/>
        </w:rPr>
        <w:t xml:space="preserve">The </w:t>
      </w:r>
      <w:r>
        <w:rPr>
          <w:b/>
          <w:i w:val="0"/>
          <w:smallCaps w:val="0"/>
          <w:strike w:val="0"/>
          <w:sz w:val="26"/>
          <w:highlight w:val="cyan"/>
          <w:u w:val="single"/>
        </w:rPr>
        <w:t>only way</w:t>
      </w:r>
      <w:r>
        <w:rPr>
          <w:b w:val="0"/>
          <w:i w:val="0"/>
          <w:smallCaps w:val="0"/>
          <w:strike w:val="0"/>
          <w:sz w:val="26"/>
          <w:highlight w:val="cyan"/>
          <w:u w:val="single"/>
        </w:rPr>
        <w:t xml:space="preserve"> to avoid</w:t>
      </w:r>
      <w:r>
        <w:rPr>
          <w:b w:val="0"/>
          <w:i w:val="0"/>
          <w:smallCaps w:val="0"/>
          <w:strike w:val="0"/>
          <w:sz w:val="22"/>
          <w:u w:val="single"/>
        </w:rPr>
        <w:t xml:space="preserve"> this</w:t>
      </w:r>
      <w:r>
        <w:rPr>
          <w:b w:val="0"/>
          <w:i w:val="0"/>
          <w:smallCaps w:val="0"/>
          <w:strike w:val="0"/>
          <w:sz w:val="16"/>
          <w:u w:val="none"/>
        </w:rPr>
        <w:t xml:space="preserve"> route </w:t>
      </w:r>
      <w:r>
        <w:rPr>
          <w:b w:val="0"/>
          <w:i w:val="0"/>
          <w:smallCaps w:val="0"/>
          <w:strike w:val="0"/>
          <w:sz w:val="26"/>
          <w:highlight w:val="cyan"/>
          <w:u w:val="single"/>
        </w:rPr>
        <w:t>is</w:t>
      </w:r>
      <w:r>
        <w:rPr>
          <w:b w:val="0"/>
          <w:i w:val="0"/>
          <w:smallCaps w:val="0"/>
          <w:strike w:val="0"/>
          <w:sz w:val="22"/>
          <w:u w:val="single"/>
        </w:rPr>
        <w:t xml:space="preserve"> to </w:t>
      </w:r>
      <w:r>
        <w:rPr>
          <w:b w:val="0"/>
          <w:i w:val="0"/>
          <w:smallCaps w:val="0"/>
          <w:strike w:val="0"/>
          <w:sz w:val="22"/>
          <w:u w:val="single"/>
        </w:rPr>
        <w:t xml:space="preserve">make </w:t>
      </w:r>
      <w:r>
        <w:rPr>
          <w:b/>
          <w:i w:val="0"/>
          <w:smallCaps w:val="0"/>
          <w:strike w:val="0"/>
          <w:sz w:val="26"/>
          <w:highlight w:val="cyan"/>
          <w:u w:val="single"/>
        </w:rPr>
        <w:t>unity</w:t>
      </w:r>
      <w:r>
        <w:rPr>
          <w:b w:val="0"/>
          <w:i w:val="0"/>
          <w:smallCaps w:val="0"/>
          <w:strike w:val="0"/>
          <w:sz w:val="22"/>
          <w:u w:val="single"/>
        </w:rPr>
        <w:t xml:space="preserve"> </w:t>
      </w:r>
      <w:r>
        <w:rPr>
          <w:b/>
          <w:i w:val="0"/>
          <w:smallCaps w:val="0"/>
          <w:strike w:val="0"/>
          <w:sz w:val="22"/>
          <w:u w:val="single"/>
        </w:rPr>
        <w:t>mainstream</w:t>
      </w:r>
      <w:r>
        <w:rPr>
          <w:b w:val="0"/>
          <w:i w:val="0"/>
          <w:smallCaps w:val="0"/>
          <w:strike w:val="0"/>
          <w:sz w:val="16"/>
          <w:u w:val="none"/>
        </w:rPr>
        <w:t>.</w:t>
      </w:r>
    </w:p>
    <w:p>
      <w:pPr>
        <w:spacing w:after="60"/>
      </w:pPr>
      <w:r>
        <w:rPr>
          <w:b w:val="0"/>
          <w:i w:val="0"/>
          <w:smallCaps w:val="0"/>
          <w:strike w:val="0"/>
          <w:sz w:val="16"/>
          <w:u w:val="none"/>
        </w:rPr>
        <w:t>If this seems unrealistic, think of your own body. Without the unity of radically different organs all working in unison for the common cause of sustaining you and keeping you healthy, you would not exist. Therefore, unity is not unrealistic; it is the only realistic option for society.</w:t>
      </w:r>
    </w:p>
    <w:p>
      <w:pPr>
        <w:spacing w:after="60"/>
      </w:pPr>
      <w:r>
        <w:rPr>
          <w:b w:val="0"/>
          <w:i w:val="0"/>
          <w:smallCaps w:val="0"/>
          <w:strike w:val="0"/>
          <w:sz w:val="22"/>
          <w:u w:val="single"/>
        </w:rPr>
        <w:t xml:space="preserve">The sooner we make American </w:t>
      </w:r>
      <w:r>
        <w:rPr>
          <w:b/>
          <w:i w:val="0"/>
          <w:smallCaps w:val="0"/>
          <w:strike w:val="0"/>
          <w:sz w:val="22"/>
          <w:u w:val="single"/>
        </w:rPr>
        <w:t>solidarity</w:t>
      </w:r>
      <w:r>
        <w:rPr>
          <w:b w:val="0"/>
          <w:i w:val="0"/>
          <w:smallCaps w:val="0"/>
          <w:strike w:val="0"/>
          <w:sz w:val="22"/>
          <w:u w:val="single"/>
        </w:rPr>
        <w:t xml:space="preserve"> the prime valu</w:t>
      </w:r>
      <w:r>
        <w:rPr>
          <w:b w:val="0"/>
          <w:i w:val="0"/>
          <w:smallCaps w:val="0"/>
          <w:strike w:val="0"/>
          <w:sz w:val="16"/>
          <w:u w:val="none"/>
        </w:rPr>
        <w:t xml:space="preserve">e of America, </w:t>
      </w:r>
      <w:r>
        <w:rPr>
          <w:b w:val="0"/>
          <w:i w:val="0"/>
          <w:smallCaps w:val="0"/>
          <w:strike w:val="0"/>
          <w:sz w:val="22"/>
          <w:u w:val="single"/>
        </w:rPr>
        <w:t>the better it is for the entire country</w:t>
      </w:r>
      <w:r>
        <w:rPr>
          <w:b w:val="0"/>
          <w:i w:val="0"/>
          <w:smallCaps w:val="0"/>
          <w:strike w:val="0"/>
          <w:sz w:val="16"/>
          <w:u w:val="none"/>
        </w:rPr>
        <w:t xml:space="preserve">. Any decision that Trump’s administration and Congress make from here on should first and foremost promote </w:t>
      </w:r>
      <w:r>
        <w:rPr>
          <w:b w:val="0"/>
          <w:i w:val="0"/>
          <w:smallCaps w:val="0"/>
          <w:strike w:val="0"/>
          <w:sz w:val="22"/>
          <w:u w:val="single"/>
        </w:rPr>
        <w:t>unity</w:t>
      </w:r>
      <w:r>
        <w:rPr>
          <w:b w:val="0"/>
          <w:i w:val="0"/>
          <w:smallCaps w:val="0"/>
          <w:strike w:val="0"/>
          <w:sz w:val="16"/>
          <w:u w:val="none"/>
        </w:rPr>
        <w:t xml:space="preserve"> and solidarity because this </w:t>
      </w:r>
      <w:r>
        <w:rPr>
          <w:b w:val="0"/>
          <w:i w:val="0"/>
          <w:smallCaps w:val="0"/>
          <w:strike w:val="0"/>
          <w:sz w:val="22"/>
          <w:u w:val="single"/>
        </w:rPr>
        <w:t>is</w:t>
      </w:r>
      <w:r>
        <w:rPr>
          <w:b w:val="0"/>
          <w:i w:val="0"/>
          <w:smallCaps w:val="0"/>
          <w:strike w:val="0"/>
          <w:sz w:val="16"/>
          <w:u w:val="none"/>
        </w:rPr>
        <w:t xml:space="preserve"> truly </w:t>
      </w:r>
      <w:r>
        <w:rPr>
          <w:b w:val="0"/>
          <w:i w:val="0"/>
          <w:smallCaps w:val="0"/>
          <w:strike w:val="0"/>
          <w:sz w:val="22"/>
          <w:u w:val="single"/>
        </w:rPr>
        <w:t xml:space="preserve">the </w:t>
      </w:r>
      <w:r>
        <w:rPr>
          <w:b/>
          <w:i w:val="0"/>
          <w:smallCaps w:val="0"/>
          <w:strike w:val="0"/>
          <w:sz w:val="22"/>
          <w:u w:val="single"/>
        </w:rPr>
        <w:t>only</w:t>
      </w:r>
      <w:r>
        <w:rPr>
          <w:b w:val="0"/>
          <w:i w:val="0"/>
          <w:smallCaps w:val="0"/>
          <w:strike w:val="0"/>
          <w:sz w:val="22"/>
          <w:u w:val="single"/>
        </w:rPr>
        <w:t xml:space="preserve"> realistic option</w:t>
      </w:r>
      <w:r>
        <w:rPr>
          <w:b w:val="0"/>
          <w:i w:val="0"/>
          <w:smallCaps w:val="0"/>
          <w:strike w:val="0"/>
          <w:sz w:val="16"/>
          <w:u w:val="none"/>
        </w:rPr>
        <w:t>.</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