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Voting negative is an act of solidarity that decolonizes intellectual property and administers death to the colonial regime by a </w:t>
      </w:r>
      <w:r>
        <w:rPr>
          <w:b/>
          <w:i w:val="0"/>
          <w:smallCaps w:val="0"/>
          <w:strike w:val="0"/>
          <w:u w:val="single"/>
        </w:rPr>
        <w:t>thousand cuts</w:t>
      </w:r>
      <w:r>
        <w:rPr>
          <w:b/>
          <w:i w:val="0"/>
          <w:smallCaps w:val="0"/>
          <w:strike w:val="0"/>
          <w:u w:val="none"/>
        </w:rPr>
        <w:t xml:space="preserve">. The ballot is both </w:t>
      </w:r>
      <w:r>
        <w:rPr>
          <w:b/>
          <w:i w:val="0"/>
          <w:smallCaps w:val="0"/>
          <w:strike w:val="0"/>
          <w:u w:val="single"/>
        </w:rPr>
        <w:t>necessary</w:t>
      </w:r>
      <w:r>
        <w:rPr>
          <w:b/>
          <w:i w:val="0"/>
          <w:smallCaps w:val="0"/>
          <w:strike w:val="0"/>
          <w:u w:val="none"/>
        </w:rPr>
        <w:t xml:space="preserve"> and </w:t>
      </w:r>
      <w:r>
        <w:rPr>
          <w:b/>
          <w:i w:val="0"/>
          <w:smallCaps w:val="0"/>
          <w:strike w:val="0"/>
          <w:u w:val="single"/>
        </w:rPr>
        <w:t>sufficient</w:t>
      </w:r>
      <w:r>
        <w:rPr>
          <w:b/>
          <w:i w:val="0"/>
          <w:smallCaps w:val="0"/>
          <w:strike w:val="0"/>
          <w:u w:val="none"/>
        </w:rPr>
        <w:t xml:space="preserve">; we don’t need to undo the </w:t>
      </w:r>
      <w:r>
        <w:rPr>
          <w:b/>
          <w:i w:val="0"/>
          <w:smallCaps w:val="0"/>
          <w:strike w:val="0"/>
          <w:u w:val="single"/>
        </w:rPr>
        <w:t>entire system</w:t>
      </w:r>
      <w:r>
        <w:rPr>
          <w:b/>
          <w:i w:val="0"/>
          <w:smallCaps w:val="0"/>
          <w:strike w:val="0"/>
          <w:u w:val="none"/>
        </w:rPr>
        <w:t xml:space="preserve"> in one debate round, but withdraw from colonial epistemes </w:t>
      </w:r>
      <w:r>
        <w:rPr>
          <w:b/>
          <w:i w:val="0"/>
          <w:smallCaps w:val="0"/>
          <w:strike w:val="0"/>
          <w:u w:val="single"/>
        </w:rPr>
        <w:t>wherever we can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Mathew, 21</w:t>
      </w:r>
      <w:r>
        <w:rPr>
          <w:b w:val="0"/>
          <w:i w:val="0"/>
          <w:smallCaps w:val="0"/>
          <w:strike w:val="0"/>
          <w:u w:val="none"/>
        </w:rPr>
        <w:t>—MPP candidate, Harvard Kennedy School (Sasha, “A feminist manifesto of resistance against intellectual property regimes: reclaiming the public domain as an open-access information commons,” Critical African Studies, 13:1, 115-126,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undertake to administer a </w:t>
      </w:r>
      <w:r>
        <w:rPr>
          <w:b/>
          <w:i w:val="0"/>
          <w:smallCaps w:val="0"/>
          <w:strike w:val="0"/>
          <w:sz w:val="22"/>
          <w:u w:val="single"/>
        </w:rPr>
        <w:t>thousand cuts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corporatized systems of knowledge production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We will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‘</w:t>
      </w:r>
      <w:r>
        <w:rPr>
          <w:b/>
          <w:i w:val="0"/>
          <w:smallCaps w:val="0"/>
          <w:strike w:val="0"/>
          <w:sz w:val="22"/>
          <w:u w:val="single"/>
        </w:rPr>
        <w:t>decolonize attribution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’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rewriting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relationships to knowledge to embrace </w:t>
      </w:r>
      <w:r>
        <w:rPr>
          <w:b/>
          <w:i w:val="0"/>
          <w:smallCaps w:val="0"/>
          <w:strike w:val="0"/>
          <w:sz w:val="22"/>
          <w:u w:val="single"/>
        </w:rPr>
        <w:t>interconnectedness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rather than </w:t>
      </w:r>
      <w:r>
        <w:rPr>
          <w:b/>
          <w:i w:val="0"/>
          <w:smallCaps w:val="0"/>
          <w:strike w:val="0"/>
          <w:sz w:val="22"/>
          <w:u w:val="single"/>
        </w:rPr>
        <w:t>individual authorship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(Anderson and Christen Citation2019). </w:t>
      </w:r>
      <w:r>
        <w:rPr>
          <w:b w:val="0"/>
          <w:i w:val="0"/>
          <w:smallCaps w:val="0"/>
          <w:strike w:val="0"/>
          <w:sz w:val="22"/>
          <w:u w:val="single"/>
        </w:rPr>
        <w:t>We will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wherever we can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withdraw from the commodity sphere all that we hold 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release it into </w:t>
      </w:r>
      <w:r>
        <w:rPr>
          <w:b/>
          <w:i w:val="0"/>
          <w:smallCaps w:val="0"/>
          <w:strike w:val="0"/>
          <w:sz w:val="22"/>
          <w:u w:val="single"/>
        </w:rPr>
        <w:t>non-commercial open access domains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global South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royalty-free and non-revocable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 entirety and for perpetuity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acknowledge this as a </w:t>
      </w:r>
      <w:r>
        <w:rPr>
          <w:b/>
          <w:i w:val="0"/>
          <w:smallCaps w:val="0"/>
          <w:strike w:val="0"/>
          <w:sz w:val="22"/>
          <w:u w:val="single"/>
        </w:rPr>
        <w:t>strike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the hierarchies of knowledge production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: first,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undermining their foundational assumptions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attribution and ownership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second,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attacking the separation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the commodity and social reproduction spheres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which is fundamental to their survival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third </w:t>
      </w:r>
      <w:r>
        <w:rPr>
          <w:b/>
          <w:i w:val="0"/>
          <w:smallCaps w:val="0"/>
          <w:strike w:val="0"/>
          <w:sz w:val="22"/>
          <w:u w:val="single"/>
        </w:rPr>
        <w:t>practising</w:t>
      </w:r>
      <w:r>
        <w:rPr>
          <w:b/>
          <w:i w:val="0"/>
          <w:smallCaps w:val="0"/>
          <w:strike w:val="0"/>
          <w:sz w:val="22"/>
          <w:u w:val="single"/>
        </w:rPr>
        <w:t xml:space="preserve"> self-dispossession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an act of </w:t>
      </w:r>
      <w:r>
        <w:rPr>
          <w:b/>
          <w:i w:val="0"/>
          <w:smallCaps w:val="0"/>
          <w:strike w:val="0"/>
          <w:sz w:val="22"/>
          <w:u w:val="single"/>
        </w:rPr>
        <w:t>radical solidarity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which to undermine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gender, ethnic and class </w:t>
      </w:r>
      <w:r>
        <w:rPr>
          <w:b w:val="0"/>
          <w:i w:val="0"/>
          <w:smallCaps w:val="0"/>
          <w:strike w:val="0"/>
          <w:sz w:val="22"/>
          <w:u w:val="single"/>
        </w:rPr>
        <w:t>divisions that are etched into the capitalist enterprise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undertake this protest in a spirit of </w:t>
      </w:r>
      <w:r>
        <w:rPr>
          <w:b/>
          <w:i w:val="0"/>
          <w:smallCaps w:val="0"/>
          <w:strike w:val="0"/>
          <w:sz w:val="22"/>
          <w:u w:val="single"/>
        </w:rPr>
        <w:t>solidarity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calling upon all who do not share a marginalized relation to power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to join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us: slaveowners and children of slave-owners, capitalists, rentiers, elites, white and </w:t>
      </w:r>
      <w:r>
        <w:rPr>
          <w:b w:val="0"/>
          <w:i w:val="0"/>
          <w:smallCaps w:val="0"/>
          <w:strike w:val="0"/>
          <w:sz w:val="14"/>
          <w:u w:val="none"/>
        </w:rPr>
        <w:t>savarna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folk, and </w:t>
      </w:r>
      <w:r>
        <w:rPr>
          <w:b w:val="0"/>
          <w:i w:val="0"/>
          <w:smallCaps w:val="0"/>
          <w:strike w:val="0"/>
          <w:sz w:val="14"/>
          <w:u w:val="none"/>
        </w:rPr>
        <w:t>propertarians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every stripe.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affirm this self-dispossession as an </w:t>
      </w:r>
      <w:r>
        <w:rPr>
          <w:b/>
          <w:i w:val="0"/>
          <w:smallCaps w:val="0"/>
          <w:strike w:val="0"/>
          <w:sz w:val="22"/>
          <w:u w:val="single"/>
        </w:rPr>
        <w:t>act of solidarity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expropriated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subordinated subjects everywhere and as acknowledgement of the </w:t>
      </w:r>
      <w:r>
        <w:rPr>
          <w:b/>
          <w:i w:val="0"/>
          <w:smallCaps w:val="0"/>
          <w:strike w:val="0"/>
          <w:sz w:val="22"/>
          <w:u w:val="single"/>
        </w:rPr>
        <w:t>incalculable reparations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are due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also an act of solidarity amongst </w:t>
      </w:r>
      <w:r>
        <w:rPr>
          <w:b/>
          <w:i w:val="0"/>
          <w:smallCaps w:val="0"/>
          <w:strike w:val="0"/>
          <w:sz w:val="22"/>
          <w:u w:val="single"/>
        </w:rPr>
        <w:t>ourselves</w:t>
      </w:r>
      <w:r>
        <w:rPr>
          <w:b w:val="0"/>
          <w:i w:val="0"/>
          <w:smallCaps w:val="0"/>
          <w:strike w:val="0"/>
          <w:sz w:val="14"/>
          <w:u w:val="none"/>
        </w:rPr>
        <w:t>, across the walls of the glass palaces, ivory towers, bungalows, condominiums and high-rise apartments that separate us.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intend this form of protest to </w:t>
      </w:r>
      <w:r>
        <w:rPr>
          <w:b/>
          <w:i w:val="0"/>
          <w:smallCaps w:val="0"/>
          <w:strike w:val="0"/>
          <w:sz w:val="22"/>
          <w:u w:val="single"/>
        </w:rPr>
        <w:t>augment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repertoire of protest actions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>and in enacting our protest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hope to participate in </w:t>
      </w:r>
      <w:r>
        <w:rPr>
          <w:b/>
          <w:i w:val="0"/>
          <w:smallCaps w:val="0"/>
          <w:strike w:val="0"/>
          <w:sz w:val="22"/>
          <w:u w:val="single"/>
        </w:rPr>
        <w:t>disrupting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abuses of financialized capitalism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walking alongside those who march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blockade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boycott and withdraw their social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u w:val="single"/>
        </w:rPr>
        <w:t>signal our commitment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radical politics and to the coming knowledge revolution through this protest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proclaim that we will </w:t>
      </w:r>
      <w:r>
        <w:rPr>
          <w:b/>
          <w:i w:val="0"/>
          <w:smallCaps w:val="0"/>
          <w:strike w:val="0"/>
          <w:sz w:val="22"/>
          <w:u w:val="single"/>
        </w:rPr>
        <w:t>no longer participate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ongoing enclosures of 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it </w:t>
      </w:r>
      <w:r>
        <w:rPr>
          <w:b/>
          <w:i w:val="0"/>
          <w:smallCaps w:val="0"/>
          <w:strike w:val="0"/>
          <w:sz w:val="22"/>
          <w:u w:val="single"/>
        </w:rPr>
        <w:t>consumes our humanity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We intend through our actions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expose the absurdity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capitalist enterprise in the context of curiosity and creativity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 will inevitably come for us, with their legal assaults and claims of theft and expropriation; in addition,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also aim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demonstrate the </w:t>
      </w:r>
      <w:r>
        <w:rPr>
          <w:b/>
          <w:i w:val="0"/>
          <w:smallCaps w:val="0"/>
          <w:strike w:val="0"/>
          <w:sz w:val="22"/>
          <w:u w:val="single"/>
        </w:rPr>
        <w:t>hollowness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extractive logic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laws that they </w:t>
      </w:r>
      <w:r>
        <w:rPr>
          <w:b/>
          <w:i w:val="0"/>
          <w:smallCaps w:val="0"/>
          <w:strike w:val="0"/>
          <w:sz w:val="22"/>
          <w:u w:val="single"/>
        </w:rPr>
        <w:t>pretend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objective and neutral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We admit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u w:val="single"/>
        </w:rPr>
        <w:t>do not know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outcome our actions will bring forth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>but we undertake this action at a time when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bourgeois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society is </w:t>
      </w:r>
      <w:r>
        <w:rPr>
          <w:b/>
          <w:i w:val="0"/>
          <w:smallCaps w:val="0"/>
          <w:strike w:val="0"/>
          <w:sz w:val="22"/>
          <w:u w:val="single"/>
        </w:rPr>
        <w:t>collapsing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beneath its own weight and the onslaught of </w:t>
      </w:r>
      <w:r>
        <w:rPr>
          <w:b/>
          <w:i w:val="0"/>
          <w:smallCaps w:val="0"/>
          <w:strike w:val="0"/>
          <w:sz w:val="22"/>
          <w:u w:val="single"/>
        </w:rPr>
        <w:t>grassroots collective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world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hope that our actions will </w:t>
      </w:r>
      <w:r>
        <w:rPr>
          <w:b/>
          <w:i w:val="0"/>
          <w:smallCaps w:val="0"/>
          <w:strike w:val="0"/>
          <w:sz w:val="22"/>
          <w:u w:val="single"/>
        </w:rPr>
        <w:t>hasten its downfall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bear in its place a </w:t>
      </w:r>
      <w:r>
        <w:rPr>
          <w:b/>
          <w:i w:val="0"/>
          <w:smallCaps w:val="0"/>
          <w:strike w:val="0"/>
          <w:sz w:val="22"/>
          <w:u w:val="single"/>
        </w:rPr>
        <w:t>mutualistic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creative ecosystem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ideas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Epilogue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 believe that </w:t>
      </w:r>
      <w:r>
        <w:rPr>
          <w:b w:val="0"/>
          <w:i w:val="0"/>
          <w:smallCaps w:val="0"/>
          <w:strike w:val="0"/>
          <w:sz w:val="22"/>
          <w:u w:val="single"/>
        </w:rPr>
        <w:t>the forces of social cooperation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toward which we are </w:t>
      </w:r>
      <w:r>
        <w:rPr>
          <w:b/>
          <w:i w:val="0"/>
          <w:smallCaps w:val="0"/>
          <w:strike w:val="0"/>
          <w:sz w:val="22"/>
          <w:u w:val="single"/>
        </w:rPr>
        <w:t>evolutionarily predisposed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morally obliged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offer </w:t>
      </w:r>
      <w:r>
        <w:rPr>
          <w:b/>
          <w:i w:val="0"/>
          <w:smallCaps w:val="0"/>
          <w:strike w:val="0"/>
          <w:sz w:val="22"/>
          <w:u w:val="single"/>
        </w:rPr>
        <w:t>sufficient motivation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creativity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innovation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flourishing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the human spirit.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 believe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reclamation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restoration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public domain as an expanded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open-access commons is a </w:t>
      </w:r>
      <w:r>
        <w:rPr>
          <w:b/>
          <w:i w:val="0"/>
          <w:smallCaps w:val="0"/>
          <w:strike w:val="0"/>
          <w:sz w:val="22"/>
          <w:u w:val="single"/>
        </w:rPr>
        <w:t>vital step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towards challenging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alienation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is a persistent feature of capitalist societies: alienation of humans from their </w:t>
      </w:r>
      <w:r>
        <w:rPr>
          <w:b w:val="0"/>
          <w:i w:val="0"/>
          <w:smallCaps w:val="0"/>
          <w:strike w:val="0"/>
          <w:sz w:val="14"/>
          <w:u w:val="none"/>
        </w:rPr>
        <w:t>labour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from each other and from themselves. To be sure, </w:t>
      </w:r>
      <w:r>
        <w:rPr>
          <w:b w:val="0"/>
          <w:i w:val="0"/>
          <w:smallCaps w:val="0"/>
          <w:strike w:val="0"/>
          <w:sz w:val="22"/>
          <w:u w:val="single"/>
        </w:rPr>
        <w:t>the reclamation of the public domain and the process of making it inclusive of the subaltern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is a far larger project than we can on our own accomplish, and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only </w:t>
      </w:r>
      <w:r>
        <w:rPr>
          <w:b/>
          <w:i w:val="0"/>
          <w:smallCaps w:val="0"/>
          <w:strike w:val="0"/>
          <w:sz w:val="22"/>
          <w:u w:val="single"/>
        </w:rPr>
        <w:t>one step among many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 hope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attempted resuscitation of the public domain will </w:t>
      </w:r>
      <w:r>
        <w:rPr>
          <w:b w:val="0"/>
          <w:i w:val="0"/>
          <w:smallCaps w:val="0"/>
          <w:strike w:val="0"/>
          <w:sz w:val="22"/>
          <w:u w:val="single"/>
        </w:rPr>
        <w:t>encourage the emergence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</w:t>
      </w:r>
      <w:r>
        <w:rPr>
          <w:b/>
          <w:i w:val="0"/>
          <w:smallCaps w:val="0"/>
          <w:strike w:val="0"/>
          <w:sz w:val="22"/>
          <w:u w:val="single"/>
        </w:rPr>
        <w:t>non-commercial open-access commons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centreing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needs and perspectives of knowledge producers in the global South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inspire </w:t>
      </w:r>
      <w:r>
        <w:rPr>
          <w:b/>
          <w:i w:val="0"/>
          <w:smallCaps w:val="0"/>
          <w:strike w:val="0"/>
          <w:sz w:val="22"/>
          <w:u w:val="single"/>
        </w:rPr>
        <w:t>non-market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decentralized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central elements of our information environment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 trust that </w:t>
      </w:r>
      <w:r>
        <w:rPr>
          <w:b w:val="0"/>
          <w:i w:val="0"/>
          <w:smallCaps w:val="0"/>
          <w:strike w:val="0"/>
          <w:sz w:val="22"/>
          <w:u w:val="single"/>
        </w:rPr>
        <w:t>even as I occupy spaces built by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can </w:t>
      </w:r>
      <w:r>
        <w:rPr>
          <w:b/>
          <w:i w:val="0"/>
          <w:smallCaps w:val="0"/>
          <w:strike w:val="0"/>
          <w:sz w:val="22"/>
          <w:u w:val="single"/>
        </w:rPr>
        <w:t>provoke conversations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these pages and others, </w:t>
      </w:r>
      <w:r>
        <w:rPr>
          <w:b w:val="0"/>
          <w:i w:val="0"/>
          <w:smallCaps w:val="0"/>
          <w:strike w:val="0"/>
          <w:sz w:val="22"/>
          <w:u w:val="single"/>
        </w:rPr>
        <w:t>about alternative futures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