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Extractivism</w:t>
      </w:r>
      <w:r>
        <w:rPr>
          <w:b/>
          <w:i w:val="0"/>
          <w:smallCaps w:val="0"/>
          <w:strike w:val="0"/>
          <w:u w:val="none"/>
        </w:rPr>
        <w:t xml:space="preserve"> is a </w:t>
      </w:r>
      <w:r>
        <w:rPr>
          <w:b/>
          <w:i w:val="0"/>
          <w:smallCaps w:val="0"/>
          <w:strike w:val="0"/>
          <w:u w:val="single"/>
        </w:rPr>
        <w:t>useful lens</w:t>
      </w:r>
      <w:r>
        <w:rPr>
          <w:b/>
          <w:i w:val="0"/>
          <w:smallCaps w:val="0"/>
          <w:strike w:val="0"/>
          <w:u w:val="none"/>
        </w:rPr>
        <w:t xml:space="preserve"> for understanding historical and modern practices of plunder—and, theorizing it through a lens of colonialism </w:t>
      </w:r>
      <w:r>
        <w:rPr>
          <w:b/>
          <w:i w:val="0"/>
          <w:smallCaps w:val="0"/>
          <w:strike w:val="0"/>
          <w:u w:val="single"/>
        </w:rPr>
        <w:t>avoids</w:t>
      </w:r>
      <w:r>
        <w:rPr>
          <w:b/>
          <w:i w:val="0"/>
          <w:smallCaps w:val="0"/>
          <w:strike w:val="0"/>
          <w:u w:val="none"/>
        </w:rPr>
        <w:t xml:space="preserve"> their critiques.</w:t>
      </w:r>
    </w:p>
    <w:p>
      <w:pPr>
        <w:spacing w:after="80"/>
      </w:pPr>
      <w:r>
        <w:rPr>
          <w:b/>
          <w:i w:val="0"/>
          <w:smallCaps w:val="0"/>
          <w:strike w:val="0"/>
          <w:sz w:val="22"/>
          <w:u w:val="none"/>
        </w:rPr>
        <w:t>Dunlap, 24</w:t>
      </w:r>
      <w:r>
        <w:rPr>
          <w:b w:val="0"/>
          <w:i w:val="0"/>
          <w:smallCaps w:val="0"/>
          <w:strike w:val="0"/>
          <w:u w:val="none"/>
        </w:rPr>
        <w:t xml:space="preserve">—visiting research fellow at the University of Helsinki (Alexander, “The Structures of Conquest: Debating </w:t>
      </w:r>
      <w:r>
        <w:rPr>
          <w:b w:val="0"/>
          <w:i w:val="0"/>
          <w:smallCaps w:val="0"/>
          <w:strike w:val="0"/>
          <w:u w:val="none"/>
        </w:rPr>
        <w:t>Extractivism</w:t>
      </w:r>
      <w:r>
        <w:rPr>
          <w:b w:val="0"/>
          <w:i w:val="0"/>
          <w:smallCaps w:val="0"/>
          <w:strike w:val="0"/>
          <w:u w:val="none"/>
        </w:rPr>
        <w:t xml:space="preserve">(s), Infrastructures and Environmental Justice for Advancing Post-development Pathways,” </w:t>
      </w:r>
      <w:r>
        <w:rPr>
          <w:b w:val="0"/>
          <w:i/>
          <w:smallCaps w:val="0"/>
          <w:strike w:val="0"/>
          <w:u w:val="none"/>
        </w:rPr>
        <w:t>The Afterlives of Extraction: Alternatives and Sustainable Futures</w:t>
      </w:r>
      <w:r>
        <w:rPr>
          <w:b w:val="0"/>
          <w:i w:val="0"/>
          <w:smallCaps w:val="0"/>
          <w:strike w:val="0"/>
          <w:u w:val="none"/>
        </w:rPr>
        <w:t>, Chapter 3, pp. 65-66, dml)</w:t>
      </w:r>
    </w:p>
    <w:p>
      <w:pPr>
        <w:spacing w:after="60"/>
      </w:pPr>
      <w:r>
        <w:rPr>
          <w:b w:val="0"/>
          <w:i w:val="0"/>
          <w:smallCaps w:val="0"/>
          <w:strike w:val="0"/>
          <w:sz w:val="22"/>
          <w:u w:val="single"/>
        </w:rPr>
        <w:t>Definitions of</w:t>
      </w:r>
      <w:r>
        <w:rPr>
          <w:b w:val="0"/>
          <w:i w:val="0"/>
          <w:smallCaps w:val="0"/>
          <w:strike w:val="0"/>
          <w:sz w:val="14"/>
          <w:u w:val="none"/>
        </w:rPr>
        <w:t xml:space="preserve"> renewability and </w:t>
      </w:r>
      <w:r>
        <w:rPr>
          <w:b w:val="0"/>
          <w:i w:val="0"/>
          <w:smallCaps w:val="0"/>
          <w:strike w:val="0"/>
          <w:sz w:val="22"/>
          <w:u w:val="single"/>
        </w:rPr>
        <w:t>extractivism</w:t>
      </w:r>
      <w:r>
        <w:rPr>
          <w:b w:val="0"/>
          <w:i w:val="0"/>
          <w:smallCaps w:val="0"/>
          <w:strike w:val="0"/>
          <w:sz w:val="22"/>
          <w:u w:val="single"/>
        </w:rPr>
        <w:t xml:space="preserve"> are </w:t>
      </w:r>
      <w:r>
        <w:rPr>
          <w:b/>
          <w:i w:val="0"/>
          <w:smallCaps w:val="0"/>
          <w:strike w:val="0"/>
          <w:sz w:val="22"/>
          <w:u w:val="single"/>
        </w:rPr>
        <w:t>established</w:t>
      </w:r>
      <w:r>
        <w:rPr>
          <w:b w:val="0"/>
          <w:i w:val="0"/>
          <w:smallCaps w:val="0"/>
          <w:strike w:val="0"/>
          <w:sz w:val="14"/>
          <w:u w:val="none"/>
        </w:rPr>
        <w:t xml:space="preserve"> above, </w:t>
      </w:r>
      <w:r>
        <w:rPr>
          <w:b w:val="0"/>
          <w:i w:val="0"/>
          <w:smallCaps w:val="0"/>
          <w:strike w:val="0"/>
          <w:sz w:val="22"/>
          <w:u w:val="single"/>
        </w:rPr>
        <w:t>but the question persists</w:t>
      </w:r>
      <w:r>
        <w:rPr>
          <w:b w:val="0"/>
          <w:i w:val="0"/>
          <w:smallCaps w:val="0"/>
          <w:strike w:val="0"/>
          <w:sz w:val="14"/>
          <w:u w:val="none"/>
        </w:rPr>
        <w:t xml:space="preserve">: </w:t>
      </w:r>
      <w:r>
        <w:rPr>
          <w:b w:val="0"/>
          <w:i w:val="0"/>
          <w:smallCaps w:val="0"/>
          <w:strike w:val="0"/>
          <w:sz w:val="22"/>
          <w:u w:val="single"/>
        </w:rPr>
        <w:t xml:space="preserve">How can industrial capitalist operations </w:t>
      </w:r>
      <w:r>
        <w:rPr>
          <w:b/>
          <w:i w:val="0"/>
          <w:smallCaps w:val="0"/>
          <w:strike w:val="0"/>
          <w:sz w:val="22"/>
          <w:u w:val="single"/>
        </w:rPr>
        <w:t>not</w:t>
      </w:r>
      <w:r>
        <w:rPr>
          <w:b w:val="0"/>
          <w:i w:val="0"/>
          <w:smallCaps w:val="0"/>
          <w:strike w:val="0"/>
          <w:sz w:val="22"/>
          <w:u w:val="single"/>
        </w:rPr>
        <w:t xml:space="preserve"> be </w:t>
      </w:r>
      <w:r>
        <w:rPr>
          <w:b w:val="0"/>
          <w:i w:val="0"/>
          <w:smallCaps w:val="0"/>
          <w:strike w:val="0"/>
          <w:sz w:val="22"/>
          <w:u w:val="single"/>
        </w:rPr>
        <w:t>extractivism</w:t>
      </w:r>
      <w:r>
        <w:rPr>
          <w:b w:val="0"/>
          <w:i w:val="0"/>
          <w:smallCaps w:val="0"/>
          <w:strike w:val="0"/>
          <w:sz w:val="22"/>
          <w:u w:val="single"/>
        </w:rPr>
        <w:t>?</w:t>
      </w:r>
      <w:r>
        <w:rPr>
          <w:b w:val="0"/>
          <w:i w:val="0"/>
          <w:smallCaps w:val="0"/>
          <w:strike w:val="0"/>
          <w:sz w:val="14"/>
          <w:u w:val="none"/>
        </w:rPr>
        <w:t xml:space="preserve"> Based on institutional structure and development priority, academics— and </w:t>
      </w:r>
      <w:r>
        <w:rPr>
          <w:b w:val="0"/>
          <w:i w:val="0"/>
          <w:smallCaps w:val="0"/>
          <w:strike w:val="0"/>
          <w:sz w:val="22"/>
          <w:u w:val="single"/>
        </w:rPr>
        <w:t>people</w:t>
      </w:r>
      <w:r>
        <w:rPr>
          <w:b w:val="0"/>
          <w:i w:val="0"/>
          <w:smallCaps w:val="0"/>
          <w:strike w:val="0"/>
          <w:sz w:val="14"/>
          <w:u w:val="none"/>
        </w:rPr>
        <w:t xml:space="preserve"> generally—</w:t>
      </w:r>
      <w:r>
        <w:rPr>
          <w:b w:val="0"/>
          <w:i w:val="0"/>
          <w:smallCaps w:val="0"/>
          <w:strike w:val="0"/>
          <w:sz w:val="22"/>
          <w:u w:val="single"/>
        </w:rPr>
        <w:t xml:space="preserve">have become </w:t>
      </w:r>
      <w:r>
        <w:rPr>
          <w:b/>
          <w:i w:val="0"/>
          <w:smallCaps w:val="0"/>
          <w:strike w:val="0"/>
          <w:sz w:val="22"/>
          <w:u w:val="single"/>
        </w:rPr>
        <w:t>accustomed</w:t>
      </w:r>
      <w:r>
        <w:rPr>
          <w:b w:val="0"/>
          <w:i w:val="0"/>
          <w:smallCaps w:val="0"/>
          <w:strike w:val="0"/>
          <w:sz w:val="22"/>
          <w:u w:val="single"/>
        </w:rPr>
        <w:t xml:space="preserve"> to and </w:t>
      </w:r>
      <w:r>
        <w:rPr>
          <w:b/>
          <w:i w:val="0"/>
          <w:smallCaps w:val="0"/>
          <w:strike w:val="0"/>
          <w:sz w:val="22"/>
          <w:u w:val="single"/>
        </w:rPr>
        <w:t>enamoured</w:t>
      </w:r>
      <w:r>
        <w:rPr>
          <w:b w:val="0"/>
          <w:i w:val="0"/>
          <w:smallCaps w:val="0"/>
          <w:strike w:val="0"/>
          <w:sz w:val="22"/>
          <w:u w:val="single"/>
        </w:rPr>
        <w:t xml:space="preserve"> by the products of </w:t>
      </w:r>
      <w:r>
        <w:rPr>
          <w:b w:val="0"/>
          <w:i w:val="0"/>
          <w:smallCaps w:val="0"/>
          <w:strike w:val="0"/>
          <w:sz w:val="22"/>
          <w:u w:val="single"/>
        </w:rPr>
        <w:t>extractivism</w:t>
      </w:r>
      <w:r>
        <w:rPr>
          <w:b w:val="0"/>
          <w:i w:val="0"/>
          <w:smallCaps w:val="0"/>
          <w:strike w:val="0"/>
          <w:sz w:val="14"/>
          <w:u w:val="none"/>
        </w:rPr>
        <w:t xml:space="preserve">. This </w:t>
      </w:r>
      <w:r>
        <w:rPr>
          <w:b w:val="0"/>
          <w:i w:val="0"/>
          <w:smallCaps w:val="0"/>
          <w:strike w:val="0"/>
          <w:sz w:val="14"/>
          <w:u w:val="none"/>
        </w:rPr>
        <w:t>normalised</w:t>
      </w:r>
      <w:r>
        <w:rPr>
          <w:b w:val="0"/>
          <w:i w:val="0"/>
          <w:smallCaps w:val="0"/>
          <w:strike w:val="0"/>
          <w:sz w:val="14"/>
          <w:u w:val="none"/>
        </w:rPr>
        <w:t xml:space="preserve">—everyday—infrastructural reality of roads, individualized automobility, utilitarian architecture, pipes and power lines, to name a few, have consumed people </w:t>
      </w:r>
      <w:r>
        <w:rPr>
          <w:b w:val="0"/>
          <w:i w:val="0"/>
          <w:smallCaps w:val="0"/>
          <w:strike w:val="0"/>
          <w:sz w:val="14"/>
          <w:u w:val="none"/>
        </w:rPr>
        <w:t>wilfully</w:t>
      </w:r>
      <w:r>
        <w:rPr>
          <w:b w:val="0"/>
          <w:i w:val="0"/>
          <w:smallCaps w:val="0"/>
          <w:strike w:val="0"/>
          <w:sz w:val="14"/>
          <w:u w:val="none"/>
        </w:rPr>
        <w:t>, begrudgingly or somewhere in between and beyond. Remembering how Walter Rostow weaponized capitalist consumerism to win the Cold War (</w:t>
      </w:r>
      <w:r>
        <w:rPr>
          <w:b w:val="0"/>
          <w:i w:val="0"/>
          <w:smallCaps w:val="0"/>
          <w:strike w:val="0"/>
          <w:sz w:val="14"/>
          <w:u w:val="none"/>
        </w:rPr>
        <w:t>Cullather</w:t>
      </w:r>
      <w:r>
        <w:rPr>
          <w:b w:val="0"/>
          <w:i w:val="0"/>
          <w:smallCaps w:val="0"/>
          <w:strike w:val="0"/>
          <w:sz w:val="14"/>
          <w:u w:val="none"/>
        </w:rPr>
        <w:t xml:space="preserve">, 2013, 161), </w:t>
      </w:r>
      <w:r>
        <w:rPr>
          <w:b w:val="0"/>
          <w:i w:val="0"/>
          <w:smallCaps w:val="0"/>
          <w:strike w:val="0"/>
          <w:sz w:val="22"/>
          <w:u w:val="single"/>
        </w:rPr>
        <w:t>we might understand convenience and entertainment as capitalist</w:t>
      </w:r>
      <w:r>
        <w:rPr>
          <w:b w:val="0"/>
          <w:i w:val="0"/>
          <w:smallCaps w:val="0"/>
          <w:strike w:val="0"/>
          <w:sz w:val="14"/>
          <w:u w:val="none"/>
        </w:rPr>
        <w:t xml:space="preserve"> ‘</w:t>
      </w:r>
      <w:r>
        <w:rPr>
          <w:b/>
          <w:i w:val="0"/>
          <w:smallCaps w:val="0"/>
          <w:strike w:val="0"/>
          <w:sz w:val="22"/>
          <w:u w:val="single"/>
        </w:rPr>
        <w:t>weapons of mass destruction</w:t>
      </w:r>
      <w:r>
        <w:rPr>
          <w:b w:val="0"/>
          <w:i w:val="0"/>
          <w:smallCaps w:val="0"/>
          <w:strike w:val="0"/>
          <w:sz w:val="14"/>
          <w:u w:val="none"/>
        </w:rPr>
        <w:t xml:space="preserve">’ </w:t>
      </w:r>
      <w:r>
        <w:rPr>
          <w:b w:val="0"/>
          <w:i w:val="0"/>
          <w:smallCaps w:val="0"/>
          <w:strike w:val="0"/>
          <w:sz w:val="22"/>
          <w:u w:val="single"/>
        </w:rPr>
        <w:t xml:space="preserve">against the </w:t>
      </w:r>
      <w:r>
        <w:rPr>
          <w:b/>
          <w:i w:val="0"/>
          <w:smallCaps w:val="0"/>
          <w:strike w:val="0"/>
          <w:sz w:val="22"/>
          <w:u w:val="single"/>
        </w:rPr>
        <w:t>planet</w:t>
      </w:r>
      <w:r>
        <w:rPr>
          <w:b w:val="0"/>
          <w:i w:val="0"/>
          <w:smallCaps w:val="0"/>
          <w:strike w:val="0"/>
          <w:sz w:val="14"/>
          <w:u w:val="none"/>
        </w:rPr>
        <w:t xml:space="preserve">. </w:t>
      </w:r>
      <w:r>
        <w:rPr>
          <w:b w:val="0"/>
          <w:i w:val="0"/>
          <w:smallCaps w:val="0"/>
          <w:strike w:val="0"/>
          <w:sz w:val="22"/>
          <w:u w:val="single"/>
        </w:rPr>
        <w:t xml:space="preserve">Modernist infrastructural regimes allow us to </w:t>
      </w:r>
      <w:r>
        <w:rPr>
          <w:b/>
          <w:i w:val="0"/>
          <w:smallCaps w:val="0"/>
          <w:strike w:val="0"/>
          <w:sz w:val="22"/>
          <w:u w:val="single"/>
        </w:rPr>
        <w:t>ignore</w:t>
      </w:r>
      <w:r>
        <w:rPr>
          <w:b w:val="0"/>
          <w:i w:val="0"/>
          <w:smallCaps w:val="0"/>
          <w:strike w:val="0"/>
          <w:sz w:val="14"/>
          <w:u w:val="none"/>
        </w:rPr>
        <w:t xml:space="preserve">, </w:t>
      </w:r>
      <w:r>
        <w:rPr>
          <w:b w:val="0"/>
          <w:i w:val="0"/>
          <w:smallCaps w:val="0"/>
          <w:strike w:val="0"/>
          <w:sz w:val="22"/>
          <w:u w:val="single"/>
        </w:rPr>
        <w:t>or</w:t>
      </w:r>
      <w:r>
        <w:rPr>
          <w:b w:val="0"/>
          <w:i w:val="0"/>
          <w:smallCaps w:val="0"/>
          <w:strike w:val="0"/>
          <w:sz w:val="14"/>
          <w:u w:val="none"/>
        </w:rPr>
        <w:t xml:space="preserve"> even to </w:t>
      </w:r>
      <w:r>
        <w:rPr>
          <w:b/>
          <w:i w:val="0"/>
          <w:smallCaps w:val="0"/>
          <w:strike w:val="0"/>
          <w:sz w:val="22"/>
          <w:u w:val="single"/>
        </w:rPr>
        <w:t>forget</w:t>
      </w:r>
      <w:r>
        <w:rPr>
          <w:b w:val="0"/>
          <w:i w:val="0"/>
          <w:smallCaps w:val="0"/>
          <w:strike w:val="0"/>
          <w:sz w:val="14"/>
          <w:u w:val="none"/>
        </w:rPr>
        <w:t xml:space="preserve">, </w:t>
      </w:r>
      <w:r>
        <w:rPr>
          <w:b w:val="0"/>
          <w:i w:val="0"/>
          <w:smallCaps w:val="0"/>
          <w:strike w:val="0"/>
          <w:sz w:val="22"/>
          <w:u w:val="single"/>
        </w:rPr>
        <w:t>how we accommodate capitalism</w:t>
      </w:r>
      <w:r>
        <w:rPr>
          <w:b w:val="0"/>
          <w:i w:val="0"/>
          <w:smallCaps w:val="0"/>
          <w:strike w:val="0"/>
          <w:sz w:val="14"/>
          <w:u w:val="none"/>
        </w:rPr>
        <w:t xml:space="preserve">, </w:t>
      </w:r>
      <w:r>
        <w:rPr>
          <w:b w:val="0"/>
          <w:i w:val="0"/>
          <w:smallCaps w:val="0"/>
          <w:strike w:val="0"/>
          <w:sz w:val="14"/>
          <w:u w:val="none"/>
        </w:rPr>
        <w:t>industrialisation</w:t>
      </w:r>
      <w:r>
        <w:rPr>
          <w:b w:val="0"/>
          <w:i w:val="0"/>
          <w:smallCaps w:val="0"/>
          <w:strike w:val="0"/>
          <w:sz w:val="14"/>
          <w:u w:val="none"/>
        </w:rPr>
        <w:t xml:space="preserve"> and our (forced or voluntary) servitude to the development of computational technologies. As the Mining Association of Canada (mac, 2021) exclaims: ‘Before it’s yours, its mined’.7 Thus, </w:t>
      </w:r>
      <w:r>
        <w:rPr>
          <w:b w:val="0"/>
          <w:i w:val="0"/>
          <w:smallCaps w:val="0"/>
          <w:strike w:val="0"/>
          <w:sz w:val="22"/>
          <w:u w:val="single"/>
        </w:rPr>
        <w:t>this</w:t>
      </w:r>
      <w:r>
        <w:rPr>
          <w:b w:val="0"/>
          <w:i w:val="0"/>
          <w:smallCaps w:val="0"/>
          <w:strike w:val="0"/>
          <w:sz w:val="14"/>
          <w:u w:val="none"/>
        </w:rPr>
        <w:t xml:space="preserve"> bounded </w:t>
      </w:r>
      <w:r>
        <w:rPr>
          <w:b w:val="0"/>
          <w:i w:val="0"/>
          <w:smallCaps w:val="0"/>
          <w:strike w:val="0"/>
          <w:sz w:val="22"/>
          <w:u w:val="single"/>
        </w:rPr>
        <w:t xml:space="preserve">definition of </w:t>
      </w:r>
      <w:r>
        <w:rPr>
          <w:b w:val="0"/>
          <w:i w:val="0"/>
          <w:smallCaps w:val="0"/>
          <w:strike w:val="0"/>
          <w:sz w:val="22"/>
          <w:u w:val="single"/>
        </w:rPr>
        <w:t>extractivism</w:t>
      </w:r>
      <w:r>
        <w:rPr>
          <w:b w:val="0"/>
          <w:i w:val="0"/>
          <w:smallCaps w:val="0"/>
          <w:strike w:val="0"/>
          <w:sz w:val="14"/>
          <w:u w:val="none"/>
        </w:rPr>
        <w:t xml:space="preserve">, put forward by </w:t>
      </w:r>
      <w:r>
        <w:rPr>
          <w:b w:val="0"/>
          <w:i w:val="0"/>
          <w:smallCaps w:val="0"/>
          <w:strike w:val="0"/>
          <w:sz w:val="14"/>
          <w:u w:val="none"/>
        </w:rPr>
        <w:t>Gudynas</w:t>
      </w:r>
      <w:r>
        <w:rPr>
          <w:b w:val="0"/>
          <w:i w:val="0"/>
          <w:smallCaps w:val="0"/>
          <w:strike w:val="0"/>
          <w:sz w:val="14"/>
          <w:u w:val="none"/>
        </w:rPr>
        <w:t xml:space="preserve"> (2021) and many others (</w:t>
      </w:r>
      <w:r>
        <w:rPr>
          <w:b w:val="0"/>
          <w:i w:val="0"/>
          <w:smallCaps w:val="0"/>
          <w:strike w:val="0"/>
          <w:sz w:val="14"/>
          <w:u w:val="none"/>
        </w:rPr>
        <w:t>Mckay</w:t>
      </w:r>
      <w:r>
        <w:rPr>
          <w:b w:val="0"/>
          <w:i w:val="0"/>
          <w:smallCaps w:val="0"/>
          <w:strike w:val="0"/>
          <w:sz w:val="14"/>
          <w:u w:val="none"/>
        </w:rPr>
        <w:t xml:space="preserve">, 2020; Ye et al., 2020), </w:t>
      </w:r>
      <w:r>
        <w:rPr>
          <w:b w:val="0"/>
          <w:i w:val="0"/>
          <w:smallCaps w:val="0"/>
          <w:strike w:val="0"/>
          <w:sz w:val="22"/>
          <w:u w:val="single"/>
        </w:rPr>
        <w:t xml:space="preserve">is accused of </w:t>
      </w:r>
      <w:r>
        <w:rPr>
          <w:b/>
          <w:i w:val="0"/>
          <w:smallCaps w:val="0"/>
          <w:strike w:val="0"/>
          <w:sz w:val="22"/>
          <w:u w:val="single"/>
        </w:rPr>
        <w:t>ignoring</w:t>
      </w:r>
      <w:r>
        <w:rPr>
          <w:b w:val="0"/>
          <w:i w:val="0"/>
          <w:smallCaps w:val="0"/>
          <w:strike w:val="0"/>
          <w:sz w:val="22"/>
          <w:u w:val="single"/>
        </w:rPr>
        <w:t xml:space="preserve"> the complex financial and material supply webs</w:t>
      </w:r>
      <w:r>
        <w:rPr>
          <w:b w:val="0"/>
          <w:i w:val="0"/>
          <w:smallCaps w:val="0"/>
          <w:strike w:val="0"/>
          <w:sz w:val="14"/>
          <w:u w:val="none"/>
        </w:rPr>
        <w:t xml:space="preserve"> of monocultures, research labs, schools, hospitals, police, prisons and all the rest </w:t>
      </w:r>
      <w:r>
        <w:rPr>
          <w:b w:val="0"/>
          <w:i w:val="0"/>
          <w:smallCaps w:val="0"/>
          <w:strike w:val="0"/>
          <w:sz w:val="22"/>
          <w:u w:val="single"/>
        </w:rPr>
        <w:t xml:space="preserve">that depends on </w:t>
      </w:r>
      <w:r>
        <w:rPr>
          <w:b/>
          <w:i w:val="0"/>
          <w:smallCaps w:val="0"/>
          <w:strike w:val="0"/>
          <w:sz w:val="22"/>
          <w:u w:val="single"/>
        </w:rPr>
        <w:t>plundering</w:t>
      </w:r>
      <w:r>
        <w:rPr>
          <w:b w:val="0"/>
          <w:i w:val="0"/>
          <w:smallCaps w:val="0"/>
          <w:strike w:val="0"/>
          <w:sz w:val="22"/>
          <w:u w:val="single"/>
        </w:rPr>
        <w:t xml:space="preserve"> habitats for either materials or energy production</w:t>
      </w:r>
      <w:r>
        <w:rPr>
          <w:b w:val="0"/>
          <w:i w:val="0"/>
          <w:smallCaps w:val="0"/>
          <w:strike w:val="0"/>
          <w:sz w:val="14"/>
          <w:u w:val="none"/>
        </w:rPr>
        <w:t xml:space="preserve"> (Dunlap, 2021b). In order </w:t>
      </w:r>
      <w:r>
        <w:rPr>
          <w:b w:val="0"/>
          <w:i w:val="0"/>
          <w:smallCaps w:val="0"/>
          <w:strike w:val="0"/>
          <w:sz w:val="22"/>
          <w:u w:val="single"/>
        </w:rPr>
        <w:t>for</w:t>
      </w:r>
      <w:r>
        <w:rPr>
          <w:b w:val="0"/>
          <w:i w:val="0"/>
          <w:smallCaps w:val="0"/>
          <w:strike w:val="0"/>
          <w:sz w:val="14"/>
          <w:u w:val="none"/>
        </w:rPr>
        <w:t xml:space="preserve"> </w:t>
      </w:r>
      <w:r>
        <w:rPr>
          <w:b w:val="0"/>
          <w:i w:val="0"/>
          <w:smallCaps w:val="0"/>
          <w:strike w:val="0"/>
          <w:sz w:val="14"/>
          <w:u w:val="none"/>
        </w:rPr>
        <w:t>agro-</w:t>
      </w:r>
      <w:r>
        <w:rPr>
          <w:b w:val="0"/>
          <w:i w:val="0"/>
          <w:smallCaps w:val="0"/>
          <w:strike w:val="0"/>
          <w:sz w:val="22"/>
          <w:u w:val="single"/>
        </w:rPr>
        <w:t>extractivism</w:t>
      </w:r>
      <w:r>
        <w:rPr>
          <w:b w:val="0"/>
          <w:i w:val="0"/>
          <w:smallCaps w:val="0"/>
          <w:strike w:val="0"/>
          <w:sz w:val="22"/>
          <w:u w:val="single"/>
        </w:rPr>
        <w:t xml:space="preserve"> to be </w:t>
      </w:r>
      <w:r>
        <w:rPr>
          <w:b/>
          <w:i w:val="0"/>
          <w:smallCaps w:val="0"/>
          <w:strike w:val="0"/>
          <w:sz w:val="22"/>
          <w:u w:val="single"/>
        </w:rPr>
        <w:t>possible</w:t>
      </w:r>
      <w:r>
        <w:rPr>
          <w:b w:val="0"/>
          <w:i w:val="0"/>
          <w:smallCaps w:val="0"/>
          <w:strike w:val="0"/>
          <w:sz w:val="14"/>
          <w:u w:val="none"/>
        </w:rPr>
        <w:t xml:space="preserve"> in the first place, </w:t>
      </w:r>
      <w:r>
        <w:rPr>
          <w:b w:val="0"/>
          <w:i w:val="0"/>
          <w:smallCaps w:val="0"/>
          <w:strike w:val="0"/>
          <w:sz w:val="22"/>
          <w:u w:val="single"/>
        </w:rPr>
        <w:t xml:space="preserve">there needs to be an </w:t>
      </w:r>
      <w:r>
        <w:rPr>
          <w:b/>
          <w:i w:val="0"/>
          <w:smallCaps w:val="0"/>
          <w:strike w:val="0"/>
          <w:sz w:val="22"/>
          <w:u w:val="single"/>
        </w:rPr>
        <w:t>entire</w:t>
      </w:r>
      <w:r>
        <w:rPr>
          <w:b w:val="0"/>
          <w:i w:val="0"/>
          <w:smallCaps w:val="0"/>
          <w:strike w:val="0"/>
          <w:sz w:val="14"/>
          <w:u w:val="none"/>
        </w:rPr>
        <w:t xml:space="preserve"> political-economic </w:t>
      </w:r>
      <w:r>
        <w:rPr>
          <w:b/>
          <w:i w:val="0"/>
          <w:smallCaps w:val="0"/>
          <w:strike w:val="0"/>
          <w:sz w:val="22"/>
          <w:u w:val="single"/>
        </w:rPr>
        <w:t>regime</w:t>
      </w:r>
      <w:r>
        <w:rPr>
          <w:b w:val="0"/>
          <w:i w:val="0"/>
          <w:smallCaps w:val="0"/>
          <w:strike w:val="0"/>
          <w:sz w:val="14"/>
          <w:u w:val="none"/>
        </w:rPr>
        <w:t>—the structure of conquest—</w:t>
      </w:r>
      <w:r>
        <w:rPr>
          <w:b w:val="0"/>
          <w:i w:val="0"/>
          <w:smallCaps w:val="0"/>
          <w:strike w:val="0"/>
          <w:sz w:val="22"/>
          <w:u w:val="single"/>
        </w:rPr>
        <w:t xml:space="preserve">in place to create the </w:t>
      </w:r>
      <w:r>
        <w:rPr>
          <w:b/>
          <w:i w:val="0"/>
          <w:smallCaps w:val="0"/>
          <w:strike w:val="0"/>
          <w:sz w:val="22"/>
          <w:u w:val="single"/>
        </w:rPr>
        <w:t>means</w:t>
      </w:r>
      <w:r>
        <w:rPr>
          <w:b w:val="0"/>
          <w:i w:val="0"/>
          <w:smallCaps w:val="0"/>
          <w:strike w:val="0"/>
          <w:sz w:val="14"/>
          <w:u w:val="none"/>
        </w:rPr>
        <w:t xml:space="preserve">, </w:t>
      </w:r>
      <w:r>
        <w:rPr>
          <w:b/>
          <w:i w:val="0"/>
          <w:smallCaps w:val="0"/>
          <w:strike w:val="0"/>
          <w:sz w:val="22"/>
          <w:u w:val="single"/>
        </w:rPr>
        <w:t>scale</w:t>
      </w:r>
      <w:r>
        <w:rPr>
          <w:b w:val="0"/>
          <w:i w:val="0"/>
          <w:smallCaps w:val="0"/>
          <w:strike w:val="0"/>
          <w:sz w:val="22"/>
          <w:u w:val="single"/>
        </w:rPr>
        <w:t xml:space="preserve"> and </w:t>
      </w:r>
      <w:r>
        <w:rPr>
          <w:b/>
          <w:i w:val="0"/>
          <w:smallCaps w:val="0"/>
          <w:strike w:val="0"/>
          <w:sz w:val="22"/>
          <w:u w:val="single"/>
        </w:rPr>
        <w:t>intensity</w:t>
      </w:r>
      <w:r>
        <w:rPr>
          <w:b w:val="0"/>
          <w:i w:val="0"/>
          <w:smallCaps w:val="0"/>
          <w:strike w:val="0"/>
          <w:sz w:val="22"/>
          <w:u w:val="single"/>
        </w:rPr>
        <w:t xml:space="preserve"> that allows</w:t>
      </w:r>
      <w:r>
        <w:rPr>
          <w:b w:val="0"/>
          <w:i w:val="0"/>
          <w:smallCaps w:val="0"/>
          <w:strike w:val="0"/>
          <w:sz w:val="14"/>
          <w:u w:val="none"/>
        </w:rPr>
        <w:t xml:space="preserve"> </w:t>
      </w:r>
      <w:r>
        <w:rPr>
          <w:b w:val="0"/>
          <w:i w:val="0"/>
          <w:smallCaps w:val="0"/>
          <w:strike w:val="0"/>
          <w:sz w:val="14"/>
          <w:u w:val="none"/>
        </w:rPr>
        <w:t>agro-</w:t>
      </w:r>
      <w:r>
        <w:rPr>
          <w:b w:val="0"/>
          <w:i w:val="0"/>
          <w:smallCaps w:val="0"/>
          <w:strike w:val="0"/>
          <w:sz w:val="22"/>
          <w:u w:val="single"/>
        </w:rPr>
        <w:t>extractivism</w:t>
      </w:r>
      <w:r>
        <w:rPr>
          <w:b w:val="0"/>
          <w:i w:val="0"/>
          <w:smallCaps w:val="0"/>
          <w:strike w:val="0"/>
          <w:sz w:val="14"/>
          <w:u w:val="none"/>
        </w:rPr>
        <w:t xml:space="preserve">: chemical factories—extracting, dividing and </w:t>
      </w:r>
      <w:r>
        <w:rPr>
          <w:b w:val="0"/>
          <w:i w:val="0"/>
          <w:smallCaps w:val="0"/>
          <w:strike w:val="0"/>
          <w:sz w:val="14"/>
          <w:u w:val="none"/>
        </w:rPr>
        <w:t>synthesising</w:t>
      </w:r>
      <w:r>
        <w:rPr>
          <w:b w:val="0"/>
          <w:i w:val="0"/>
          <w:smallCaps w:val="0"/>
          <w:strike w:val="0"/>
          <w:sz w:val="14"/>
          <w:u w:val="none"/>
        </w:rPr>
        <w:t xml:space="preserve"> nature—to produce pesticides and/or </w:t>
      </w:r>
      <w:r>
        <w:rPr>
          <w:b w:val="0"/>
          <w:i w:val="0"/>
          <w:smallCaps w:val="0"/>
          <w:strike w:val="0"/>
          <w:sz w:val="14"/>
          <w:u w:val="none"/>
        </w:rPr>
        <w:t>fertilisers</w:t>
      </w:r>
      <w:r>
        <w:rPr>
          <w:b w:val="0"/>
          <w:i w:val="0"/>
          <w:smallCaps w:val="0"/>
          <w:strike w:val="0"/>
          <w:sz w:val="14"/>
          <w:u w:val="none"/>
        </w:rPr>
        <w:t>; the scientific expertise and laboratories to research, develop and create genetically modified organisms (</w:t>
      </w:r>
      <w:r>
        <w:rPr>
          <w:b w:val="0"/>
          <w:i w:val="0"/>
          <w:smallCaps w:val="0"/>
          <w:strike w:val="0"/>
          <w:sz w:val="14"/>
          <w:u w:val="none"/>
        </w:rPr>
        <w:t>gmo</w:t>
      </w:r>
      <w:r>
        <w:rPr>
          <w:b w:val="0"/>
          <w:i w:val="0"/>
          <w:smallCaps w:val="0"/>
          <w:strike w:val="0"/>
          <w:sz w:val="14"/>
          <w:u w:val="none"/>
        </w:rPr>
        <w:t xml:space="preserve"> s); and, now, the existing supply webs behind the application of digital technologies in agriculture, which ‘appropriate decision-making based on the flow of data from individual farms and farmers’ (Stone, 2022, 3). While Glenn Stone (2022) refers to this as ‘surveillance agriculture’, indicating how agriculture is becoming digitalized, automated and eroding control from farmers, the purpose here is to </w:t>
      </w:r>
      <w:r>
        <w:rPr>
          <w:b w:val="0"/>
          <w:i w:val="0"/>
          <w:smallCaps w:val="0"/>
          <w:strike w:val="0"/>
          <w:sz w:val="14"/>
          <w:u w:val="none"/>
        </w:rPr>
        <w:t>emphasises</w:t>
      </w:r>
      <w:r>
        <w:rPr>
          <w:b w:val="0"/>
          <w:i w:val="0"/>
          <w:smallCaps w:val="0"/>
          <w:strike w:val="0"/>
          <w:sz w:val="14"/>
          <w:u w:val="none"/>
        </w:rPr>
        <w:t xml:space="preserve"> how extractive processes, or </w:t>
      </w:r>
      <w:r>
        <w:rPr>
          <w:b w:val="0"/>
          <w:i w:val="0"/>
          <w:smallCaps w:val="0"/>
          <w:strike w:val="0"/>
          <w:sz w:val="14"/>
          <w:u w:val="none"/>
        </w:rPr>
        <w:t>extractivism</w:t>
      </w:r>
      <w:r>
        <w:rPr>
          <w:b w:val="0"/>
          <w:i w:val="0"/>
          <w:smallCaps w:val="0"/>
          <w:strike w:val="0"/>
          <w:sz w:val="14"/>
          <w:u w:val="none"/>
        </w:rPr>
        <w:t xml:space="preserve">(s), are connected at various intensities through production supply webs, violent histories, economic and financial actors, and/or institutions. </w:t>
      </w:r>
      <w:r>
        <w:rPr>
          <w:b w:val="0"/>
          <w:i w:val="0"/>
          <w:smallCaps w:val="0"/>
          <w:strike w:val="0"/>
          <w:sz w:val="14"/>
          <w:u w:val="none"/>
        </w:rPr>
        <w:t>Agro-extractivism</w:t>
      </w:r>
      <w:r>
        <w:rPr>
          <w:b w:val="0"/>
          <w:i w:val="0"/>
          <w:smallCaps w:val="0"/>
          <w:strike w:val="0"/>
          <w:sz w:val="14"/>
          <w:u w:val="none"/>
        </w:rPr>
        <w:t xml:space="preserve"> requires mining, and more of it as it </w:t>
      </w:r>
      <w:r>
        <w:rPr>
          <w:b w:val="0"/>
          <w:i w:val="0"/>
          <w:smallCaps w:val="0"/>
          <w:strike w:val="0"/>
          <w:sz w:val="14"/>
          <w:u w:val="none"/>
        </w:rPr>
        <w:t>digitalises</w:t>
      </w:r>
      <w:r>
        <w:rPr>
          <w:b w:val="0"/>
          <w:i w:val="0"/>
          <w:smallCaps w:val="0"/>
          <w:strike w:val="0"/>
          <w:sz w:val="14"/>
          <w:u w:val="none"/>
        </w:rPr>
        <w:t xml:space="preserve"> and intensifies. The ‘innovation economy’, Antti Tarvainen (2022, 2) reminds us, depends on, emerges from, and systematically affirms settler colonialism, meanwhile refining ‘the violence of </w:t>
      </w:r>
      <w:r>
        <w:rPr>
          <w:b w:val="0"/>
          <w:i w:val="0"/>
          <w:smallCaps w:val="0"/>
          <w:strike w:val="0"/>
          <w:sz w:val="14"/>
          <w:u w:val="none"/>
        </w:rPr>
        <w:t>technocapitalism</w:t>
      </w:r>
      <w:r>
        <w:rPr>
          <w:b w:val="0"/>
          <w:i w:val="0"/>
          <w:smallCaps w:val="0"/>
          <w:strike w:val="0"/>
          <w:sz w:val="14"/>
          <w:u w:val="none"/>
        </w:rPr>
        <w:t>’ and ‘data colonialism’. The relevance of ‘</w:t>
      </w:r>
      <w:r>
        <w:rPr>
          <w:b/>
          <w:i w:val="0"/>
          <w:smallCaps w:val="0"/>
          <w:strike w:val="0"/>
          <w:sz w:val="22"/>
          <w:u w:val="single"/>
        </w:rPr>
        <w:t xml:space="preserve">global </w:t>
      </w:r>
      <w:r>
        <w:rPr>
          <w:b/>
          <w:i w:val="0"/>
          <w:smallCaps w:val="0"/>
          <w:strike w:val="0"/>
          <w:sz w:val="22"/>
          <w:u w:val="single"/>
        </w:rPr>
        <w:t>extractivism</w:t>
      </w:r>
      <w:r>
        <w:rPr>
          <w:b w:val="0"/>
          <w:i w:val="0"/>
          <w:smallCaps w:val="0"/>
          <w:strike w:val="0"/>
          <w:sz w:val="14"/>
          <w:u w:val="none"/>
        </w:rPr>
        <w:t xml:space="preserve">’ </w:t>
      </w:r>
      <w:r>
        <w:rPr>
          <w:b w:val="0"/>
          <w:i w:val="0"/>
          <w:smallCaps w:val="0"/>
          <w:strike w:val="0"/>
          <w:sz w:val="22"/>
          <w:u w:val="single"/>
        </w:rPr>
        <w:t xml:space="preserve">as an </w:t>
      </w:r>
      <w:r>
        <w:rPr>
          <w:b/>
          <w:i w:val="0"/>
          <w:smallCaps w:val="0"/>
          <w:strike w:val="0"/>
          <w:sz w:val="22"/>
          <w:u w:val="single"/>
        </w:rPr>
        <w:t>organising</w:t>
      </w:r>
      <w:r>
        <w:rPr>
          <w:b/>
          <w:i w:val="0"/>
          <w:smallCaps w:val="0"/>
          <w:strike w:val="0"/>
          <w:sz w:val="22"/>
          <w:u w:val="single"/>
        </w:rPr>
        <w:t xml:space="preserve"> concept</w:t>
      </w:r>
      <w:r>
        <w:rPr>
          <w:b w:val="0"/>
          <w:i w:val="0"/>
          <w:smallCaps w:val="0"/>
          <w:strike w:val="0"/>
          <w:sz w:val="14"/>
          <w:u w:val="none"/>
        </w:rPr>
        <w:t xml:space="preserve"> (Nygren, Kröger and Gills, 2022; Chagnon et al., 2022), </w:t>
      </w:r>
      <w:r>
        <w:rPr>
          <w:b/>
          <w:i w:val="0"/>
          <w:smallCaps w:val="0"/>
          <w:strike w:val="0"/>
          <w:sz w:val="22"/>
          <w:u w:val="single"/>
        </w:rPr>
        <w:t>affirms its relevance</w:t>
      </w:r>
      <w:r>
        <w:rPr>
          <w:b w:val="0"/>
          <w:i w:val="0"/>
          <w:smallCaps w:val="0"/>
          <w:strike w:val="0"/>
          <w:sz w:val="14"/>
          <w:u w:val="none"/>
        </w:rPr>
        <w:t xml:space="preserve">, </w:t>
      </w:r>
      <w:r>
        <w:rPr>
          <w:b w:val="0"/>
          <w:i w:val="0"/>
          <w:smallCaps w:val="0"/>
          <w:strike w:val="0"/>
          <w:sz w:val="22"/>
          <w:u w:val="single"/>
        </w:rPr>
        <w:t xml:space="preserve">as </w:t>
      </w:r>
      <w:r>
        <w:rPr>
          <w:b w:val="0"/>
          <w:i w:val="0"/>
          <w:smallCaps w:val="0"/>
          <w:strike w:val="0"/>
          <w:sz w:val="22"/>
          <w:u w:val="single"/>
        </w:rPr>
        <w:t>extractivism</w:t>
      </w:r>
      <w:r>
        <w:rPr>
          <w:b w:val="0"/>
          <w:i w:val="0"/>
          <w:smallCaps w:val="0"/>
          <w:strike w:val="0"/>
          <w:sz w:val="14"/>
          <w:u w:val="none"/>
        </w:rPr>
        <w:t xml:space="preserve">, </w:t>
      </w:r>
      <w:r>
        <w:rPr>
          <w:b w:val="0"/>
          <w:i w:val="0"/>
          <w:smallCaps w:val="0"/>
          <w:strike w:val="0"/>
          <w:sz w:val="22"/>
          <w:u w:val="single"/>
        </w:rPr>
        <w:t xml:space="preserve">infrastructural </w:t>
      </w:r>
      <w:r>
        <w:rPr>
          <w:b w:val="0"/>
          <w:i w:val="0"/>
          <w:smallCaps w:val="0"/>
          <w:strike w:val="0"/>
          <w:sz w:val="22"/>
          <w:u w:val="single"/>
        </w:rPr>
        <w:t>colonisation</w:t>
      </w:r>
      <w:r>
        <w:rPr>
          <w:b w:val="0"/>
          <w:i w:val="0"/>
          <w:smallCaps w:val="0"/>
          <w:strike w:val="0"/>
          <w:sz w:val="14"/>
          <w:u w:val="none"/>
        </w:rPr>
        <w:t xml:space="preserve">, </w:t>
      </w:r>
      <w:r>
        <w:rPr>
          <w:b w:val="0"/>
          <w:i w:val="0"/>
          <w:smallCaps w:val="0"/>
          <w:strike w:val="0"/>
          <w:sz w:val="22"/>
          <w:u w:val="single"/>
        </w:rPr>
        <w:t>and economic forces proliferate</w:t>
      </w:r>
      <w:r>
        <w:rPr>
          <w:b w:val="0"/>
          <w:i w:val="0"/>
          <w:smallCaps w:val="0"/>
          <w:strike w:val="0"/>
          <w:sz w:val="14"/>
          <w:u w:val="none"/>
        </w:rPr>
        <w:t xml:space="preserve">, </w:t>
      </w:r>
      <w:r>
        <w:rPr>
          <w:b w:val="0"/>
          <w:i w:val="0"/>
          <w:smallCaps w:val="0"/>
          <w:strike w:val="0"/>
          <w:sz w:val="22"/>
          <w:u w:val="single"/>
        </w:rPr>
        <w:t>transcend borders</w:t>
      </w:r>
      <w:r>
        <w:rPr>
          <w:b w:val="0"/>
          <w:i w:val="0"/>
          <w:smallCaps w:val="0"/>
          <w:strike w:val="0"/>
          <w:sz w:val="14"/>
          <w:u w:val="none"/>
        </w:rPr>
        <w:t xml:space="preserve">, </w:t>
      </w:r>
      <w:r>
        <w:rPr>
          <w:b w:val="0"/>
          <w:i w:val="0"/>
          <w:smallCaps w:val="0"/>
          <w:strike w:val="0"/>
          <w:sz w:val="22"/>
          <w:u w:val="single"/>
        </w:rPr>
        <w:t>intersect</w:t>
      </w:r>
      <w:r>
        <w:rPr>
          <w:b w:val="0"/>
          <w:i w:val="0"/>
          <w:smallCaps w:val="0"/>
          <w:strike w:val="0"/>
          <w:sz w:val="14"/>
          <w:u w:val="none"/>
        </w:rPr>
        <w:t xml:space="preserve">, </w:t>
      </w:r>
      <w:r>
        <w:rPr>
          <w:b w:val="0"/>
          <w:i w:val="0"/>
          <w:smallCaps w:val="0"/>
          <w:strike w:val="0"/>
          <w:sz w:val="22"/>
          <w:u w:val="single"/>
        </w:rPr>
        <w:t>and depend on multiple extractive companies and trajectories</w:t>
      </w:r>
      <w:r>
        <w:rPr>
          <w:b w:val="0"/>
          <w:i w:val="0"/>
          <w:smallCaps w:val="0"/>
          <w:strike w:val="0"/>
          <w:sz w:val="14"/>
          <w:u w:val="none"/>
        </w:rPr>
        <w:t>.</w:t>
      </w:r>
    </w:p>
    <w:p>
      <w:pPr>
        <w:spacing w:after="60"/>
      </w:pPr>
      <w:r>
        <w:rPr>
          <w:b w:val="0"/>
          <w:i w:val="0"/>
          <w:smallCaps w:val="0"/>
          <w:strike w:val="0"/>
          <w:sz w:val="22"/>
          <w:u w:val="single"/>
        </w:rPr>
        <w:t>Coming to terms with the reality that</w:t>
      </w:r>
      <w:r>
        <w:rPr>
          <w:b w:val="0"/>
          <w:i w:val="0"/>
          <w:smallCaps w:val="0"/>
          <w:strike w:val="0"/>
          <w:sz w:val="14"/>
          <w:u w:val="none"/>
        </w:rPr>
        <w:t xml:space="preserve"> ‘</w:t>
      </w:r>
      <w:r>
        <w:rPr>
          <w:b/>
          <w:i w:val="0"/>
          <w:smallCaps w:val="0"/>
          <w:strike w:val="0"/>
          <w:sz w:val="22"/>
          <w:u w:val="single"/>
        </w:rPr>
        <w:t xml:space="preserve">everything is </w:t>
      </w:r>
      <w:r>
        <w:rPr>
          <w:b/>
          <w:i w:val="0"/>
          <w:smallCaps w:val="0"/>
          <w:strike w:val="0"/>
          <w:sz w:val="22"/>
          <w:u w:val="single"/>
        </w:rPr>
        <w:t>extractivism</w:t>
      </w:r>
      <w:r>
        <w:rPr>
          <w:b w:val="0"/>
          <w:i w:val="0"/>
          <w:smallCaps w:val="0"/>
          <w:strike w:val="0"/>
          <w:sz w:val="14"/>
          <w:u w:val="none"/>
        </w:rPr>
        <w:t xml:space="preserve">’ </w:t>
      </w:r>
      <w:r>
        <w:rPr>
          <w:b w:val="0"/>
          <w:i w:val="0"/>
          <w:smallCaps w:val="0"/>
          <w:strike w:val="0"/>
          <w:sz w:val="22"/>
          <w:u w:val="single"/>
        </w:rPr>
        <w:t xml:space="preserve">within the dominant development paradigm is </w:t>
      </w:r>
      <w:r>
        <w:rPr>
          <w:b/>
          <w:i w:val="0"/>
          <w:smallCaps w:val="0"/>
          <w:strike w:val="0"/>
          <w:sz w:val="22"/>
          <w:u w:val="single"/>
        </w:rPr>
        <w:t>important</w:t>
      </w:r>
      <w:r>
        <w:rPr>
          <w:b w:val="0"/>
          <w:i w:val="0"/>
          <w:smallCaps w:val="0"/>
          <w:strike w:val="0"/>
          <w:sz w:val="22"/>
          <w:u w:val="single"/>
        </w:rPr>
        <w:t xml:space="preserve"> to any effort to </w:t>
      </w:r>
      <w:r>
        <w:rPr>
          <w:b/>
          <w:i w:val="0"/>
          <w:smallCaps w:val="0"/>
          <w:strike w:val="0"/>
          <w:sz w:val="22"/>
          <w:u w:val="single"/>
        </w:rPr>
        <w:t>resituate</w:t>
      </w:r>
      <w:r>
        <w:rPr>
          <w:b w:val="0"/>
          <w:i w:val="0"/>
          <w:smallCaps w:val="0"/>
          <w:strike w:val="0"/>
          <w:sz w:val="22"/>
          <w:u w:val="single"/>
        </w:rPr>
        <w:t xml:space="preserve"> the present planetary situation</w:t>
      </w:r>
      <w:r>
        <w:rPr>
          <w:b w:val="0"/>
          <w:i w:val="0"/>
          <w:smallCaps w:val="0"/>
          <w:strike w:val="0"/>
          <w:sz w:val="14"/>
          <w:u w:val="none"/>
        </w:rPr>
        <w:t>—</w:t>
      </w:r>
      <w:r>
        <w:rPr>
          <w:b w:val="0"/>
          <w:i w:val="0"/>
          <w:smallCaps w:val="0"/>
          <w:strike w:val="0"/>
          <w:sz w:val="22"/>
          <w:u w:val="single"/>
        </w:rPr>
        <w:t xml:space="preserve">and the </w:t>
      </w:r>
      <w:r>
        <w:rPr>
          <w:b/>
          <w:i w:val="0"/>
          <w:smallCaps w:val="0"/>
          <w:strike w:val="0"/>
          <w:sz w:val="22"/>
          <w:u w:val="single"/>
        </w:rPr>
        <w:t>action</w:t>
      </w:r>
      <w:r>
        <w:rPr>
          <w:b w:val="0"/>
          <w:i w:val="0"/>
          <w:smallCaps w:val="0"/>
          <w:strike w:val="0"/>
          <w:sz w:val="22"/>
          <w:u w:val="single"/>
        </w:rPr>
        <w:t xml:space="preserve"> that should follow</w:t>
      </w:r>
      <w:r>
        <w:rPr>
          <w:b w:val="0"/>
          <w:i w:val="0"/>
          <w:smallCaps w:val="0"/>
          <w:strike w:val="0"/>
          <w:sz w:val="14"/>
          <w:u w:val="none"/>
        </w:rPr>
        <w:t xml:space="preserve">. </w:t>
      </w:r>
      <w:r>
        <w:rPr>
          <w:b w:val="0"/>
          <w:i w:val="0"/>
          <w:smallCaps w:val="0"/>
          <w:strike w:val="0"/>
          <w:sz w:val="22"/>
          <w:u w:val="single"/>
        </w:rPr>
        <w:t xml:space="preserve">This </w:t>
      </w:r>
      <w:r>
        <w:rPr>
          <w:b/>
          <w:i w:val="0"/>
          <w:smallCaps w:val="0"/>
          <w:strike w:val="0"/>
          <w:sz w:val="22"/>
          <w:u w:val="single"/>
        </w:rPr>
        <w:t>extractive reality</w:t>
      </w:r>
      <w:r>
        <w:rPr>
          <w:b w:val="0"/>
          <w:i w:val="0"/>
          <w:smallCaps w:val="0"/>
          <w:strike w:val="0"/>
          <w:sz w:val="22"/>
          <w:u w:val="single"/>
        </w:rPr>
        <w:t xml:space="preserve"> should also allow people to resituate how they </w:t>
      </w:r>
      <w:r>
        <w:rPr>
          <w:b/>
          <w:i w:val="0"/>
          <w:smallCaps w:val="0"/>
          <w:strike w:val="0"/>
          <w:sz w:val="22"/>
          <w:u w:val="single"/>
        </w:rPr>
        <w:t>conceive</w:t>
      </w:r>
      <w:r>
        <w:rPr>
          <w:b w:val="0"/>
          <w:i w:val="0"/>
          <w:smallCaps w:val="0"/>
          <w:strike w:val="0"/>
          <w:sz w:val="22"/>
          <w:u w:val="single"/>
        </w:rPr>
        <w:t xml:space="preserve"> of politics</w:t>
      </w:r>
      <w:r>
        <w:rPr>
          <w:b w:val="0"/>
          <w:i w:val="0"/>
          <w:smallCaps w:val="0"/>
          <w:strike w:val="0"/>
          <w:sz w:val="14"/>
          <w:u w:val="none"/>
        </w:rPr>
        <w:t xml:space="preserve">, conflict, political </w:t>
      </w:r>
      <w:r>
        <w:rPr>
          <w:b w:val="0"/>
          <w:i w:val="0"/>
          <w:smallCaps w:val="0"/>
          <w:strike w:val="0"/>
          <w:sz w:val="14"/>
          <w:u w:val="none"/>
        </w:rPr>
        <w:t>organisation</w:t>
      </w:r>
      <w:r>
        <w:rPr>
          <w:b w:val="0"/>
          <w:i w:val="0"/>
          <w:smallCaps w:val="0"/>
          <w:strike w:val="0"/>
          <w:sz w:val="14"/>
          <w:u w:val="none"/>
        </w:rPr>
        <w:t xml:space="preserve"> and, consequently, ‘justice’ the last of which is discussed in the next section. Academically, if not practically, </w:t>
      </w:r>
      <w:r>
        <w:rPr>
          <w:b w:val="0"/>
          <w:i w:val="0"/>
          <w:smallCaps w:val="0"/>
          <w:strike w:val="0"/>
          <w:sz w:val="22"/>
          <w:u w:val="single"/>
        </w:rPr>
        <w:t>the imperative exists to take the</w:t>
      </w:r>
      <w:r>
        <w:rPr>
          <w:b w:val="0"/>
          <w:i w:val="0"/>
          <w:smallCaps w:val="0"/>
          <w:strike w:val="0"/>
          <w:sz w:val="14"/>
          <w:u w:val="none"/>
        </w:rPr>
        <w:t xml:space="preserve"> socio-ecological damage and </w:t>
      </w:r>
      <w:r>
        <w:rPr>
          <w:b w:val="0"/>
          <w:i w:val="0"/>
          <w:smallCaps w:val="0"/>
          <w:strike w:val="0"/>
          <w:sz w:val="22"/>
          <w:u w:val="single"/>
        </w:rPr>
        <w:t>harm</w:t>
      </w:r>
      <w:r>
        <w:rPr>
          <w:b w:val="0"/>
          <w:i w:val="0"/>
          <w:smallCaps w:val="0"/>
          <w:strike w:val="0"/>
          <w:sz w:val="14"/>
          <w:u w:val="none"/>
        </w:rPr>
        <w:t xml:space="preserve"> created by industrial, bureaucratic and capitalist systems </w:t>
      </w:r>
      <w:r>
        <w:rPr>
          <w:b/>
          <w:i w:val="0"/>
          <w:smallCaps w:val="0"/>
          <w:strike w:val="0"/>
          <w:sz w:val="22"/>
          <w:u w:val="single"/>
        </w:rPr>
        <w:t>seriously</w:t>
      </w:r>
      <w:r>
        <w:rPr>
          <w:b w:val="0"/>
          <w:i w:val="0"/>
          <w:smallCaps w:val="0"/>
          <w:strike w:val="0"/>
          <w:sz w:val="14"/>
          <w:u w:val="none"/>
        </w:rPr>
        <w:t xml:space="preserve">. Non-humans, the Indigenous, the </w:t>
      </w:r>
      <w:r>
        <w:rPr>
          <w:b w:val="0"/>
          <w:i w:val="0"/>
          <w:smallCaps w:val="0"/>
          <w:strike w:val="0"/>
          <w:sz w:val="14"/>
          <w:u w:val="none"/>
        </w:rPr>
        <w:t>marginalised</w:t>
      </w:r>
      <w:r>
        <w:rPr>
          <w:b w:val="0"/>
          <w:i w:val="0"/>
          <w:smallCaps w:val="0"/>
          <w:strike w:val="0"/>
          <w:sz w:val="14"/>
          <w:u w:val="none"/>
        </w:rPr>
        <w:t xml:space="preserve">, peoples that consume little materials and energy, moreover, are the least responsible for this socio-ecological catastrophe (Bolger et al., 2021), which is not to forget the psychosocial decay and discontent emanating from modernist affluence of high-income countries and neighborhoods (Lane, 2000; Alexander, 2008). </w:t>
      </w:r>
      <w:r>
        <w:rPr>
          <w:b/>
          <w:i w:val="0"/>
          <w:smallCaps w:val="0"/>
          <w:strike w:val="0"/>
          <w:sz w:val="22"/>
          <w:u w:val="single"/>
        </w:rPr>
        <w:t xml:space="preserve">Properly </w:t>
      </w:r>
      <w:r>
        <w:rPr>
          <w:b/>
          <w:i w:val="0"/>
          <w:smallCaps w:val="0"/>
          <w:strike w:val="0"/>
          <w:sz w:val="22"/>
          <w:u w:val="single"/>
        </w:rPr>
        <w:t>recognising</w:t>
      </w:r>
      <w:r>
        <w:rPr>
          <w:b w:val="0"/>
          <w:i w:val="0"/>
          <w:smallCaps w:val="0"/>
          <w:strike w:val="0"/>
          <w:sz w:val="22"/>
          <w:u w:val="single"/>
        </w:rPr>
        <w:t xml:space="preserve"> the scope of this problem is the </w:t>
      </w:r>
      <w:r>
        <w:rPr>
          <w:b/>
          <w:i w:val="0"/>
          <w:smallCaps w:val="0"/>
          <w:strike w:val="0"/>
          <w:sz w:val="22"/>
          <w:u w:val="single"/>
        </w:rPr>
        <w:t>first step</w:t>
      </w:r>
      <w:r>
        <w:rPr>
          <w:b w:val="0"/>
          <w:i w:val="0"/>
          <w:smallCaps w:val="0"/>
          <w:strike w:val="0"/>
          <w:sz w:val="14"/>
          <w:u w:val="none"/>
        </w:rPr>
        <w:t xml:space="preserve">. Technologies and infrastructures, however, can be appropriated. This appropriation indicates the importance of taking the ‘best’ innovations from this global development process. If socio-ecological transformation is to take place, it will require serious and committed efforts to redress the violence done by </w:t>
      </w:r>
      <w:r>
        <w:rPr>
          <w:b w:val="0"/>
          <w:i w:val="0"/>
          <w:smallCaps w:val="0"/>
          <w:strike w:val="0"/>
          <w:sz w:val="14"/>
          <w:u w:val="none"/>
        </w:rPr>
        <w:t>technocapitalism</w:t>
      </w:r>
      <w:r>
        <w:rPr>
          <w:b w:val="0"/>
          <w:i w:val="0"/>
          <w:smallCaps w:val="0"/>
          <w:strike w:val="0"/>
          <w:sz w:val="14"/>
          <w:u w:val="none"/>
        </w:rPr>
        <w:t xml:space="preserve"> and to build new types of (post)developmental infrastructures.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