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exportation of democracy as a “</w:t>
      </w:r>
      <w:r>
        <w:rPr>
          <w:b/>
          <w:i w:val="0"/>
          <w:smallCaps w:val="0"/>
          <w:strike w:val="0"/>
          <w:sz w:val="26"/>
          <w:u w:val="none"/>
        </w:rPr>
        <w:t xml:space="preserve">global responsibility” necessitates a </w:t>
      </w:r>
      <w:r>
        <w:rPr>
          <w:b/>
          <w:i w:val="0"/>
          <w:smallCaps w:val="0"/>
          <w:strike w:val="0"/>
          <w:sz w:val="26"/>
          <w:u w:val="single"/>
        </w:rPr>
        <w:t>securitized</w:t>
      </w:r>
      <w:r>
        <w:rPr>
          <w:b/>
          <w:i w:val="0"/>
          <w:smallCaps w:val="0"/>
          <w:strike w:val="0"/>
          <w:sz w:val="26"/>
          <w:u w:val="none"/>
        </w:rPr>
        <w:t xml:space="preserve"> frame of war that serves to embolden US hegemony and </w:t>
      </w:r>
      <w:r>
        <w:rPr>
          <w:b/>
          <w:i w:val="0"/>
          <w:smallCaps w:val="0"/>
          <w:strike w:val="0"/>
          <w:sz w:val="26"/>
          <w:u w:val="single"/>
        </w:rPr>
        <w:t>legitimize</w:t>
      </w:r>
      <w:r>
        <w:rPr>
          <w:b/>
          <w:i w:val="0"/>
          <w:smallCaps w:val="0"/>
          <w:strike w:val="0"/>
          <w:sz w:val="26"/>
          <w:u w:val="none"/>
        </w:rPr>
        <w:t xml:space="preserve"> </w:t>
      </w:r>
      <w:r>
        <w:rPr>
          <w:b/>
          <w:i w:val="0"/>
          <w:smallCaps w:val="0"/>
          <w:strike w:val="0"/>
          <w:sz w:val="26"/>
          <w:u w:val="single"/>
        </w:rPr>
        <w:t>competition</w:t>
      </w:r>
      <w:r>
        <w:rPr>
          <w:b/>
          <w:i w:val="0"/>
          <w:smallCaps w:val="0"/>
          <w:strike w:val="0"/>
          <w:sz w:val="26"/>
          <w:u w:val="none"/>
        </w:rPr>
        <w:t xml:space="preserve"> and </w:t>
      </w:r>
      <w:r>
        <w:rPr>
          <w:b/>
          <w:i w:val="0"/>
          <w:smallCaps w:val="0"/>
          <w:strike w:val="0"/>
          <w:sz w:val="26"/>
          <w:u w:val="single"/>
        </w:rPr>
        <w:t>conflict</w:t>
      </w:r>
      <w:r>
        <w:rPr>
          <w:b/>
          <w:i w:val="0"/>
          <w:smallCaps w:val="0"/>
          <w:strike w:val="0"/>
          <w:sz w:val="26"/>
          <w:u w:val="none"/>
        </w:rPr>
        <w:t xml:space="preserve"> in the global system</w:t>
      </w:r>
      <w:r>
        <w:rPr>
          <w:b/>
          <w:i w:val="0"/>
          <w:smallCaps w:val="0"/>
          <w:strike w:val="0"/>
          <w:sz w:val="26"/>
          <w:u w:val="none"/>
        </w:rPr>
        <w:t>.</w:t>
      </w:r>
    </w:p>
    <w:p>
      <w:pPr>
        <w:spacing w:after="80"/>
      </w:pPr>
      <w:r>
        <w:rPr>
          <w:b w:val="0"/>
          <w:i w:val="0"/>
          <w:smallCaps w:val="0"/>
          <w:strike w:val="0"/>
          <w:u w:val="none"/>
        </w:rPr>
        <w:t xml:space="preserve">Judith </w:t>
      </w:r>
      <w:r>
        <w:rPr>
          <w:b/>
          <w:i w:val="0"/>
          <w:smallCaps w:val="0"/>
          <w:strike w:val="0"/>
          <w:sz w:val="26"/>
          <w:u w:val="none"/>
        </w:rPr>
        <w:t>Butler</w:t>
      </w:r>
      <w:r>
        <w:rPr>
          <w:b w:val="0"/>
          <w:i w:val="0"/>
          <w:smallCaps w:val="0"/>
          <w:strike w:val="0"/>
          <w:u w:val="none"/>
        </w:rPr>
        <w:t xml:space="preserve"> </w:t>
      </w:r>
      <w:r>
        <w:rPr>
          <w:b/>
          <w:i w:val="0"/>
          <w:smallCaps w:val="0"/>
          <w:strike w:val="0"/>
          <w:sz w:val="26"/>
          <w:u w:val="none"/>
        </w:rPr>
        <w:t>’09</w:t>
      </w:r>
      <w:r>
        <w:rPr>
          <w:b w:val="0"/>
          <w:i w:val="0"/>
          <w:smallCaps w:val="0"/>
          <w:strike w:val="0"/>
          <w:u w:val="none"/>
        </w:rPr>
        <w:t xml:space="preserve"> – (Ph. D. in Philosophy from Yale University), “Frames of War: When Is Life </w:t>
      </w:r>
      <w:r>
        <w:rPr>
          <w:b w:val="0"/>
          <w:i w:val="0"/>
          <w:smallCaps w:val="0"/>
          <w:strike w:val="0"/>
          <w:u w:val="none"/>
        </w:rPr>
        <w:t>Grievable</w:t>
      </w:r>
      <w:r>
        <w:rPr>
          <w:b w:val="0"/>
          <w:i w:val="0"/>
          <w:smallCaps w:val="0"/>
          <w:strike w:val="0"/>
          <w:u w:val="none"/>
        </w:rPr>
        <w:t>?,</w:t>
      </w:r>
      <w:r>
        <w:rPr>
          <w:b w:val="0"/>
          <w:i w:val="0"/>
          <w:smallCaps w:val="0"/>
          <w:strike w:val="0"/>
          <w:u w:val="none"/>
        </w:rPr>
        <w:t xml:space="preserve">”  Feb 2, 2016 , Verso, pg. 36-38 // </w:t>
      </w:r>
      <w:r>
        <w:rPr>
          <w:b w:val="0"/>
          <w:i w:val="0"/>
          <w:smallCaps w:val="0"/>
          <w:strike w:val="0"/>
          <w:u w:val="none"/>
        </w:rPr>
        <w:t>eyu</w:t>
      </w:r>
    </w:p>
    <w:p>
      <w:pPr>
        <w:spacing w:after="60"/>
      </w:pPr>
      <w:r>
        <w:rPr>
          <w:b w:val="0"/>
          <w:i w:val="0"/>
          <w:smallCaps w:val="0"/>
          <w:strike w:val="0"/>
          <w:sz w:val="16"/>
          <w:u w:val="none"/>
        </w:rPr>
        <w:t xml:space="preserve">Before I suggest a way of thinking about global responsibility during these times of war, I want. to distance myself from some mistaken ways of </w:t>
      </w:r>
      <w:r>
        <w:rPr>
          <w:b w:val="0"/>
          <w:i w:val="0"/>
          <w:smallCaps w:val="0"/>
          <w:strike w:val="0"/>
          <w:sz w:val="16"/>
          <w:u w:val="none"/>
        </w:rPr>
        <w:t>approchmg</w:t>
      </w:r>
      <w:r>
        <w:rPr>
          <w:b w:val="0"/>
          <w:i w:val="0"/>
          <w:smallCaps w:val="0"/>
          <w:strike w:val="0"/>
          <w:sz w:val="16"/>
          <w:u w:val="none"/>
        </w:rPr>
        <w:t xml:space="preserve"> the problem. </w:t>
      </w:r>
      <w:r>
        <w:rPr>
          <w:b w:val="0"/>
          <w:i w:val="0"/>
          <w:smallCaps w:val="0"/>
          <w:strike w:val="0"/>
          <w:highlight w:val="cyan"/>
          <w:u w:val="single"/>
        </w:rPr>
        <w:t>Those</w:t>
      </w:r>
      <w:r>
        <w:rPr>
          <w:b w:val="0"/>
          <w:i w:val="0"/>
          <w:smallCaps w:val="0"/>
          <w:strike w:val="0"/>
          <w:u w:val="single"/>
        </w:rPr>
        <w:t>,</w:t>
      </w:r>
      <w:r>
        <w:rPr>
          <w:b w:val="0"/>
          <w:i w:val="0"/>
          <w:smallCaps w:val="0"/>
          <w:strike w:val="0"/>
          <w:sz w:val="16"/>
          <w:u w:val="none"/>
        </w:rPr>
        <w:t xml:space="preserve"> for instance, </w:t>
      </w:r>
      <w:r>
        <w:rPr>
          <w:b w:val="0"/>
          <w:i w:val="0"/>
          <w:smallCaps w:val="0"/>
          <w:strike w:val="0"/>
          <w:highlight w:val="cyan"/>
          <w:u w:val="single"/>
        </w:rPr>
        <w:t>who wage war</w:t>
      </w:r>
      <w:r>
        <w:rPr>
          <w:b w:val="0"/>
          <w:i w:val="0"/>
          <w:smallCaps w:val="0"/>
          <w:strike w:val="0"/>
          <w:sz w:val="16"/>
          <w:u w:val="none"/>
        </w:rPr>
        <w:t xml:space="preserve"> </w:t>
      </w:r>
      <w:r>
        <w:rPr>
          <w:b w:val="0"/>
          <w:i w:val="0"/>
          <w:smallCaps w:val="0"/>
          <w:strike w:val="0"/>
          <w:highlight w:val="cyan"/>
          <w:u w:val="single"/>
        </w:rPr>
        <w:t>in the name of the common good</w:t>
      </w:r>
      <w:r>
        <w:rPr>
          <w:b w:val="0"/>
          <w:i w:val="0"/>
          <w:smallCaps w:val="0"/>
          <w:strike w:val="0"/>
          <w:sz w:val="16"/>
          <w:u w:val="none"/>
        </w:rPr>
        <w:t xml:space="preserve">, those </w:t>
      </w:r>
      <w:r>
        <w:rPr>
          <w:b w:val="0"/>
          <w:i w:val="0"/>
          <w:smallCaps w:val="0"/>
          <w:strike w:val="0"/>
          <w:highlight w:val="cyan"/>
          <w:u w:val="single"/>
        </w:rPr>
        <w:t>who kill</w:t>
      </w:r>
      <w:r>
        <w:rPr>
          <w:b w:val="0"/>
          <w:i w:val="0"/>
          <w:smallCaps w:val="0"/>
          <w:strike w:val="0"/>
          <w:sz w:val="16"/>
          <w:highlight w:val="cyan"/>
          <w:u w:val="none"/>
        </w:rPr>
        <w:t xml:space="preserve"> </w:t>
      </w:r>
      <w:r>
        <w:rPr>
          <w:b w:val="0"/>
          <w:i w:val="0"/>
          <w:smallCaps w:val="0"/>
          <w:strike w:val="0"/>
          <w:highlight w:val="cyan"/>
          <w:u w:val="single"/>
        </w:rPr>
        <w:t>in the name of democracy</w:t>
      </w:r>
      <w:r>
        <w:rPr>
          <w:b w:val="0"/>
          <w:i w:val="0"/>
          <w:smallCaps w:val="0"/>
          <w:strike w:val="0"/>
          <w:u w:val="single"/>
        </w:rPr>
        <w:t xml:space="preserve"> or security,</w:t>
      </w:r>
      <w:r>
        <w:rPr>
          <w:b w:val="0"/>
          <w:i w:val="0"/>
          <w:smallCaps w:val="0"/>
          <w:strike w:val="0"/>
          <w:sz w:val="16"/>
          <w:u w:val="none"/>
        </w:rPr>
        <w:t xml:space="preserve"> those who make </w:t>
      </w:r>
      <w:r>
        <w:rPr>
          <w:b w:val="0"/>
          <w:i w:val="0"/>
          <w:smallCaps w:val="0"/>
          <w:strike w:val="0"/>
          <w:sz w:val="16"/>
          <w:u w:val="none"/>
        </w:rPr>
        <w:t>incursio~s</w:t>
      </w:r>
      <w:r>
        <w:rPr>
          <w:b w:val="0"/>
          <w:i w:val="0"/>
          <w:smallCaps w:val="0"/>
          <w:strike w:val="0"/>
          <w:sz w:val="16"/>
          <w:u w:val="none"/>
        </w:rPr>
        <w:t xml:space="preserve"> into the sovereign lands of others in the name of </w:t>
      </w:r>
      <w:r>
        <w:rPr>
          <w:b w:val="0"/>
          <w:i w:val="0"/>
          <w:smallCaps w:val="0"/>
          <w:strike w:val="0"/>
          <w:sz w:val="16"/>
          <w:u w:val="none"/>
        </w:rPr>
        <w:t>sovereIgnty</w:t>
      </w:r>
      <w:r>
        <w:rPr>
          <w:b w:val="0"/>
          <w:i w:val="0"/>
          <w:smallCaps w:val="0"/>
          <w:strike w:val="0"/>
          <w:sz w:val="16"/>
          <w:u w:val="none"/>
        </w:rPr>
        <w:t>-</w:t>
      </w:r>
      <w:r>
        <w:rPr>
          <w:b w:val="0"/>
          <w:i w:val="0"/>
          <w:smallCaps w:val="0"/>
          <w:strike w:val="0"/>
          <w:highlight w:val="cyan"/>
          <w:u w:val="single"/>
        </w:rPr>
        <w:t>all consider</w:t>
      </w:r>
      <w:r>
        <w:rPr>
          <w:b w:val="0"/>
          <w:i w:val="0"/>
          <w:smallCaps w:val="0"/>
          <w:strike w:val="0"/>
          <w:u w:val="single"/>
        </w:rPr>
        <w:t xml:space="preserve"> </w:t>
      </w:r>
      <w:r>
        <w:rPr>
          <w:b w:val="0"/>
          <w:i w:val="0"/>
          <w:smallCaps w:val="0"/>
          <w:strike w:val="0"/>
          <w:sz w:val="16"/>
          <w:u w:val="none"/>
        </w:rPr>
        <w:t>themselves to be</w:t>
      </w:r>
      <w:r>
        <w:rPr>
          <w:b/>
          <w:i w:val="0"/>
          <w:smallCaps w:val="0"/>
          <w:strike w:val="0"/>
          <w:sz w:val="22"/>
          <w:u w:val="single"/>
        </w:rPr>
        <w:t xml:space="preserve"> "</w:t>
      </w:r>
      <w:r>
        <w:rPr>
          <w:b/>
          <w:i w:val="0"/>
          <w:smallCaps w:val="0"/>
          <w:strike w:val="0"/>
          <w:sz w:val="22"/>
          <w:highlight w:val="cyan"/>
          <w:u w:val="single"/>
        </w:rPr>
        <w:t xml:space="preserve">acting globally" </w:t>
      </w:r>
      <w:r>
        <w:rPr>
          <w:b w:val="0"/>
          <w:i w:val="0"/>
          <w:smallCaps w:val="0"/>
          <w:strike w:val="0"/>
          <w:highlight w:val="cyan"/>
          <w:u w:val="single"/>
        </w:rPr>
        <w:t>and</w:t>
      </w:r>
      <w:r>
        <w:rPr>
          <w:b w:val="0"/>
          <w:i w:val="0"/>
          <w:smallCaps w:val="0"/>
          <w:strike w:val="0"/>
          <w:u w:val="single"/>
        </w:rPr>
        <w:t xml:space="preserve"> even to be </w:t>
      </w:r>
      <w:r>
        <w:rPr>
          <w:b w:val="0"/>
          <w:i w:val="0"/>
          <w:smallCaps w:val="0"/>
          <w:strike w:val="0"/>
          <w:highlight w:val="cyan"/>
          <w:u w:val="single"/>
        </w:rPr>
        <w:t>executing</w:t>
      </w:r>
      <w:r>
        <w:rPr>
          <w:b w:val="0"/>
          <w:i w:val="0"/>
          <w:smallCaps w:val="0"/>
          <w:strike w:val="0"/>
          <w:u w:val="single"/>
        </w:rPr>
        <w:t xml:space="preserve"> a certain </w:t>
      </w:r>
      <w:r>
        <w:rPr>
          <w:b/>
          <w:i w:val="0"/>
          <w:smallCaps w:val="0"/>
          <w:strike w:val="0"/>
          <w:sz w:val="22"/>
          <w:u w:val="single"/>
        </w:rPr>
        <w:t>"</w:t>
      </w:r>
      <w:r>
        <w:rPr>
          <w:b/>
          <w:i w:val="0"/>
          <w:smallCaps w:val="0"/>
          <w:strike w:val="0"/>
          <w:sz w:val="22"/>
          <w:highlight w:val="cyan"/>
          <w:u w:val="single"/>
        </w:rPr>
        <w:t>global responsibility</w:t>
      </w:r>
      <w:r>
        <w:rPr>
          <w:b w:val="0"/>
          <w:i w:val="0"/>
          <w:smallCaps w:val="0"/>
          <w:strike w:val="0"/>
          <w:sz w:val="16"/>
          <w:u w:val="none"/>
        </w:rPr>
        <w:t xml:space="preserve">." </w:t>
      </w:r>
      <w:r>
        <w:rPr>
          <w:b w:val="0"/>
          <w:i w:val="0"/>
          <w:smallCaps w:val="0"/>
          <w:strike w:val="0"/>
          <w:u w:val="single"/>
        </w:rPr>
        <w:t>In the US we have heard in recent years about "bringing democracy" to countries where it is apparently lacking; we have heard, too about "</w:t>
      </w:r>
      <w:r>
        <w:rPr>
          <w:b w:val="0"/>
          <w:i w:val="0"/>
          <w:smallCaps w:val="0"/>
          <w:strike w:val="0"/>
          <w:highlight w:val="cyan"/>
          <w:u w:val="single"/>
        </w:rPr>
        <w:t>installing democracy</w:t>
      </w:r>
      <w:r>
        <w:rPr>
          <w:b w:val="0"/>
          <w:i w:val="0"/>
          <w:smallCaps w:val="0"/>
          <w:strike w:val="0"/>
          <w:u w:val="single"/>
        </w:rPr>
        <w:t>." In such moments we '</w:t>
      </w:r>
      <w:r>
        <w:rPr>
          <w:b w:val="0"/>
          <w:i w:val="0"/>
          <w:smallCaps w:val="0"/>
          <w:strike w:val="0"/>
          <w:u w:val="single"/>
        </w:rPr>
        <w:t>have to</w:t>
      </w:r>
      <w:r>
        <w:rPr>
          <w:b w:val="0"/>
          <w:i w:val="0"/>
          <w:smallCaps w:val="0"/>
          <w:strike w:val="0"/>
          <w:u w:val="single"/>
        </w:rPr>
        <w:t xml:space="preserve"> ask what democracy means if it is not based on popular decision </w:t>
      </w:r>
      <w:r>
        <w:rPr>
          <w:b w:val="0"/>
          <w:i w:val="0"/>
          <w:smallCaps w:val="0"/>
          <w:strike w:val="0"/>
          <w:highlight w:val="cyan"/>
          <w:u w:val="single"/>
        </w:rPr>
        <w:t>and</w:t>
      </w:r>
      <w:r>
        <w:rPr>
          <w:b w:val="0"/>
          <w:i w:val="0"/>
          <w:smallCaps w:val="0"/>
          <w:strike w:val="0"/>
          <w:u w:val="single"/>
        </w:rPr>
        <w:t xml:space="preserve"> majority rule. </w:t>
      </w:r>
      <w:r>
        <w:rPr>
          <w:b w:val="0"/>
          <w:i w:val="0"/>
          <w:smallCaps w:val="0"/>
          <w:strike w:val="0"/>
          <w:sz w:val="16"/>
          <w:u w:val="none"/>
        </w:rPr>
        <w:t>Can one power "bring" or "install" democracy on a people ~</w:t>
      </w:r>
      <w:r>
        <w:rPr>
          <w:b w:val="0"/>
          <w:i w:val="0"/>
          <w:smallCaps w:val="0"/>
          <w:strike w:val="0"/>
          <w:sz w:val="16"/>
          <w:u w:val="none"/>
        </w:rPr>
        <w:t>ve.r</w:t>
      </w:r>
      <w:r>
        <w:rPr>
          <w:b w:val="0"/>
          <w:i w:val="0"/>
          <w:smallCaps w:val="0"/>
          <w:strike w:val="0"/>
          <w:sz w:val="16"/>
          <w:u w:val="none"/>
        </w:rPr>
        <w:t xml:space="preserve"> whom it has no jurisdiction? If a form of power IS Imposed upon a people who do not choose that form of power, then that is, by definition, an undemocratic process. </w:t>
      </w:r>
      <w:r>
        <w:rPr>
          <w:b w:val="0"/>
          <w:i w:val="0"/>
          <w:smallCaps w:val="0"/>
          <w:strike w:val="0"/>
          <w:u w:val="single"/>
        </w:rPr>
        <w:t xml:space="preserve">If the form of power imposed is called "democracy" then we have an even larger problem: </w:t>
      </w:r>
      <w:r>
        <w:rPr>
          <w:b w:val="0"/>
          <w:i w:val="0"/>
          <w:smallCaps w:val="0"/>
          <w:strike w:val="0"/>
          <w:u w:val="single"/>
        </w:rPr>
        <w:t>can "democracy</w:t>
      </w:r>
      <w:r>
        <w:rPr>
          <w:b w:val="0"/>
          <w:i w:val="0"/>
          <w:smallCaps w:val="0"/>
          <w:strike w:val="0"/>
          <w:u w:val="single"/>
        </w:rPr>
        <w:t>" be the name of a form of political power that is undemocratically imposed?</w:t>
      </w:r>
      <w:r>
        <w:rPr>
          <w:b w:val="0"/>
          <w:i w:val="0"/>
          <w:smallCaps w:val="0"/>
          <w:strike w:val="0"/>
          <w:sz w:val="16"/>
          <w:u w:val="none"/>
        </w:rPr>
        <w:t xml:space="preserve"> Democracy </w:t>
      </w:r>
      <w:r>
        <w:rPr>
          <w:b w:val="0"/>
          <w:i w:val="0"/>
          <w:smallCaps w:val="0"/>
          <w:strike w:val="0"/>
          <w:sz w:val="16"/>
          <w:u w:val="none"/>
        </w:rPr>
        <w:t>has to</w:t>
      </w:r>
      <w:r>
        <w:rPr>
          <w:b w:val="0"/>
          <w:i w:val="0"/>
          <w:smallCaps w:val="0"/>
          <w:strike w:val="0"/>
          <w:sz w:val="16"/>
          <w:u w:val="none"/>
        </w:rPr>
        <w:t xml:space="preserve"> name the means through which political power is achieved as well as the result of that process. And this creates something of a bind, since a majority can certainly vote in an undemocratic form of power (as the Germans did when electing Hitler in 1933), but military powers can also seek to "install" democracy through overriding or suspending elections and other expressions of the popular will, and by means that are patently undemocratic. In both cases, democracy fails. How do these brief reflections on the perils of democracy affect our way of thinking about global responsibility in times of war? </w:t>
      </w:r>
      <w:r>
        <w:rPr>
          <w:b w:val="0"/>
          <w:i w:val="0"/>
          <w:smallCaps w:val="0"/>
          <w:strike w:val="0"/>
          <w:u w:val="single"/>
        </w:rPr>
        <w:t xml:space="preserve">First, </w:t>
      </w:r>
      <w:r>
        <w:rPr>
          <w:b/>
          <w:i w:val="0"/>
          <w:smallCaps w:val="0"/>
          <w:strike w:val="0"/>
          <w:sz w:val="22"/>
          <w:u w:val="single"/>
        </w:rPr>
        <w:t>we must be wary of invocations</w:t>
      </w:r>
      <w:r>
        <w:rPr>
          <w:b/>
          <w:i w:val="0"/>
          <w:smallCaps w:val="0"/>
          <w:strike w:val="0"/>
          <w:sz w:val="22"/>
          <w:u w:val="single"/>
        </w:rPr>
        <w:t xml:space="preserve"> </w:t>
      </w:r>
      <w:r>
        <w:rPr>
          <w:b/>
          <w:i w:val="0"/>
          <w:smallCaps w:val="0"/>
          <w:strike w:val="0"/>
          <w:sz w:val="22"/>
          <w:u w:val="single"/>
        </w:rPr>
        <w:t>of</w:t>
      </w:r>
      <w:r>
        <w:rPr>
          <w:b/>
          <w:i w:val="0"/>
          <w:smallCaps w:val="0"/>
          <w:strike w:val="0"/>
          <w:sz w:val="22"/>
          <w:u w:val="single"/>
        </w:rPr>
        <w:t xml:space="preserve"> "</w:t>
      </w:r>
      <w:r>
        <w:rPr>
          <w:b/>
          <w:i w:val="0"/>
          <w:smallCaps w:val="0"/>
          <w:strike w:val="0"/>
          <w:sz w:val="22"/>
          <w:highlight w:val="cyan"/>
          <w:u w:val="single"/>
        </w:rPr>
        <w:t xml:space="preserve">global responsibility" </w:t>
      </w:r>
      <w:r>
        <w:rPr>
          <w:b/>
          <w:i w:val="0"/>
          <w:smallCaps w:val="0"/>
          <w:strike w:val="0"/>
          <w:sz w:val="22"/>
          <w:u w:val="single"/>
        </w:rPr>
        <w:t xml:space="preserve">which </w:t>
      </w:r>
      <w:r>
        <w:rPr>
          <w:b/>
          <w:i w:val="0"/>
          <w:smallCaps w:val="0"/>
          <w:strike w:val="0"/>
          <w:sz w:val="22"/>
          <w:highlight w:val="cyan"/>
          <w:u w:val="single"/>
        </w:rPr>
        <w:t>assume that one country has a distinctive responsibility</w:t>
      </w:r>
      <w:r>
        <w:rPr>
          <w:b w:val="0"/>
          <w:i w:val="0"/>
          <w:smallCaps w:val="0"/>
          <w:strike w:val="0"/>
          <w:u w:val="single"/>
        </w:rPr>
        <w:t xml:space="preserve"> </w:t>
      </w:r>
      <w:r>
        <w:rPr>
          <w:b w:val="0"/>
          <w:i w:val="0"/>
          <w:smallCaps w:val="0"/>
          <w:strike w:val="0"/>
          <w:highlight w:val="cyan"/>
          <w:u w:val="single"/>
        </w:rPr>
        <w:t>to bring democracy to countries</w:t>
      </w:r>
      <w:r>
        <w:rPr>
          <w:b w:val="0"/>
          <w:i w:val="0"/>
          <w:smallCaps w:val="0"/>
          <w:strike w:val="0"/>
          <w:sz w:val="16"/>
          <w:u w:val="none"/>
        </w:rPr>
        <w:t>. I am sure that there are cases in which intervention is important-to forestall genocide, for instance. But such an intervention with a global mission or, indeed, with an arrogant politics in which forms of government are forcibly implemented that are in the political and economic interests of the military power responsible for that very implementation. In such cases, we probably want to say-or at least I want to say that this form of global responsibility is irresponsible, if not openly contradictory.</w:t>
      </w:r>
      <w:r>
        <w:rPr>
          <w:b w:val="0"/>
          <w:i w:val="0"/>
          <w:smallCaps w:val="0"/>
          <w:strike w:val="0"/>
          <w:u w:val="single"/>
        </w:rPr>
        <w:t xml:space="preserve"> We could say that in such instances </w:t>
      </w:r>
      <w:r>
        <w:rPr>
          <w:b w:val="0"/>
          <w:i w:val="0"/>
          <w:smallCaps w:val="0"/>
          <w:strike w:val="0"/>
          <w:highlight w:val="cyan"/>
          <w:u w:val="single"/>
        </w:rPr>
        <w:t>the word "</w:t>
      </w:r>
      <w:r>
        <w:rPr>
          <w:b/>
          <w:i w:val="0"/>
          <w:smallCaps w:val="0"/>
          <w:strike w:val="0"/>
          <w:sz w:val="22"/>
          <w:highlight w:val="cyan"/>
          <w:u w:val="single"/>
        </w:rPr>
        <w:t>responsibility" is simply misused or abused</w:t>
      </w:r>
      <w:r>
        <w:rPr>
          <w:b w:val="0"/>
          <w:i w:val="0"/>
          <w:smallCaps w:val="0"/>
          <w:strike w:val="0"/>
          <w:sz w:val="16"/>
          <w:u w:val="none"/>
        </w:rPr>
        <w:t xml:space="preserve">. And I would tend to agree. But that may not be enough, since historical circumstances demand that we give new meanings to the notion of "responsibility." Indeed, </w:t>
      </w:r>
      <w:r>
        <w:rPr>
          <w:b w:val="0"/>
          <w:i w:val="0"/>
          <w:smallCaps w:val="0"/>
          <w:strike w:val="0"/>
          <w:sz w:val="22"/>
          <w:highlight w:val="cyan"/>
          <w:u w:val="single"/>
        </w:rPr>
        <w:t>there is a challenge</w:t>
      </w:r>
      <w:r>
        <w:rPr>
          <w:b w:val="0"/>
          <w:i w:val="0"/>
          <w:smallCaps w:val="0"/>
          <w:strike w:val="0"/>
          <w:sz w:val="16"/>
          <w:u w:val="none"/>
        </w:rPr>
        <w:t xml:space="preserve"> before us </w:t>
      </w:r>
      <w:r>
        <w:rPr>
          <w:b w:val="0"/>
          <w:i w:val="0"/>
          <w:smallCaps w:val="0"/>
          <w:strike w:val="0"/>
          <w:sz w:val="22"/>
          <w:highlight w:val="cyan"/>
          <w:u w:val="single"/>
        </w:rPr>
        <w:t>to</w:t>
      </w:r>
      <w:r>
        <w:rPr>
          <w:b w:val="0"/>
          <w:i w:val="0"/>
          <w:smallCaps w:val="0"/>
          <w:strike w:val="0"/>
          <w:sz w:val="22"/>
          <w:u w:val="single"/>
        </w:rPr>
        <w:t xml:space="preserve"> rethink and </w:t>
      </w:r>
      <w:r>
        <w:rPr>
          <w:b w:val="0"/>
          <w:i w:val="0"/>
          <w:smallCaps w:val="0"/>
          <w:strike w:val="0"/>
          <w:sz w:val="22"/>
          <w:highlight w:val="cyan"/>
          <w:u w:val="single"/>
        </w:rPr>
        <w:t>reformulate</w:t>
      </w:r>
      <w:r>
        <w:rPr>
          <w:b w:val="0"/>
          <w:i w:val="0"/>
          <w:smallCaps w:val="0"/>
          <w:strike w:val="0"/>
          <w:sz w:val="22"/>
          <w:u w:val="single"/>
        </w:rPr>
        <w:t xml:space="preserve"> a conception of global </w:t>
      </w:r>
      <w:r>
        <w:rPr>
          <w:b w:val="0"/>
          <w:i w:val="0"/>
          <w:smallCaps w:val="0"/>
          <w:strike w:val="0"/>
          <w:sz w:val="22"/>
          <w:highlight w:val="cyan"/>
          <w:u w:val="single"/>
        </w:rPr>
        <w:t xml:space="preserve">responsibility that would </w:t>
      </w:r>
      <w:r>
        <w:rPr>
          <w:b/>
          <w:i w:val="0"/>
          <w:smallCaps w:val="0"/>
          <w:strike w:val="0"/>
          <w:sz w:val="22"/>
          <w:highlight w:val="cyan"/>
          <w:u w:val="single"/>
        </w:rPr>
        <w:t>counter</w:t>
      </w:r>
      <w:r>
        <w:rPr>
          <w:b/>
          <w:i w:val="0"/>
          <w:smallCaps w:val="0"/>
          <w:strike w:val="0"/>
          <w:sz w:val="22"/>
          <w:u w:val="single"/>
        </w:rPr>
        <w:t xml:space="preserve"> this </w:t>
      </w:r>
      <w:r>
        <w:rPr>
          <w:b/>
          <w:i w:val="0"/>
          <w:smallCaps w:val="0"/>
          <w:strike w:val="0"/>
          <w:sz w:val="22"/>
          <w:highlight w:val="cyan"/>
          <w:u w:val="single"/>
        </w:rPr>
        <w:t>imperialist appropriation</w:t>
      </w:r>
      <w:r>
        <w:rPr>
          <w:b w:val="0"/>
          <w:i w:val="0"/>
          <w:smallCaps w:val="0"/>
          <w:strike w:val="0"/>
          <w:sz w:val="16"/>
          <w:u w:val="none"/>
        </w:rPr>
        <w:t xml:space="preserve"> and its politics of imposition. imperialist appropriation and its politics of </w:t>
      </w:r>
      <w:r>
        <w:rPr>
          <w:b w:val="0"/>
          <w:i w:val="0"/>
          <w:smallCaps w:val="0"/>
          <w:strike w:val="0"/>
          <w:sz w:val="16"/>
          <w:u w:val="none"/>
        </w:rPr>
        <w:t>imposition</w:t>
      </w:r>
      <w:r>
        <w:rPr>
          <w:b w:val="0"/>
          <w:i w:val="0"/>
          <w:smallCaps w:val="0"/>
          <w:strike w:val="0"/>
          <w:sz w:val="16"/>
          <w:u w:val="none"/>
        </w:rPr>
        <w:t>. To that end, I want to return to the question of the "we" and think first about what happens to this "we" during times of war</w:t>
      </w:r>
      <w:r>
        <w:rPr>
          <w:b/>
          <w:i w:val="0"/>
          <w:smallCaps w:val="0"/>
          <w:strike w:val="0"/>
          <w:sz w:val="22"/>
          <w:u w:val="single"/>
        </w:rPr>
        <w:t xml:space="preserve">. </w:t>
      </w:r>
      <w:r>
        <w:rPr>
          <w:b/>
          <w:i w:val="0"/>
          <w:smallCaps w:val="0"/>
          <w:strike w:val="0"/>
          <w:sz w:val="22"/>
          <w:highlight w:val="cyan"/>
          <w:u w:val="single"/>
        </w:rPr>
        <w:t>Whose lives are regarded as lives worth saving</w:t>
      </w:r>
      <w:r>
        <w:rPr>
          <w:b/>
          <w:i w:val="0"/>
          <w:smallCaps w:val="0"/>
          <w:strike w:val="0"/>
          <w:sz w:val="22"/>
          <w:u w:val="single"/>
        </w:rPr>
        <w:t xml:space="preserve"> and defending, </w:t>
      </w:r>
      <w:r>
        <w:rPr>
          <w:b/>
          <w:i w:val="0"/>
          <w:smallCaps w:val="0"/>
          <w:strike w:val="0"/>
          <w:sz w:val="22"/>
          <w:highlight w:val="cyan"/>
          <w:u w:val="single"/>
        </w:rPr>
        <w:t>and whose are not</w:t>
      </w:r>
      <w:r>
        <w:rPr>
          <w:b/>
          <w:i w:val="0"/>
          <w:smallCaps w:val="0"/>
          <w:strike w:val="0"/>
          <w:sz w:val="22"/>
          <w:u w:val="single"/>
        </w:rPr>
        <w:t>?</w:t>
      </w:r>
      <w:r>
        <w:rPr>
          <w:b/>
          <w:i w:val="0"/>
          <w:smallCaps w:val="0"/>
          <w:strike w:val="0"/>
          <w:sz w:val="16"/>
          <w:u w:val="none"/>
        </w:rPr>
        <w:t xml:space="preserve"> </w:t>
      </w:r>
      <w:r>
        <w:rPr>
          <w:b w:val="0"/>
          <w:i w:val="0"/>
          <w:smallCaps w:val="0"/>
          <w:strike w:val="0"/>
          <w:sz w:val="16"/>
          <w:u w:val="none"/>
        </w:rPr>
        <w:t xml:space="preserve">Second, I want to ask how we might rethink the "we" in global terms in ways that counter the politics of imposition. Lastly, and in the chapters to come, I want to consider why the opposition to torture is obligatory, and how we might derive an important sense of global responsibility from a politics that opposes the use of torture in </w:t>
      </w:r>
      <w:r>
        <w:rPr>
          <w:b w:val="0"/>
          <w:i w:val="0"/>
          <w:smallCaps w:val="0"/>
          <w:strike w:val="0"/>
          <w:sz w:val="16"/>
          <w:u w:val="none"/>
        </w:rPr>
        <w:t>any and all</w:t>
      </w:r>
      <w:r>
        <w:rPr>
          <w:b w:val="0"/>
          <w:i w:val="0"/>
          <w:smallCaps w:val="0"/>
          <w:strike w:val="0"/>
          <w:sz w:val="16"/>
          <w:u w:val="none"/>
        </w:rPr>
        <w:t xml:space="preserve"> of its forms. 2</w:t>
      </w:r>
    </w:p>
    <w:p>
      <w:pPr>
        <w:pStyle w:val="Caption"/>
      </w:pPr>
      <w:r>
        <w:t>Source: Marx Aff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