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Trade prevents global conflict---mutual benefit and economic incentives. </w:t>
      </w:r>
    </w:p>
    <w:p>
      <w:pPr>
        <w:spacing w:after="80"/>
      </w:pPr>
      <w:r>
        <w:rPr>
          <w:b/>
          <w:i w:val="0"/>
          <w:smallCaps w:val="0"/>
          <w:strike w:val="0"/>
          <w:sz w:val="24"/>
          <w:u w:val="none"/>
        </w:rPr>
        <w:t>Adorney 20</w:t>
      </w:r>
      <w:r>
        <w:rPr>
          <w:b w:val="0"/>
          <w:i w:val="0"/>
          <w:smallCaps w:val="0"/>
          <w:strike w:val="0"/>
          <w:sz w:val="16"/>
          <w:u w:val="none"/>
        </w:rPr>
        <w:t>---Julian Adorney is a Young Voices Advocate and senior SEO analyst for Colorado SEO Pros. His writing has appeared in a number of outlets, including The Federalist, Fox Nation, The Hill, and the Mises Institute. (“Want peace? Promote free trade”, Hinrich Foundation, 9-10-2020, https://www.hinrichfoundation.com/research/tradevistas/sustainable/trade-and-peace/</w:t>
      </w:r>
      <w:r>
        <w:rPr>
          <w:b w:val="0"/>
          <w:i w:val="0"/>
          <w:smallCaps w:val="0"/>
          <w:strike w:val="0"/>
          <w:sz w:val="16"/>
          <w:u w:val="none"/>
        </w:rPr>
        <w:t>)//AN</w:t>
      </w:r>
    </w:p>
    <w:p>
      <w:pPr>
        <w:spacing w:after="60"/>
      </w:pPr>
      <w:r>
        <w:rPr>
          <w:b w:val="0"/>
          <w:i w:val="0"/>
          <w:smallCaps w:val="0"/>
          <w:strike w:val="0"/>
          <w:sz w:val="16"/>
          <w:u w:val="none"/>
        </w:rPr>
        <w:t xml:space="preserve">Frédéric Bastiat famously claimed that </w:t>
      </w:r>
      <w:r>
        <w:rPr>
          <w:b w:val="0"/>
          <w:i w:val="0"/>
          <w:smallCaps w:val="0"/>
          <w:strike w:val="0"/>
          <w:sz w:val="20"/>
          <w:u w:val="single"/>
        </w:rPr>
        <w:t>“</w:t>
      </w:r>
      <w:r>
        <w:rPr>
          <w:b w:val="0"/>
          <w:i w:val="0"/>
          <w:smallCaps w:val="0"/>
          <w:strike w:val="0"/>
          <w:sz w:val="20"/>
          <w:highlight w:val="cyan"/>
          <w:u w:val="single"/>
        </w:rPr>
        <w:t>if goods don’t cross borders, soldiers will.”</w:t>
      </w:r>
    </w:p>
    <w:p>
      <w:pPr>
        <w:spacing w:after="60"/>
      </w:pPr>
      <w:r>
        <w:rPr>
          <w:b w:val="0"/>
          <w:i w:val="0"/>
          <w:smallCaps w:val="0"/>
          <w:strike w:val="0"/>
          <w:sz w:val="16"/>
          <w:u w:val="none"/>
        </w:rPr>
        <w:t xml:space="preserve">Bastiat argued that free </w:t>
      </w:r>
      <w:r>
        <w:rPr>
          <w:b w:val="0"/>
          <w:i w:val="0"/>
          <w:smallCaps w:val="0"/>
          <w:strike w:val="0"/>
          <w:sz w:val="20"/>
          <w:u w:val="single"/>
        </w:rPr>
        <w:t>trade</w:t>
      </w:r>
      <w:r>
        <w:rPr>
          <w:b w:val="0"/>
          <w:i w:val="0"/>
          <w:smallCaps w:val="0"/>
          <w:strike w:val="0"/>
          <w:sz w:val="16"/>
          <w:u w:val="none"/>
        </w:rPr>
        <w:t xml:space="preserve"> between countries </w:t>
      </w:r>
      <w:r>
        <w:rPr>
          <w:b w:val="0"/>
          <w:i w:val="0"/>
          <w:smallCaps w:val="0"/>
          <w:strike w:val="0"/>
          <w:sz w:val="20"/>
          <w:u w:val="single"/>
        </w:rPr>
        <w:t xml:space="preserve">could </w:t>
      </w:r>
      <w:r>
        <w:rPr>
          <w:b/>
          <w:i w:val="0"/>
          <w:smallCaps w:val="0"/>
          <w:strike w:val="0"/>
          <w:sz w:val="20"/>
          <w:u w:val="single"/>
        </w:rPr>
        <w:t>reduce</w:t>
      </w:r>
      <w:r>
        <w:rPr>
          <w:b w:val="0"/>
          <w:i w:val="0"/>
          <w:smallCaps w:val="0"/>
          <w:strike w:val="0"/>
          <w:sz w:val="20"/>
          <w:u w:val="single"/>
        </w:rPr>
        <w:t xml:space="preserve"> international </w:t>
      </w:r>
      <w:r>
        <w:rPr>
          <w:b/>
          <w:i w:val="0"/>
          <w:smallCaps w:val="0"/>
          <w:strike w:val="0"/>
          <w:sz w:val="20"/>
          <w:u w:val="single"/>
        </w:rPr>
        <w:t>conflict</w:t>
      </w:r>
      <w:r>
        <w:rPr>
          <w:b w:val="0"/>
          <w:i w:val="0"/>
          <w:smallCaps w:val="0"/>
          <w:strike w:val="0"/>
          <w:sz w:val="20"/>
          <w:u w:val="single"/>
        </w:rPr>
        <w:t xml:space="preserve"> because trade</w:t>
      </w:r>
      <w:r>
        <w:rPr>
          <w:b w:val="0"/>
          <w:i w:val="0"/>
          <w:smallCaps w:val="0"/>
          <w:strike w:val="0"/>
          <w:sz w:val="16"/>
          <w:u w:val="none"/>
        </w:rPr>
        <w:t xml:space="preserve"> forges connections between nations and </w:t>
      </w:r>
      <w:r>
        <w:rPr>
          <w:b w:val="0"/>
          <w:i w:val="0"/>
          <w:smallCaps w:val="0"/>
          <w:strike w:val="0"/>
          <w:sz w:val="20"/>
          <w:u w:val="single"/>
        </w:rPr>
        <w:t xml:space="preserve">gives each country an </w:t>
      </w:r>
      <w:r>
        <w:rPr>
          <w:b/>
          <w:i w:val="0"/>
          <w:smallCaps w:val="0"/>
          <w:strike w:val="0"/>
          <w:sz w:val="20"/>
          <w:u w:val="single"/>
        </w:rPr>
        <w:t>incentive</w:t>
      </w:r>
      <w:r>
        <w:rPr>
          <w:b w:val="0"/>
          <w:i w:val="0"/>
          <w:smallCaps w:val="0"/>
          <w:strike w:val="0"/>
          <w:sz w:val="20"/>
          <w:u w:val="single"/>
        </w:rPr>
        <w:t xml:space="preserve"> to </w:t>
      </w:r>
      <w:r>
        <w:rPr>
          <w:b/>
          <w:i w:val="0"/>
          <w:smallCaps w:val="0"/>
          <w:strike w:val="0"/>
          <w:sz w:val="20"/>
          <w:u w:val="single"/>
        </w:rPr>
        <w:t>avoid war</w:t>
      </w:r>
      <w:r>
        <w:rPr>
          <w:b w:val="0"/>
          <w:i w:val="0"/>
          <w:smallCaps w:val="0"/>
          <w:strike w:val="0"/>
          <w:sz w:val="16"/>
          <w:u w:val="none"/>
        </w:rPr>
        <w:t xml:space="preserve"> with its trading partners. If every nation were an economic island, the lack of positive interaction created by trade could leave more room for conflict. Two hundred years after Bastiat, libertarians take this idea as gospel. Unfortunately, not everyone does. But as recent research shows, </w:t>
      </w:r>
      <w:r>
        <w:rPr>
          <w:b w:val="0"/>
          <w:i w:val="0"/>
          <w:smallCaps w:val="0"/>
          <w:strike w:val="0"/>
          <w:sz w:val="20"/>
          <w:highlight w:val="cyan"/>
          <w:u w:val="single"/>
        </w:rPr>
        <w:t xml:space="preserve">the historical </w:t>
      </w:r>
      <w:r>
        <w:rPr>
          <w:b/>
          <w:i w:val="0"/>
          <w:smallCaps w:val="0"/>
          <w:strike w:val="0"/>
          <w:sz w:val="20"/>
          <w:highlight w:val="cyan"/>
          <w:u w:val="single"/>
        </w:rPr>
        <w:t>evidence confirms</w:t>
      </w:r>
      <w:r>
        <w:rPr>
          <w:b w:val="0"/>
          <w:i w:val="0"/>
          <w:smallCaps w:val="0"/>
          <w:strike w:val="0"/>
          <w:sz w:val="16"/>
          <w:u w:val="none"/>
        </w:rPr>
        <w:t xml:space="preserve"> Bastiat’s famous claim.</w:t>
      </w:r>
    </w:p>
    <w:p>
      <w:pPr>
        <w:spacing w:after="60"/>
      </w:pPr>
      <w:r>
        <w:rPr>
          <w:b w:val="0"/>
          <w:i w:val="0"/>
          <w:smallCaps w:val="0"/>
          <w:strike w:val="0"/>
          <w:sz w:val="16"/>
          <w:u w:val="none"/>
        </w:rPr>
        <w:t>To trade or to raid</w:t>
      </w:r>
    </w:p>
    <w:p>
      <w:pPr>
        <w:spacing w:after="60"/>
      </w:pPr>
      <w:r>
        <w:rPr>
          <w:b w:val="0"/>
          <w:i w:val="0"/>
          <w:smallCaps w:val="0"/>
          <w:strike w:val="0"/>
          <w:sz w:val="16"/>
          <w:u w:val="none"/>
        </w:rPr>
        <w:t xml:space="preserve">In “Peace through Trade or Free Trade?” professor Patrick J. McDonald, from the University of Texas at Austin, </w:t>
      </w:r>
      <w:r>
        <w:rPr>
          <w:b w:val="0"/>
          <w:i w:val="0"/>
          <w:smallCaps w:val="0"/>
          <w:strike w:val="0"/>
          <w:sz w:val="20"/>
          <w:u w:val="single"/>
        </w:rPr>
        <w:t xml:space="preserve">empirically tested whether greater levels of </w:t>
      </w:r>
      <w:r>
        <w:rPr>
          <w:b/>
          <w:i w:val="0"/>
          <w:smallCaps w:val="0"/>
          <w:strike w:val="0"/>
          <w:sz w:val="20"/>
          <w:u w:val="single"/>
        </w:rPr>
        <w:t>protectionism</w:t>
      </w:r>
      <w:r>
        <w:rPr>
          <w:b w:val="0"/>
          <w:i w:val="0"/>
          <w:smallCaps w:val="0"/>
          <w:strike w:val="0"/>
          <w:sz w:val="16"/>
          <w:u w:val="none"/>
        </w:rPr>
        <w:t xml:space="preserve"> in a country (tariffs, quotas, etc.) </w:t>
      </w:r>
      <w:r>
        <w:rPr>
          <w:b w:val="0"/>
          <w:i w:val="0"/>
          <w:smallCaps w:val="0"/>
          <w:strike w:val="0"/>
          <w:sz w:val="20"/>
          <w:u w:val="single"/>
        </w:rPr>
        <w:t xml:space="preserve">would </w:t>
      </w:r>
      <w:r>
        <w:rPr>
          <w:b/>
          <w:i w:val="0"/>
          <w:smallCaps w:val="0"/>
          <w:strike w:val="0"/>
          <w:sz w:val="20"/>
          <w:u w:val="single"/>
        </w:rPr>
        <w:t>increase the probability</w:t>
      </w:r>
      <w:r>
        <w:rPr>
          <w:b w:val="0"/>
          <w:i w:val="0"/>
          <w:smallCaps w:val="0"/>
          <w:strike w:val="0"/>
          <w:sz w:val="20"/>
          <w:u w:val="single"/>
        </w:rPr>
        <w:t xml:space="preserve"> of international conflict</w:t>
      </w:r>
      <w:r>
        <w:rPr>
          <w:b w:val="0"/>
          <w:i w:val="0"/>
          <w:smallCaps w:val="0"/>
          <w:strike w:val="0"/>
          <w:sz w:val="16"/>
          <w:u w:val="none"/>
        </w:rPr>
        <w:t xml:space="preserve"> in that nation. He used a tool called dyads to analyze every country’s international relations from 1960 until 2000. A dyad is the interaction between one country and another country: German and French relations would be one dyad, German and Russian relations would be a second, French and Australian relations would be a third. He further broke this down into dyad-years; the relations between Germany and France in 1965 would be one dyad-year, the relations between France and Australia in 1973 would be a second, and so on.</w:t>
      </w:r>
    </w:p>
    <w:p>
      <w:pPr>
        <w:spacing w:after="60"/>
      </w:pPr>
      <w:r>
        <w:rPr>
          <w:b w:val="0"/>
          <w:i w:val="0"/>
          <w:smallCaps w:val="0"/>
          <w:strike w:val="0"/>
          <w:sz w:val="16"/>
          <w:u w:val="none"/>
        </w:rPr>
        <w:t xml:space="preserve">Using these dyad-years, McDonald analyzed the behavior of every country in the world for the past 40 years. His </w:t>
      </w:r>
      <w:r>
        <w:rPr>
          <w:b w:val="0"/>
          <w:i w:val="0"/>
          <w:smallCaps w:val="0"/>
          <w:strike w:val="0"/>
          <w:sz w:val="20"/>
          <w:highlight w:val="cyan"/>
          <w:u w:val="single"/>
        </w:rPr>
        <w:t xml:space="preserve">analysis showed a </w:t>
      </w:r>
      <w:r>
        <w:rPr>
          <w:b/>
          <w:i w:val="0"/>
          <w:smallCaps w:val="0"/>
          <w:strike w:val="0"/>
          <w:sz w:val="20"/>
          <w:highlight w:val="cyan"/>
          <w:u w:val="single"/>
        </w:rPr>
        <w:t>negative correlation</w:t>
      </w:r>
      <w:r>
        <w:rPr>
          <w:b w:val="0"/>
          <w:i w:val="0"/>
          <w:smallCaps w:val="0"/>
          <w:strike w:val="0"/>
          <w:sz w:val="20"/>
          <w:highlight w:val="cyan"/>
          <w:u w:val="single"/>
        </w:rPr>
        <w:t xml:space="preserve"> between</w:t>
      </w:r>
      <w:r>
        <w:rPr>
          <w:b w:val="0"/>
          <w:i w:val="0"/>
          <w:smallCaps w:val="0"/>
          <w:strike w:val="0"/>
          <w:sz w:val="16"/>
          <w:u w:val="none"/>
        </w:rPr>
        <w:t xml:space="preserve"> free </w:t>
      </w:r>
      <w:r>
        <w:rPr>
          <w:b w:val="0"/>
          <w:i w:val="0"/>
          <w:smallCaps w:val="0"/>
          <w:strike w:val="0"/>
          <w:sz w:val="20"/>
          <w:highlight w:val="cyan"/>
          <w:u w:val="single"/>
        </w:rPr>
        <w:t>trade and conflict:</w:t>
      </w:r>
      <w:r>
        <w:rPr>
          <w:b w:val="0"/>
          <w:i w:val="0"/>
          <w:smallCaps w:val="0"/>
          <w:strike w:val="0"/>
          <w:sz w:val="20"/>
          <w:u w:val="single"/>
        </w:rPr>
        <w:t xml:space="preserve"> </w:t>
      </w:r>
      <w:r>
        <w:rPr>
          <w:b w:val="0"/>
          <w:i w:val="0"/>
          <w:smallCaps w:val="0"/>
          <w:strike w:val="0"/>
          <w:sz w:val="20"/>
          <w:highlight w:val="cyan"/>
          <w:u w:val="single"/>
        </w:rPr>
        <w:t>The more</w:t>
      </w:r>
      <w:r>
        <w:rPr>
          <w:b w:val="0"/>
          <w:i w:val="0"/>
          <w:smallCaps w:val="0"/>
          <w:strike w:val="0"/>
          <w:sz w:val="16"/>
          <w:u w:val="none"/>
        </w:rPr>
        <w:t xml:space="preserve"> freely </w:t>
      </w:r>
      <w:r>
        <w:rPr>
          <w:b w:val="0"/>
          <w:i w:val="0"/>
          <w:smallCaps w:val="0"/>
          <w:strike w:val="0"/>
          <w:sz w:val="20"/>
          <w:highlight w:val="cyan"/>
          <w:u w:val="single"/>
        </w:rPr>
        <w:t xml:space="preserve">a country trades, the </w:t>
      </w:r>
      <w:r>
        <w:rPr>
          <w:b/>
          <w:i w:val="0"/>
          <w:smallCaps w:val="0"/>
          <w:strike w:val="0"/>
          <w:sz w:val="20"/>
          <w:highlight w:val="cyan"/>
          <w:u w:val="single"/>
        </w:rPr>
        <w:t>fewer wars</w:t>
      </w:r>
      <w:r>
        <w:rPr>
          <w:b w:val="0"/>
          <w:i w:val="0"/>
          <w:smallCaps w:val="0"/>
          <w:strike w:val="0"/>
          <w:sz w:val="20"/>
          <w:highlight w:val="cyan"/>
          <w:u w:val="single"/>
        </w:rPr>
        <w:t xml:space="preserve"> it engages in</w:t>
      </w:r>
      <w:r>
        <w:rPr>
          <w:b w:val="0"/>
          <w:i w:val="0"/>
          <w:smallCaps w:val="0"/>
          <w:strike w:val="0"/>
          <w:sz w:val="16"/>
          <w:highlight w:val="cyan"/>
          <w:u w:val="none"/>
        </w:rPr>
        <w:t>.</w:t>
      </w:r>
      <w:r>
        <w:rPr>
          <w:b w:val="0"/>
          <w:i w:val="0"/>
          <w:smallCaps w:val="0"/>
          <w:strike w:val="0"/>
          <w:sz w:val="16"/>
          <w:u w:val="none"/>
        </w:rPr>
        <w:t xml:space="preserve"> Countries that engage in free trade are less likely to invade and less likely to be invaded.</w:t>
      </w:r>
    </w:p>
    <w:p>
      <w:pPr>
        <w:spacing w:after="60"/>
      </w:pPr>
      <w:r>
        <w:rPr>
          <w:b w:val="0"/>
          <w:i w:val="0"/>
          <w:smallCaps w:val="0"/>
          <w:strike w:val="0"/>
          <w:sz w:val="16"/>
          <w:u w:val="none"/>
        </w:rPr>
        <w:t>Trading partners</w:t>
      </w:r>
    </w:p>
    <w:p>
      <w:pPr>
        <w:spacing w:after="60"/>
      </w:pPr>
      <w:r>
        <w:rPr>
          <w:b w:val="0"/>
          <w:i w:val="0"/>
          <w:smallCaps w:val="0"/>
          <w:strike w:val="0"/>
          <w:sz w:val="16"/>
          <w:u w:val="none"/>
        </w:rPr>
        <w:t>The causal arrow</w:t>
      </w:r>
    </w:p>
    <w:p>
      <w:pPr>
        <w:spacing w:after="60"/>
      </w:pPr>
      <w:r>
        <w:rPr>
          <w:b w:val="0"/>
          <w:i w:val="0"/>
          <w:smallCaps w:val="0"/>
          <w:strike w:val="0"/>
          <w:sz w:val="16"/>
          <w:u w:val="none"/>
        </w:rPr>
        <w:t>Of course, this finding might be a matter of confusing correlation for causation. Maybe countries engaging in free trade fight less often for some other reason, like the fact that they tend also to be more democratic. Democratic countries make war less often than empires do. But McDonald controls for these variables. Controlling for a state’s political structure is important, because democracies and republics tend to fight less than authoritarian regimes.</w:t>
      </w:r>
    </w:p>
    <w:p>
      <w:pPr>
        <w:spacing w:after="60"/>
      </w:pPr>
      <w:r>
        <w:rPr>
          <w:b w:val="0"/>
          <w:i w:val="0"/>
          <w:smallCaps w:val="0"/>
          <w:strike w:val="0"/>
          <w:sz w:val="16"/>
          <w:u w:val="none"/>
        </w:rPr>
        <w:t>McDonald also controlled for a country’s economic growth, because countries in a recession are more likely to go to war than those in a boom, often in order to distract their people from their economic woes. McDonald even controlled for factors like geographic proximity: It’s easier for Germany and France to fight each other than it is for the United States and China, because troops in the former group only have to cross a shared border.</w:t>
      </w:r>
    </w:p>
    <w:p>
      <w:pPr>
        <w:spacing w:after="60"/>
      </w:pPr>
      <w:r>
        <w:rPr>
          <w:b w:val="0"/>
          <w:i w:val="0"/>
          <w:smallCaps w:val="0"/>
          <w:strike w:val="0"/>
          <w:sz w:val="16"/>
          <w:u w:val="none"/>
        </w:rPr>
        <w:t xml:space="preserve">The takeaway from McDonald’s analysis is that </w:t>
      </w:r>
      <w:r>
        <w:rPr>
          <w:b w:val="0"/>
          <w:i w:val="0"/>
          <w:smallCaps w:val="0"/>
          <w:strike w:val="0"/>
          <w:sz w:val="20"/>
          <w:highlight w:val="cyan"/>
          <w:u w:val="single"/>
        </w:rPr>
        <w:t>protectionism can</w:t>
      </w:r>
      <w:r>
        <w:rPr>
          <w:b w:val="0"/>
          <w:i w:val="0"/>
          <w:smallCaps w:val="0"/>
          <w:strike w:val="0"/>
          <w:sz w:val="20"/>
          <w:u w:val="single"/>
        </w:rPr>
        <w:t xml:space="preserve"> actually </w:t>
      </w:r>
      <w:r>
        <w:rPr>
          <w:b w:val="0"/>
          <w:i w:val="0"/>
          <w:smallCaps w:val="0"/>
          <w:strike w:val="0"/>
          <w:sz w:val="20"/>
          <w:highlight w:val="cyan"/>
          <w:u w:val="single"/>
        </w:rPr>
        <w:t>lead to conflict</w:t>
      </w:r>
      <w:r>
        <w:rPr>
          <w:b w:val="0"/>
          <w:i w:val="0"/>
          <w:smallCaps w:val="0"/>
          <w:strike w:val="0"/>
          <w:sz w:val="16"/>
          <w:u w:val="none"/>
        </w:rPr>
        <w:t xml:space="preserve">. McDonald found that </w:t>
      </w:r>
      <w:r>
        <w:rPr>
          <w:b w:val="0"/>
          <w:i w:val="0"/>
          <w:smallCaps w:val="0"/>
          <w:strike w:val="0"/>
          <w:sz w:val="20"/>
          <w:highlight w:val="cyan"/>
          <w:u w:val="single"/>
        </w:rPr>
        <w:t>a country in the bottom 10 percent for protectionism</w:t>
      </w:r>
      <w:r>
        <w:rPr>
          <w:b w:val="0"/>
          <w:i w:val="0"/>
          <w:smallCaps w:val="0"/>
          <w:strike w:val="0"/>
          <w:sz w:val="16"/>
          <w:u w:val="none"/>
        </w:rPr>
        <w:t xml:space="preserve"> (meaning it is less protectionist than 90 percent of other countries) </w:t>
      </w:r>
      <w:r>
        <w:rPr>
          <w:b w:val="0"/>
          <w:i w:val="0"/>
          <w:smallCaps w:val="0"/>
          <w:strike w:val="0"/>
          <w:sz w:val="20"/>
          <w:highlight w:val="cyan"/>
          <w:u w:val="single"/>
        </w:rPr>
        <w:t>is 70 percent less likely to engage in</w:t>
      </w:r>
      <w:r>
        <w:rPr>
          <w:b w:val="0"/>
          <w:i w:val="0"/>
          <w:smallCaps w:val="0"/>
          <w:strike w:val="0"/>
          <w:sz w:val="20"/>
          <w:u w:val="single"/>
        </w:rPr>
        <w:t xml:space="preserve"> a new </w:t>
      </w:r>
      <w:r>
        <w:rPr>
          <w:b w:val="0"/>
          <w:i w:val="0"/>
          <w:smallCaps w:val="0"/>
          <w:strike w:val="0"/>
          <w:sz w:val="20"/>
          <w:highlight w:val="cyan"/>
          <w:u w:val="single"/>
        </w:rPr>
        <w:t>conflict</w:t>
      </w:r>
      <w:r>
        <w:rPr>
          <w:b w:val="0"/>
          <w:i w:val="0"/>
          <w:smallCaps w:val="0"/>
          <w:strike w:val="0"/>
          <w:sz w:val="16"/>
          <w:u w:val="none"/>
        </w:rPr>
        <w:t xml:space="preserve"> (either as invader or as target) </w:t>
      </w:r>
      <w:r>
        <w:rPr>
          <w:b w:val="0"/>
          <w:i w:val="0"/>
          <w:smallCaps w:val="0"/>
          <w:strike w:val="0"/>
          <w:sz w:val="20"/>
          <w:highlight w:val="cyan"/>
          <w:u w:val="single"/>
        </w:rPr>
        <w:t>than one in the top 10 percent</w:t>
      </w:r>
      <w:r>
        <w:rPr>
          <w:b w:val="0"/>
          <w:i w:val="0"/>
          <w:smallCaps w:val="0"/>
          <w:strike w:val="0"/>
          <w:sz w:val="20"/>
          <w:u w:val="single"/>
        </w:rPr>
        <w:t xml:space="preserve"> </w:t>
      </w:r>
      <w:r>
        <w:rPr>
          <w:b w:val="0"/>
          <w:i w:val="0"/>
          <w:smallCaps w:val="0"/>
          <w:strike w:val="0"/>
          <w:sz w:val="16"/>
          <w:u w:val="none"/>
        </w:rPr>
        <w:t>for protectionism.</w:t>
      </w:r>
    </w:p>
    <w:p>
      <w:pPr>
        <w:spacing w:after="60"/>
      </w:pPr>
      <w:r>
        <w:rPr>
          <w:b w:val="0"/>
          <w:i w:val="0"/>
          <w:smallCaps w:val="0"/>
          <w:strike w:val="0"/>
          <w:sz w:val="16"/>
          <w:u w:val="none"/>
        </w:rPr>
        <w:t>Trade and Conflict</w:t>
      </w:r>
    </w:p>
    <w:p>
      <w:pPr>
        <w:spacing w:after="60"/>
      </w:pPr>
      <w:r>
        <w:rPr>
          <w:b w:val="0"/>
          <w:i w:val="0"/>
          <w:smallCaps w:val="0"/>
          <w:strike w:val="0"/>
          <w:sz w:val="16"/>
          <w:u w:val="none"/>
        </w:rPr>
        <w:t>Protectionism and war</w:t>
      </w:r>
    </w:p>
    <w:p>
      <w:pPr>
        <w:spacing w:after="60"/>
      </w:pPr>
      <w:r>
        <w:rPr>
          <w:b w:val="0"/>
          <w:i w:val="0"/>
          <w:smallCaps w:val="0"/>
          <w:strike w:val="0"/>
          <w:sz w:val="16"/>
          <w:u w:val="none"/>
        </w:rPr>
        <w:t>Why does protectionism lead to conflict, and why does free trade help to prevent it? The answers, though well-known to classical liberals, are worth mentioning.</w:t>
      </w:r>
    </w:p>
    <w:p>
      <w:pPr>
        <w:spacing w:after="60"/>
      </w:pPr>
      <w:r>
        <w:rPr>
          <w:b w:val="0"/>
          <w:i w:val="0"/>
          <w:smallCaps w:val="0"/>
          <w:strike w:val="0"/>
          <w:sz w:val="16"/>
          <w:u w:val="none"/>
        </w:rPr>
        <w:t xml:space="preserve">First, </w:t>
      </w:r>
      <w:r>
        <w:rPr>
          <w:b w:val="0"/>
          <w:i w:val="0"/>
          <w:smallCaps w:val="0"/>
          <w:strike w:val="0"/>
          <w:sz w:val="20"/>
          <w:highlight w:val="cyan"/>
          <w:u w:val="single"/>
        </w:rPr>
        <w:t>trade creates</w:t>
      </w:r>
      <w:r>
        <w:rPr>
          <w:b w:val="0"/>
          <w:i w:val="0"/>
          <w:smallCaps w:val="0"/>
          <w:strike w:val="0"/>
          <w:sz w:val="20"/>
          <w:u w:val="single"/>
        </w:rPr>
        <w:t xml:space="preserve"> </w:t>
      </w:r>
      <w:r>
        <w:rPr>
          <w:b/>
          <w:i w:val="0"/>
          <w:smallCaps w:val="0"/>
          <w:strike w:val="0"/>
          <w:sz w:val="20"/>
          <w:u w:val="single"/>
        </w:rPr>
        <w:t xml:space="preserve">international </w:t>
      </w:r>
      <w:r>
        <w:rPr>
          <w:b/>
          <w:i w:val="0"/>
          <w:smallCaps w:val="0"/>
          <w:strike w:val="0"/>
          <w:sz w:val="20"/>
          <w:highlight w:val="cyan"/>
          <w:u w:val="single"/>
        </w:rPr>
        <w:t>goodwill</w:t>
      </w:r>
      <w:r>
        <w:rPr>
          <w:b w:val="0"/>
          <w:i w:val="0"/>
          <w:smallCaps w:val="0"/>
          <w:strike w:val="0"/>
          <w:sz w:val="20"/>
          <w:u w:val="single"/>
        </w:rPr>
        <w:t>. If Chinese and American businessmen trade</w:t>
      </w:r>
      <w:r>
        <w:rPr>
          <w:b w:val="0"/>
          <w:i w:val="0"/>
          <w:smallCaps w:val="0"/>
          <w:strike w:val="0"/>
          <w:sz w:val="16"/>
          <w:u w:val="none"/>
        </w:rPr>
        <w:t xml:space="preserve"> on a regular basis, </w:t>
      </w:r>
      <w:r>
        <w:rPr>
          <w:b/>
          <w:i w:val="0"/>
          <w:smallCaps w:val="0"/>
          <w:strike w:val="0"/>
          <w:sz w:val="20"/>
          <w:highlight w:val="cyan"/>
          <w:u w:val="single"/>
        </w:rPr>
        <w:t>both sides</w:t>
      </w:r>
      <w:r>
        <w:rPr>
          <w:b w:val="0"/>
          <w:i w:val="0"/>
          <w:smallCaps w:val="0"/>
          <w:strike w:val="0"/>
          <w:sz w:val="20"/>
          <w:highlight w:val="cyan"/>
          <w:u w:val="single"/>
        </w:rPr>
        <w:t xml:space="preserve"> benefit</w:t>
      </w:r>
      <w:r>
        <w:rPr>
          <w:b w:val="0"/>
          <w:i w:val="0"/>
          <w:smallCaps w:val="0"/>
          <w:strike w:val="0"/>
          <w:sz w:val="16"/>
          <w:u w:val="none"/>
        </w:rPr>
        <w:t xml:space="preserve">. And mutual benefit disposes people to look for the good in each other. </w:t>
      </w:r>
      <w:r>
        <w:rPr>
          <w:b w:val="0"/>
          <w:i w:val="0"/>
          <w:smallCaps w:val="0"/>
          <w:strike w:val="0"/>
          <w:sz w:val="20"/>
          <w:highlight w:val="cyan"/>
          <w:u w:val="single"/>
        </w:rPr>
        <w:t>Exchange</w:t>
      </w:r>
      <w:r>
        <w:rPr>
          <w:b w:val="0"/>
          <w:i w:val="0"/>
          <w:smallCaps w:val="0"/>
          <w:strike w:val="0"/>
          <w:sz w:val="20"/>
          <w:u w:val="single"/>
        </w:rPr>
        <w:t xml:space="preserve"> of goods </w:t>
      </w:r>
      <w:r>
        <w:rPr>
          <w:b w:val="0"/>
          <w:i w:val="0"/>
          <w:smallCaps w:val="0"/>
          <w:strike w:val="0"/>
          <w:sz w:val="20"/>
          <w:highlight w:val="cyan"/>
          <w:u w:val="single"/>
        </w:rPr>
        <w:t>also promotes an exchange of cultures</w:t>
      </w:r>
      <w:r>
        <w:rPr>
          <w:b w:val="0"/>
          <w:i w:val="0"/>
          <w:smallCaps w:val="0"/>
          <w:strike w:val="0"/>
          <w:sz w:val="16"/>
          <w:u w:val="none"/>
        </w:rPr>
        <w:t>. For decades, Americans saw China as a mysterious country with strange, even hostile values. But in the 21st century, trade between our nations has increased markedly, and both countries know each other a little better now. iPod-wielding Chinese teenagers are like American teenagers, for example. They’re not terribly mysterious. Likewise, the Chinese understand democracy and American consumerism more than they once did. The countries may not find overlap in all of each other’s values, but trade has helped us to at least understand each other.</w:t>
      </w:r>
    </w:p>
    <w:p>
      <w:pPr>
        <w:spacing w:after="60"/>
      </w:pPr>
      <w:r>
        <w:rPr>
          <w:b w:val="0"/>
          <w:i w:val="0"/>
          <w:smallCaps w:val="0"/>
          <w:strike w:val="0"/>
          <w:sz w:val="16"/>
          <w:u w:val="none"/>
        </w:rPr>
        <w:t>Trade helps to humanize the people that you trade with. And it’s tougher to want to go to war with your human trading partners than with a country you see only as lines on a map.</w:t>
      </w:r>
    </w:p>
    <w:p>
      <w:pPr>
        <w:spacing w:after="60"/>
      </w:pPr>
      <w:r>
        <w:rPr>
          <w:b w:val="0"/>
          <w:i w:val="0"/>
          <w:smallCaps w:val="0"/>
          <w:strike w:val="0"/>
          <w:sz w:val="16"/>
          <w:u w:val="none"/>
        </w:rPr>
        <w:t xml:space="preserve">Second, </w:t>
      </w:r>
      <w:r>
        <w:rPr>
          <w:b w:val="0"/>
          <w:i w:val="0"/>
          <w:smallCaps w:val="0"/>
          <w:strike w:val="0"/>
          <w:sz w:val="20"/>
          <w:highlight w:val="cyan"/>
          <w:u w:val="single"/>
        </w:rPr>
        <w:t xml:space="preserve">trade gives nations an </w:t>
      </w:r>
      <w:r>
        <w:rPr>
          <w:b/>
          <w:i w:val="0"/>
          <w:smallCaps w:val="0"/>
          <w:strike w:val="0"/>
          <w:sz w:val="20"/>
          <w:highlight w:val="cyan"/>
          <w:u w:val="single"/>
        </w:rPr>
        <w:t>economic incentive</w:t>
      </w:r>
      <w:r>
        <w:rPr>
          <w:b w:val="0"/>
          <w:i w:val="0"/>
          <w:smallCaps w:val="0"/>
          <w:strike w:val="0"/>
          <w:sz w:val="20"/>
          <w:highlight w:val="cyan"/>
          <w:u w:val="single"/>
        </w:rPr>
        <w:t xml:space="preserve"> to avoid war</w:t>
      </w:r>
      <w:r>
        <w:rPr>
          <w:b w:val="0"/>
          <w:i w:val="0"/>
          <w:smallCaps w:val="0"/>
          <w:strike w:val="0"/>
          <w:sz w:val="16"/>
          <w:u w:val="none"/>
        </w:rPr>
        <w:t xml:space="preserve">. If Nation X sells its best steel to Nation Y, and its businessmen reap plenty of profits in exchange, then businessmen on both sides are going to oppose war. </w:t>
      </w:r>
      <w:r>
        <w:rPr>
          <w:b w:val="0"/>
          <w:i w:val="0"/>
          <w:smallCaps w:val="0"/>
          <w:strike w:val="0"/>
          <w:sz w:val="20"/>
          <w:highlight w:val="cyan"/>
          <w:u w:val="single"/>
        </w:rPr>
        <w:t>This was</w:t>
      </w:r>
      <w:r>
        <w:rPr>
          <w:b w:val="0"/>
          <w:i w:val="0"/>
          <w:smallCaps w:val="0"/>
          <w:strike w:val="0"/>
          <w:sz w:val="16"/>
          <w:u w:val="none"/>
        </w:rPr>
        <w:t xml:space="preserve"> actually </w:t>
      </w:r>
      <w:r>
        <w:rPr>
          <w:b w:val="0"/>
          <w:i w:val="0"/>
          <w:smallCaps w:val="0"/>
          <w:strike w:val="0"/>
          <w:sz w:val="20"/>
          <w:highlight w:val="cyan"/>
          <w:u w:val="single"/>
        </w:rPr>
        <w:t>the case with Germany and France</w:t>
      </w:r>
      <w:r>
        <w:rPr>
          <w:b w:val="0"/>
          <w:i w:val="0"/>
          <w:smallCaps w:val="0"/>
          <w:strike w:val="0"/>
          <w:sz w:val="20"/>
          <w:u w:val="single"/>
        </w:rPr>
        <w:t xml:space="preserve"> </w:t>
      </w:r>
      <w:r>
        <w:rPr>
          <w:b w:val="0"/>
          <w:i w:val="0"/>
          <w:smallCaps w:val="0"/>
          <w:strike w:val="0"/>
          <w:sz w:val="16"/>
          <w:u w:val="none"/>
        </w:rPr>
        <w:t xml:space="preserve">right </w:t>
      </w:r>
      <w:r>
        <w:rPr>
          <w:b w:val="0"/>
          <w:i w:val="0"/>
          <w:smallCaps w:val="0"/>
          <w:strike w:val="0"/>
          <w:sz w:val="20"/>
          <w:highlight w:val="cyan"/>
          <w:u w:val="single"/>
        </w:rPr>
        <w:t>before W</w:t>
      </w:r>
      <w:r>
        <w:rPr>
          <w:b w:val="0"/>
          <w:i w:val="0"/>
          <w:smallCaps w:val="0"/>
          <w:strike w:val="0"/>
          <w:sz w:val="20"/>
          <w:u w:val="single"/>
        </w:rPr>
        <w:t xml:space="preserve">orld </w:t>
      </w:r>
      <w:r>
        <w:rPr>
          <w:b w:val="0"/>
          <w:i w:val="0"/>
          <w:smallCaps w:val="0"/>
          <w:strike w:val="0"/>
          <w:sz w:val="20"/>
          <w:highlight w:val="cyan"/>
          <w:u w:val="single"/>
        </w:rPr>
        <w:t>W</w:t>
      </w:r>
      <w:r>
        <w:rPr>
          <w:b w:val="0"/>
          <w:i w:val="0"/>
          <w:smallCaps w:val="0"/>
          <w:strike w:val="0"/>
          <w:sz w:val="20"/>
          <w:u w:val="single"/>
        </w:rPr>
        <w:t xml:space="preserve">ar </w:t>
      </w:r>
      <w:r>
        <w:rPr>
          <w:b w:val="0"/>
          <w:i w:val="0"/>
          <w:smallCaps w:val="0"/>
          <w:strike w:val="0"/>
          <w:sz w:val="20"/>
          <w:highlight w:val="cyan"/>
          <w:u w:val="single"/>
        </w:rPr>
        <w:t>I</w:t>
      </w:r>
      <w:r>
        <w:rPr>
          <w:b w:val="0"/>
          <w:i w:val="0"/>
          <w:smallCaps w:val="0"/>
          <w:strike w:val="0"/>
          <w:sz w:val="16"/>
          <w:u w:val="none"/>
        </w:rPr>
        <w:t xml:space="preserve">. </w:t>
      </w:r>
      <w:r>
        <w:rPr>
          <w:b/>
          <w:i w:val="0"/>
          <w:smallCaps w:val="0"/>
          <w:strike w:val="0"/>
          <w:sz w:val="20"/>
          <w:u w:val="single"/>
        </w:rPr>
        <w:t>Germany sold steel</w:t>
      </w:r>
      <w:r>
        <w:rPr>
          <w:b w:val="0"/>
          <w:i w:val="0"/>
          <w:smallCaps w:val="0"/>
          <w:strike w:val="0"/>
          <w:sz w:val="20"/>
          <w:u w:val="single"/>
        </w:rPr>
        <w:t xml:space="preserve"> to France, and German businessmen were </w:t>
      </w:r>
      <w:r>
        <w:rPr>
          <w:b w:val="0"/>
          <w:i w:val="0"/>
          <w:smallCaps w:val="0"/>
          <w:strike w:val="0"/>
          <w:sz w:val="16"/>
          <w:u w:val="none"/>
        </w:rPr>
        <w:t xml:space="preserve">firmly </w:t>
      </w:r>
      <w:r>
        <w:rPr>
          <w:b/>
          <w:i w:val="0"/>
          <w:smallCaps w:val="0"/>
          <w:strike w:val="0"/>
          <w:sz w:val="20"/>
          <w:u w:val="single"/>
        </w:rPr>
        <w:t>opposed</w:t>
      </w:r>
      <w:r>
        <w:rPr>
          <w:b w:val="0"/>
          <w:i w:val="0"/>
          <w:smallCaps w:val="0"/>
          <w:strike w:val="0"/>
          <w:sz w:val="20"/>
          <w:u w:val="single"/>
        </w:rPr>
        <w:t xml:space="preserve"> to war</w:t>
      </w:r>
      <w:r>
        <w:rPr>
          <w:b w:val="0"/>
          <w:i w:val="0"/>
          <w:smallCaps w:val="0"/>
          <w:strike w:val="0"/>
          <w:sz w:val="16"/>
          <w:u w:val="none"/>
        </w:rPr>
        <w:t xml:space="preserve">. They only grudgingly came to support it when German ministers told them that the war would only last a few short months. </w:t>
      </w:r>
      <w:r>
        <w:rPr>
          <w:b w:val="0"/>
          <w:i w:val="0"/>
          <w:smallCaps w:val="0"/>
          <w:strike w:val="0"/>
          <w:sz w:val="20"/>
          <w:u w:val="single"/>
        </w:rPr>
        <w:t xml:space="preserve">German steel had a </w:t>
      </w:r>
      <w:r>
        <w:rPr>
          <w:b/>
          <w:i w:val="0"/>
          <w:smallCaps w:val="0"/>
          <w:strike w:val="0"/>
          <w:sz w:val="20"/>
          <w:u w:val="single"/>
        </w:rPr>
        <w:t>strong incentive</w:t>
      </w:r>
      <w:r>
        <w:rPr>
          <w:b w:val="0"/>
          <w:i w:val="0"/>
          <w:smallCaps w:val="0"/>
          <w:strike w:val="0"/>
          <w:sz w:val="20"/>
          <w:u w:val="single"/>
        </w:rPr>
        <w:t xml:space="preserve"> to oppose war</w:t>
      </w:r>
      <w:r>
        <w:rPr>
          <w:b w:val="0"/>
          <w:i w:val="0"/>
          <w:smallCaps w:val="0"/>
          <w:strike w:val="0"/>
          <w:sz w:val="16"/>
          <w:u w:val="none"/>
        </w:rPr>
        <w:t xml:space="preserve">, and if the situation had progressed a little differently—or </w:t>
      </w:r>
      <w:r>
        <w:rPr>
          <w:b w:val="0"/>
          <w:i w:val="0"/>
          <w:smallCaps w:val="0"/>
          <w:strike w:val="0"/>
          <w:sz w:val="20"/>
          <w:highlight w:val="cyan"/>
          <w:u w:val="single"/>
        </w:rPr>
        <w:t>if the German government had been</w:t>
      </w:r>
      <w:r>
        <w:rPr>
          <w:b w:val="0"/>
          <w:i w:val="0"/>
          <w:smallCaps w:val="0"/>
          <w:strike w:val="0"/>
          <w:sz w:val="16"/>
          <w:u w:val="none"/>
        </w:rPr>
        <w:t xml:space="preserve"> a little more </w:t>
      </w:r>
      <w:r>
        <w:rPr>
          <w:b/>
          <w:i w:val="0"/>
          <w:smallCaps w:val="0"/>
          <w:strike w:val="0"/>
          <w:sz w:val="20"/>
          <w:highlight w:val="cyan"/>
          <w:u w:val="single"/>
        </w:rPr>
        <w:t>realistic</w:t>
      </w:r>
      <w:r>
        <w:rPr>
          <w:b w:val="0"/>
          <w:i w:val="0"/>
          <w:smallCaps w:val="0"/>
          <w:strike w:val="0"/>
          <w:sz w:val="16"/>
          <w:u w:val="none"/>
        </w:rPr>
        <w:t xml:space="preserve"> about the timeline of the war—</w:t>
      </w:r>
      <w:r>
        <w:rPr>
          <w:b w:val="0"/>
          <w:i w:val="0"/>
          <w:smallCaps w:val="0"/>
          <w:strike w:val="0"/>
          <w:sz w:val="20"/>
          <w:highlight w:val="cyan"/>
          <w:u w:val="single"/>
        </w:rPr>
        <w:t xml:space="preserve">that incentive might have </w:t>
      </w:r>
      <w:r>
        <w:rPr>
          <w:b/>
          <w:i w:val="0"/>
          <w:smallCaps w:val="0"/>
          <w:strike w:val="0"/>
          <w:sz w:val="20"/>
          <w:highlight w:val="cyan"/>
          <w:u w:val="single"/>
        </w:rPr>
        <w:t>kept</w:t>
      </w:r>
      <w:r>
        <w:rPr>
          <w:b w:val="0"/>
          <w:i w:val="0"/>
          <w:smallCaps w:val="0"/>
          <w:strike w:val="0"/>
          <w:sz w:val="20"/>
          <w:highlight w:val="cyan"/>
          <w:u w:val="single"/>
        </w:rPr>
        <w:t xml:space="preserve"> Germany </w:t>
      </w:r>
      <w:r>
        <w:rPr>
          <w:b/>
          <w:i w:val="0"/>
          <w:smallCaps w:val="0"/>
          <w:strike w:val="0"/>
          <w:sz w:val="20"/>
          <w:highlight w:val="cyan"/>
          <w:u w:val="single"/>
        </w:rPr>
        <w:t>out</w:t>
      </w:r>
      <w:r>
        <w:rPr>
          <w:b w:val="0"/>
          <w:i w:val="0"/>
          <w:smallCaps w:val="0"/>
          <w:strike w:val="0"/>
          <w:sz w:val="20"/>
          <w:highlight w:val="cyan"/>
          <w:u w:val="single"/>
        </w:rPr>
        <w:t xml:space="preserve"> of W</w:t>
      </w:r>
      <w:r>
        <w:rPr>
          <w:b w:val="0"/>
          <w:i w:val="0"/>
          <w:smallCaps w:val="0"/>
          <w:strike w:val="0"/>
          <w:sz w:val="20"/>
          <w:u w:val="single"/>
        </w:rPr>
        <w:t xml:space="preserve">orld </w:t>
      </w:r>
      <w:r>
        <w:rPr>
          <w:b w:val="0"/>
          <w:i w:val="0"/>
          <w:smallCaps w:val="0"/>
          <w:strike w:val="0"/>
          <w:sz w:val="20"/>
          <w:highlight w:val="cyan"/>
          <w:u w:val="single"/>
        </w:rPr>
        <w:t>W</w:t>
      </w:r>
      <w:r>
        <w:rPr>
          <w:b w:val="0"/>
          <w:i w:val="0"/>
          <w:smallCaps w:val="0"/>
          <w:strike w:val="0"/>
          <w:sz w:val="20"/>
          <w:u w:val="single"/>
        </w:rPr>
        <w:t xml:space="preserve">ar </w:t>
      </w:r>
      <w:r>
        <w:rPr>
          <w:b w:val="0"/>
          <w:i w:val="0"/>
          <w:smallCaps w:val="0"/>
          <w:strike w:val="0"/>
          <w:sz w:val="20"/>
          <w:highlight w:val="cyan"/>
          <w:u w:val="single"/>
        </w:rPr>
        <w:t>I.</w:t>
      </w:r>
    </w:p>
    <w:p>
      <w:pPr>
        <w:pStyle w:val="Caption"/>
      </w:pPr>
      <w:r>
        <w:t>Source: Innovation Bad - Globalization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