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aggression will be aimed to destroy the liberal world order</w:t>
      </w:r>
    </w:p>
    <w:p>
      <w:pPr>
        <w:spacing w:after="80"/>
      </w:pPr>
      <w:r>
        <w:rPr>
          <w:b/>
          <w:i w:val="0"/>
          <w:smallCaps w:val="0"/>
          <w:strike w:val="0"/>
          <w:sz w:val="26"/>
          <w:u w:val="none"/>
        </w:rPr>
        <w:t>Dams and Veldkamp 2-27</w:t>
      </w:r>
      <w:r>
        <w:rPr>
          <w:b w:val="0"/>
          <w:i w:val="0"/>
          <w:smallCaps w:val="0"/>
          <w:strike w:val="0"/>
          <w:sz w:val="22"/>
          <w:u w:val="none"/>
        </w:rPr>
        <w:t>-24 (Ties Dams; Research fellow at the Clingendael Institute and Joan Veldkamp; Journalist, “HOW CHINA IS PURSUING A NEW WORLD ORDER AMONG THE GEOPOLITICAL RUINS”, 2-27-24, https://www.clingendael.org/publication/how-china-pursuing-new-world-order-among-geopolitical-ruins) /CPSW LP</w:t>
      </w:r>
    </w:p>
    <w:p>
      <w:pPr>
        <w:spacing w:after="60"/>
      </w:pPr>
      <w:r>
        <w:rPr>
          <w:b w:val="0"/>
          <w:i w:val="0"/>
          <w:smallCaps w:val="0"/>
          <w:strike w:val="0"/>
          <w:sz w:val="22"/>
          <w:u w:val="none"/>
        </w:rPr>
        <w:t xml:space="preserve">How does China envision its longed-for post-Western world order? </w:t>
      </w:r>
    </w:p>
    <w:p>
      <w:pPr>
        <w:spacing w:after="60"/>
      </w:pPr>
      <w:r>
        <w:rPr>
          <w:b w:val="0"/>
          <w:i w:val="0"/>
          <w:smallCaps w:val="0"/>
          <w:strike w:val="0"/>
          <w:sz w:val="22"/>
          <w:u w:val="none"/>
        </w:rPr>
        <w:t>Dams: ‘</w:t>
      </w:r>
      <w:r>
        <w:rPr>
          <w:b w:val="0"/>
          <w:i w:val="0"/>
          <w:smallCaps w:val="0"/>
          <w:strike w:val="0"/>
          <w:sz w:val="22"/>
          <w:highlight w:val="cyan"/>
          <w:u w:val="single"/>
        </w:rPr>
        <w:t>Beijing is aiming for a multipolar world order</w:t>
      </w:r>
      <w:r>
        <w:rPr>
          <w:b w:val="0"/>
          <w:i w:val="0"/>
          <w:smallCaps w:val="0"/>
          <w:strike w:val="0"/>
          <w:sz w:val="22"/>
          <w:u w:val="none"/>
        </w:rPr>
        <w:t xml:space="preserve"> in which countries refrain from interfering in the internal politics of other countries. In which the notion of ‘universal values’ is viewed with scepticism, and where the United States is just one of the players.’</w:t>
      </w:r>
    </w:p>
    <w:p>
      <w:pPr>
        <w:spacing w:after="60"/>
      </w:pPr>
      <w:r>
        <w:rPr>
          <w:b w:val="0"/>
          <w:i w:val="0"/>
          <w:smallCaps w:val="0"/>
          <w:strike w:val="0"/>
          <w:sz w:val="22"/>
          <w:u w:val="none"/>
        </w:rPr>
        <w:t>‘</w:t>
      </w:r>
      <w:r>
        <w:rPr>
          <w:b w:val="0"/>
          <w:i w:val="0"/>
          <w:smallCaps w:val="0"/>
          <w:strike w:val="0"/>
          <w:sz w:val="22"/>
          <w:highlight w:val="cyan"/>
          <w:u w:val="single"/>
        </w:rPr>
        <w:t>In this</w:t>
      </w:r>
      <w:r>
        <w:rPr>
          <w:b w:val="0"/>
          <w:i w:val="0"/>
          <w:smallCaps w:val="0"/>
          <w:strike w:val="0"/>
          <w:sz w:val="22"/>
          <w:u w:val="single"/>
        </w:rPr>
        <w:t xml:space="preserve"> new world order, </w:t>
      </w:r>
      <w:r>
        <w:rPr>
          <w:b w:val="0"/>
          <w:i w:val="0"/>
          <w:smallCaps w:val="0"/>
          <w:strike w:val="0"/>
          <w:sz w:val="22"/>
          <w:highlight w:val="cyan"/>
          <w:u w:val="single"/>
        </w:rPr>
        <w:t>democracy and liberalism are no longer a universal ideal</w:t>
      </w:r>
      <w:r>
        <w:rPr>
          <w:b w:val="0"/>
          <w:i w:val="0"/>
          <w:smallCaps w:val="0"/>
          <w:strike w:val="0"/>
          <w:sz w:val="22"/>
          <w:u w:val="none"/>
        </w:rPr>
        <w:t>, but only hold sway over certain parts of the world. The liberal world order will transform into a regional order.’</w:t>
      </w:r>
    </w:p>
    <w:p>
      <w:pPr>
        <w:spacing w:after="60"/>
      </w:pPr>
      <w:r>
        <w:rPr>
          <w:b w:val="0"/>
          <w:i w:val="0"/>
          <w:smallCaps w:val="0"/>
          <w:strike w:val="0"/>
          <w:sz w:val="22"/>
          <w:u w:val="none"/>
        </w:rPr>
        <w:t>‘</w:t>
      </w:r>
      <w:r>
        <w:rPr>
          <w:b w:val="0"/>
          <w:i w:val="0"/>
          <w:smallCaps w:val="0"/>
          <w:strike w:val="0"/>
          <w:sz w:val="22"/>
          <w:highlight w:val="cyan"/>
          <w:u w:val="single"/>
        </w:rPr>
        <w:t>Autocratic forms of government will no longer be rejected</w:t>
      </w:r>
      <w:r>
        <w:rPr>
          <w:b w:val="0"/>
          <w:i w:val="0"/>
          <w:smallCaps w:val="0"/>
          <w:strike w:val="0"/>
          <w:sz w:val="22"/>
          <w:u w:val="single"/>
        </w:rPr>
        <w:t xml:space="preserve"> out of hand,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rules</w:t>
      </w:r>
      <w:r>
        <w:rPr>
          <w:b w:val="0"/>
          <w:i w:val="0"/>
          <w:smallCaps w:val="0"/>
          <w:strike w:val="0"/>
          <w:sz w:val="22"/>
          <w:u w:val="single"/>
        </w:rPr>
        <w:t xml:space="preserve"> in this multipolar world order </w:t>
      </w:r>
      <w:r>
        <w:rPr>
          <w:b w:val="0"/>
          <w:i w:val="0"/>
          <w:smallCaps w:val="0"/>
          <w:strike w:val="0"/>
          <w:sz w:val="22"/>
          <w:highlight w:val="cyan"/>
          <w:u w:val="single"/>
        </w:rPr>
        <w:t>will mainly be set by China and its partners</w:t>
      </w:r>
      <w:r>
        <w:rPr>
          <w:b w:val="0"/>
          <w:i w:val="0"/>
          <w:smallCaps w:val="0"/>
          <w:strike w:val="0"/>
          <w:sz w:val="22"/>
          <w:u w:val="none"/>
        </w:rPr>
        <w:t>.’</w:t>
      </w:r>
    </w:p>
    <w:p>
      <w:pPr>
        <w:spacing w:after="60"/>
      </w:pPr>
      <w:r>
        <w:rPr>
          <w:b w:val="0"/>
          <w:i w:val="0"/>
          <w:smallCaps w:val="0"/>
          <w:strike w:val="0"/>
          <w:sz w:val="22"/>
          <w:u w:val="none"/>
        </w:rPr>
        <w:t xml:space="preserve">China wants to play a leading role in this post-Western world, but without getting drawn into all sorts of conflicts? </w:t>
      </w:r>
    </w:p>
    <w:p>
      <w:pPr>
        <w:spacing w:after="60"/>
      </w:pPr>
      <w:r>
        <w:rPr>
          <w:b w:val="0"/>
          <w:i w:val="0"/>
          <w:smallCaps w:val="0"/>
          <w:strike w:val="0"/>
          <w:sz w:val="22"/>
          <w:u w:val="none"/>
        </w:rPr>
        <w:t>Dams: ‘</w:t>
      </w:r>
      <w:r>
        <w:rPr>
          <w:b w:val="0"/>
          <w:i w:val="0"/>
          <w:smallCaps w:val="0"/>
          <w:strike w:val="0"/>
          <w:sz w:val="22"/>
          <w:u w:val="single"/>
        </w:rPr>
        <w:t>Beijing is convinced that the U</w:t>
      </w:r>
      <w:r>
        <w:rPr>
          <w:b w:val="0"/>
          <w:i w:val="0"/>
          <w:smallCaps w:val="0"/>
          <w:strike w:val="0"/>
          <w:sz w:val="22"/>
          <w:u w:val="none"/>
        </w:rPr>
        <w:t xml:space="preserve">nited </w:t>
      </w:r>
      <w:r>
        <w:rPr>
          <w:b w:val="0"/>
          <w:i w:val="0"/>
          <w:smallCaps w:val="0"/>
          <w:strike w:val="0"/>
          <w:sz w:val="22"/>
          <w:u w:val="single"/>
        </w:rPr>
        <w:t>S</w:t>
      </w:r>
      <w:r>
        <w:rPr>
          <w:b w:val="0"/>
          <w:i w:val="0"/>
          <w:smallCaps w:val="0"/>
          <w:strike w:val="0"/>
          <w:sz w:val="22"/>
          <w:u w:val="none"/>
        </w:rPr>
        <w:t>tates wil</w:t>
      </w:r>
      <w:r>
        <w:rPr>
          <w:b w:val="0"/>
          <w:i w:val="0"/>
          <w:smallCaps w:val="0"/>
          <w:strike w:val="0"/>
          <w:sz w:val="22"/>
          <w:u w:val="single"/>
        </w:rPr>
        <w:t>l succumb to the tension between the military, diplomatic and moral responsibilities it has assumed in the world and the care for its own people</w:t>
      </w:r>
      <w:r>
        <w:rPr>
          <w:b w:val="0"/>
          <w:i w:val="0"/>
          <w:smallCaps w:val="0"/>
          <w:strike w:val="0"/>
          <w:sz w:val="22"/>
          <w:u w:val="none"/>
        </w:rPr>
        <w:t xml:space="preserve">.’ </w:t>
      </w:r>
    </w:p>
    <w:p>
      <w:pPr>
        <w:spacing w:after="60"/>
      </w:pPr>
      <w:r>
        <w:rPr>
          <w:b w:val="0"/>
          <w:i w:val="0"/>
          <w:smallCaps w:val="0"/>
          <w:strike w:val="0"/>
          <w:sz w:val="22"/>
          <w:u w:val="none"/>
        </w:rPr>
        <w:t xml:space="preserve">‘China therefore does not aspire to the same kind of hegemony that the United States once enjoyed, but has a different kind of agenda. </w:t>
      </w:r>
      <w:r>
        <w:rPr>
          <w:b w:val="0"/>
          <w:i w:val="0"/>
          <w:smallCaps w:val="0"/>
          <w:strike w:val="0"/>
          <w:sz w:val="22"/>
          <w:highlight w:val="cyan"/>
          <w:u w:val="single"/>
        </w:rPr>
        <w:t>Beijing wants to be a military superpower mainly in S</w:t>
      </w:r>
      <w:r>
        <w:rPr>
          <w:b w:val="0"/>
          <w:i w:val="0"/>
          <w:smallCaps w:val="0"/>
          <w:strike w:val="0"/>
          <w:sz w:val="22"/>
          <w:u w:val="single"/>
        </w:rPr>
        <w:t>outh-</w:t>
      </w:r>
      <w:r>
        <w:rPr>
          <w:b w:val="0"/>
          <w:i w:val="0"/>
          <w:smallCaps w:val="0"/>
          <w:strike w:val="0"/>
          <w:sz w:val="22"/>
          <w:highlight w:val="cyan"/>
          <w:u w:val="single"/>
        </w:rPr>
        <w:t>E</w:t>
      </w:r>
      <w:r>
        <w:rPr>
          <w:b w:val="0"/>
          <w:i w:val="0"/>
          <w:smallCaps w:val="0"/>
          <w:strike w:val="0"/>
          <w:sz w:val="22"/>
          <w:u w:val="single"/>
        </w:rPr>
        <w:t xml:space="preserve">ast </w:t>
      </w:r>
      <w:r>
        <w:rPr>
          <w:b w:val="0"/>
          <w:i w:val="0"/>
          <w:smallCaps w:val="0"/>
          <w:strike w:val="0"/>
          <w:sz w:val="22"/>
          <w:highlight w:val="cyan"/>
          <w:u w:val="single"/>
        </w:rPr>
        <w:t>A</w:t>
      </w:r>
      <w:r>
        <w:rPr>
          <w:b w:val="0"/>
          <w:i w:val="0"/>
          <w:smallCaps w:val="0"/>
          <w:strike w:val="0"/>
          <w:sz w:val="22"/>
          <w:u w:val="single"/>
        </w:rPr>
        <w:t xml:space="preserve">sia, </w:t>
      </w:r>
      <w:r>
        <w:rPr>
          <w:b w:val="0"/>
          <w:i w:val="0"/>
          <w:smallCaps w:val="0"/>
          <w:strike w:val="0"/>
          <w:sz w:val="22"/>
          <w:highlight w:val="cyan"/>
          <w:u w:val="single"/>
        </w:rPr>
        <w:t>and in other parts of the world it wants</w:t>
      </w:r>
      <w:r>
        <w:rPr>
          <w:b w:val="0"/>
          <w:i w:val="0"/>
          <w:smallCaps w:val="0"/>
          <w:strike w:val="0"/>
          <w:sz w:val="22"/>
          <w:u w:val="single"/>
        </w:rPr>
        <w:t xml:space="preserve"> to mainly have eco</w:t>
      </w:r>
      <w:r>
        <w:rPr>
          <w:b w:val="0"/>
          <w:i w:val="0"/>
          <w:smallCaps w:val="0"/>
          <w:strike w:val="0"/>
          <w:sz w:val="22"/>
          <w:highlight w:val="cyan"/>
          <w:u w:val="single"/>
        </w:rPr>
        <w:t>nomic influence and to offer countries an alternative to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22"/>
          <w:u w:val="none"/>
        </w:rPr>
        <w:t xml:space="preserve">.’ </w:t>
      </w:r>
    </w:p>
    <w:p>
      <w:pPr>
        <w:spacing w:after="60"/>
      </w:pPr>
      <w:r>
        <w:rPr>
          <w:b w:val="0"/>
          <w:i w:val="0"/>
          <w:smallCaps w:val="0"/>
          <w:strike w:val="0"/>
          <w:sz w:val="22"/>
          <w:u w:val="none"/>
        </w:rPr>
        <w:t xml:space="preserve">Why is Xi so opposed to the Western world order from which China has also benefited so much, for instance by being part of the World Trade Organization (WTO)? </w:t>
      </w:r>
    </w:p>
    <w:p>
      <w:pPr>
        <w:spacing w:after="60"/>
      </w:pPr>
      <w:r>
        <w:rPr>
          <w:b w:val="0"/>
          <w:i w:val="0"/>
          <w:smallCaps w:val="0"/>
          <w:strike w:val="0"/>
          <w:sz w:val="22"/>
          <w:highlight w:val="cyan"/>
          <w:u w:val="single"/>
        </w:rPr>
        <w:t>According to Xi, the l</w:t>
      </w:r>
      <w:r>
        <w:rPr>
          <w:b w:val="0"/>
          <w:i w:val="0"/>
          <w:smallCaps w:val="0"/>
          <w:strike w:val="0"/>
          <w:sz w:val="22"/>
          <w:u w:val="single"/>
        </w:rPr>
        <w:t xml:space="preserve">iberal </w:t>
      </w:r>
      <w:r>
        <w:rPr>
          <w:b w:val="0"/>
          <w:i w:val="0"/>
          <w:smallCaps w:val="0"/>
          <w:strike w:val="0"/>
          <w:sz w:val="22"/>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o</w:t>
      </w:r>
      <w:r>
        <w:rPr>
          <w:b w:val="0"/>
          <w:i w:val="0"/>
          <w:smallCaps w:val="0"/>
          <w:strike w:val="0"/>
          <w:sz w:val="22"/>
          <w:u w:val="single"/>
        </w:rPr>
        <w:t>rder i</w:t>
      </w:r>
      <w:r>
        <w:rPr>
          <w:b w:val="0"/>
          <w:i w:val="0"/>
          <w:smallCaps w:val="0"/>
          <w:strike w:val="0"/>
          <w:sz w:val="22"/>
          <w:highlight w:val="cyan"/>
          <w:u w:val="single"/>
        </w:rPr>
        <w:t>s based on arrogant Western standards, such as democracy</w:t>
      </w:r>
      <w:r>
        <w:rPr>
          <w:b w:val="0"/>
          <w:i w:val="0"/>
          <w:smallCaps w:val="0"/>
          <w:strike w:val="0"/>
          <w:sz w:val="22"/>
          <w:u w:val="none"/>
        </w:rPr>
        <w:t xml:space="preserve"> as the ideal political system. These values and standards were first imposed on many countries by the European colonial powers and subsequently, and often hard-handedly, by the Americans. This has mainly benefited the United States and other wealthy capitalist nations. But now China has the power to influence and shape that order to its own liking. So it’s not so much about chucking out the world order, but recycling it.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