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Disease X will be the biggest threat humanity will ever face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Martin 19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[Sean Martin holds two graduate diplomas from the London Academy of Music and Dramatic Art in both Acting and Directing, as well as a Bachelor of Fine Arts degree in Theatre from Abilene Christian University, 9/2/2019, “Disease X could kill millions and 'we're not prepared' - Bill Gates' shock warning; NUCLEAR war is not the biggest threat to humanity, but rather Disease X which has the potential to wipe out tens of millions of people, according to Bill Gates who warned "we're not ready".”, Source – Database: LexisNexis through the University of Michigan, cpsw/bvn sp]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Ebola outbreak from 2014 through to 2016 should be a stark warning to humanity that a disease could pop up seemingly out of nowhere.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During the Ebola outbreak, almost 12,000 people died, according to the Centers for Disease Control and Prevention , with most of the fatalities coming in West Africa.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Tech billionaire Bill Gates has warned that another fatal disease could emerge on a more global scale - </w:t>
      </w:r>
      <w:r>
        <w:rPr>
          <w:b/>
          <w:i w:val="0"/>
          <w:smallCaps w:val="0"/>
          <w:strike w:val="0"/>
          <w:sz w:val="22"/>
          <w:u w:val="single"/>
        </w:rPr>
        <w:t>and there is little being done to prevent it.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The Microsoft chief said "we're not ready" for the next epidemic at a 2015 Ted Talk, claims which have resurfaced thanks to journalist Brian Walsh's new book End Times, which examines the existential threats to humanity.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Mr Gates said </w:t>
      </w:r>
      <w:r>
        <w:rPr>
          <w:b/>
          <w:i w:val="0"/>
          <w:smallCaps w:val="0"/>
          <w:strike w:val="0"/>
          <w:sz w:val="22"/>
          <w:u w:val="single"/>
        </w:rPr>
        <w:t>a deadly disease outbreak is a bigger threat than a nuclear war, yet little is being done to prepare.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The 63-year old said: "When I was a kid, the disaster we worried about most was a nuclear war. That's why we had a barrel-like this down in our basement, filled with cans of food and water.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"When the nuclear attack came, we were supposed to go downstairs, hunker down, and eat out of that barrel.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"Today the greatest risk of global catastrophe doesn't look like this. Instead, it looks like this.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anything kills over 10 million people in the next few decades, </w:t>
      </w:r>
      <w:r>
        <w:rPr>
          <w:b/>
          <w:i w:val="0"/>
          <w:smallCaps w:val="0"/>
          <w:strike w:val="0"/>
          <w:sz w:val="22"/>
          <w:u w:val="single"/>
        </w:rPr>
        <w:t>it's most likely to be a highly infectious virus rather than a war.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"Not missiles, but microbes.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Now, part of the reason for this is that we've invested a huge amount in nuclear deterrents.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But we've actually invested very little in a system to stop an epidemic. We're not ready for the next epidemic."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Mr Gates went on to say that time is of the essence.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He said: "There's no need to panic. We don't have to hoard cans of spaghetti or go down into the basement. But we need to get going because time is not on our side.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"In fact, if there's one positive thing that can come out of the Ebola epidemic, it's that it can serve as an early warning, a wake-up call, to get ready. </w:t>
      </w:r>
      <w:r>
        <w:rPr>
          <w:b w:val="0"/>
          <w:i w:val="0"/>
          <w:smallCaps w:val="0"/>
          <w:strike w:val="0"/>
          <w:sz w:val="22"/>
          <w:u w:val="single"/>
        </w:rPr>
        <w:t>If we start now, we can be ready for the next epidemic."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Mr Gates' claims have been made even more prominent by the so called impending 'antibiotic apocalypse'.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Humans, especially in the West, have become so reliant on antibiotics to help cure illnesses that </w:t>
      </w:r>
      <w:r>
        <w:rPr>
          <w:b/>
          <w:i w:val="0"/>
          <w:smallCaps w:val="0"/>
          <w:strike w:val="0"/>
          <w:sz w:val="22"/>
          <w:u w:val="single"/>
        </w:rPr>
        <w:t>many of the bacteria that they are trying to fight have become resistant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drugs through evolution.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Mr Walsh said in his new that humanity's over-reliance on antibiotics since the discovery of penicillin in 1928 is now coming back to back to bite us.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World Health Organisation explained: "Antibiotics are medicines used to prevent and treat bacterial infections. </w:t>
      </w:r>
      <w:r>
        <w:rPr>
          <w:b w:val="0"/>
          <w:i w:val="0"/>
          <w:smallCaps w:val="0"/>
          <w:strike w:val="0"/>
          <w:sz w:val="22"/>
          <w:u w:val="single"/>
        </w:rPr>
        <w:t>Antibiotic resistance occurs when bacteria change in response to the use of these medicines.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/>
          <w:i w:val="0"/>
          <w:smallCaps w:val="0"/>
          <w:strike w:val="0"/>
          <w:sz w:val="22"/>
          <w:u w:val="single"/>
        </w:rPr>
        <w:t>Bacteria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not humans or animals, </w:t>
      </w:r>
      <w:r>
        <w:rPr>
          <w:b/>
          <w:i w:val="0"/>
          <w:smallCaps w:val="0"/>
          <w:strike w:val="0"/>
          <w:sz w:val="22"/>
          <w:u w:val="single"/>
        </w:rPr>
        <w:t>become antibiotic-resistant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bacteria may infect humans and animals, and the infections </w:t>
      </w:r>
      <w:r>
        <w:rPr>
          <w:b/>
          <w:i w:val="0"/>
          <w:smallCaps w:val="0"/>
          <w:strike w:val="0"/>
          <w:sz w:val="22"/>
          <w:u w:val="single"/>
        </w:rPr>
        <w:t>they cause are harder to treat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those caused by non-resistant bacteria."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Mr Walsh continued: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"Bacterial resistance to these drugs is growing by the year, a development doctors believe is </w:t>
      </w:r>
      <w:r>
        <w:rPr>
          <w:b/>
          <w:i w:val="0"/>
          <w:smallCaps w:val="0"/>
          <w:strike w:val="0"/>
          <w:sz w:val="22"/>
          <w:u w:val="single"/>
        </w:rPr>
        <w:t>one of the greatest threats to global public health.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Thirty-three thousand people die each year from antibiotic-resistant infections in Europe alone.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/>
          <w:i w:val="0"/>
          <w:smallCaps w:val="0"/>
          <w:strike w:val="0"/>
          <w:sz w:val="22"/>
          <w:u w:val="single"/>
        </w:rPr>
        <w:t>The 'antibiotic apocalypse'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as England's chief medical officer, Sally Davies, called it, </w:t>
      </w:r>
      <w:r>
        <w:rPr>
          <w:b/>
          <w:i w:val="0"/>
          <w:smallCaps w:val="0"/>
          <w:strike w:val="0"/>
          <w:sz w:val="22"/>
          <w:u w:val="single"/>
        </w:rPr>
        <w:t xml:space="preserve">puts us in danger </w:t>
      </w:r>
      <w:r>
        <w:rPr>
          <w:b w:val="0"/>
          <w:i w:val="0"/>
          <w:smallCaps w:val="0"/>
          <w:strike w:val="0"/>
          <w:sz w:val="22"/>
          <w:u w:val="single"/>
        </w:rPr>
        <w:t>of returning to a time when even run-of-the-mill infections could kill."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