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idea that </w:t>
      </w:r>
      <w:r>
        <w:rPr>
          <w:b/>
          <w:i w:val="0"/>
          <w:smallCaps w:val="0"/>
          <w:strike w:val="0"/>
          <w:sz w:val="26"/>
          <w:u w:val="single"/>
        </w:rPr>
        <w:t>coheres</w:t>
      </w:r>
      <w:r>
        <w:rPr>
          <w:b/>
          <w:i w:val="0"/>
          <w:smallCaps w:val="0"/>
          <w:strike w:val="0"/>
          <w:sz w:val="26"/>
          <w:u w:val="none"/>
        </w:rPr>
        <w:t xml:space="preserve"> the IP regime is </w:t>
      </w:r>
      <w:r>
        <w:rPr>
          <w:b/>
          <w:i w:val="0"/>
          <w:smallCaps w:val="0"/>
          <w:strike w:val="0"/>
          <w:sz w:val="26"/>
          <w:u w:val="single"/>
        </w:rPr>
        <w:t>precisely</w:t>
      </w:r>
      <w:r>
        <w:rPr>
          <w:b/>
          <w:i w:val="0"/>
          <w:smallCaps w:val="0"/>
          <w:strike w:val="0"/>
          <w:sz w:val="26"/>
          <w:u w:val="none"/>
        </w:rPr>
        <w:t xml:space="preserve"> why it will never succeed---</w:t>
      </w:r>
      <w:r>
        <w:rPr>
          <w:b/>
          <w:i w:val="0"/>
          <w:smallCaps w:val="0"/>
          <w:strike w:val="0"/>
          <w:sz w:val="26"/>
          <w:u w:val="none"/>
        </w:rPr>
        <w:t>innovation</w:t>
      </w:r>
      <w:r>
        <w:rPr>
          <w:b/>
          <w:i w:val="0"/>
          <w:smallCaps w:val="0"/>
          <w:strike w:val="0"/>
          <w:sz w:val="26"/>
          <w:u w:val="none"/>
        </w:rPr>
        <w:t xml:space="preserve"> is not </w:t>
      </w:r>
      <w:r>
        <w:rPr>
          <w:b/>
          <w:i w:val="0"/>
          <w:smallCaps w:val="0"/>
          <w:strike w:val="0"/>
          <w:sz w:val="26"/>
          <w:u w:val="single"/>
        </w:rPr>
        <w:t>purely</w:t>
      </w:r>
      <w:r>
        <w:rPr>
          <w:b/>
          <w:i w:val="0"/>
          <w:smallCaps w:val="0"/>
          <w:strike w:val="0"/>
          <w:sz w:val="26"/>
          <w:u w:val="none"/>
        </w:rPr>
        <w:t xml:space="preserve"> economic, and </w:t>
      </w:r>
      <w:r>
        <w:rPr>
          <w:b/>
          <w:i w:val="0"/>
          <w:smallCaps w:val="0"/>
          <w:strike w:val="0"/>
          <w:sz w:val="26"/>
          <w:u w:val="single"/>
        </w:rPr>
        <w:t>failure</w:t>
      </w:r>
      <w:r>
        <w:rPr>
          <w:b/>
          <w:i w:val="0"/>
          <w:smallCaps w:val="0"/>
          <w:strike w:val="0"/>
          <w:sz w:val="26"/>
          <w:u w:val="none"/>
        </w:rPr>
        <w:t xml:space="preserve"> to center </w:t>
      </w:r>
      <w:r>
        <w:rPr>
          <w:b/>
          <w:i w:val="0"/>
          <w:smallCaps w:val="0"/>
          <w:strike w:val="0"/>
          <w:sz w:val="26"/>
          <w:u w:val="single"/>
        </w:rPr>
        <w:t>community</w:t>
      </w:r>
      <w:r>
        <w:rPr>
          <w:b/>
          <w:i w:val="0"/>
          <w:smallCaps w:val="0"/>
          <w:strike w:val="0"/>
          <w:sz w:val="26"/>
          <w:u w:val="none"/>
        </w:rPr>
        <w:t xml:space="preserve"> ultimately </w:t>
      </w:r>
      <w:r>
        <w:rPr>
          <w:b/>
          <w:i w:val="0"/>
          <w:smallCaps w:val="0"/>
          <w:strike w:val="0"/>
          <w:sz w:val="26"/>
          <w:u w:val="single"/>
        </w:rPr>
        <w:t>forecloses</w:t>
      </w:r>
      <w:r>
        <w:rPr>
          <w:b/>
          <w:i w:val="0"/>
          <w:smallCaps w:val="0"/>
          <w:strike w:val="0"/>
          <w:sz w:val="26"/>
          <w:u w:val="none"/>
        </w:rPr>
        <w:t xml:space="preserve"> creativity.</w:t>
      </w:r>
    </w:p>
    <w:p>
      <w:pPr>
        <w:spacing w:after="80"/>
      </w:pPr>
      <w:r>
        <w:rPr>
          <w:b w:val="0"/>
          <w:i w:val="0"/>
          <w:smallCaps w:val="0"/>
          <w:strike w:val="0"/>
          <w:u w:val="none"/>
        </w:rPr>
        <w:t>--this card is labelled a link, but has great warrants for the framework debate as well (and alt solves the AFF!)</w:t>
      </w:r>
    </w:p>
    <w:p>
      <w:pPr>
        <w:spacing w:after="60"/>
      </w:pPr>
      <w:r>
        <w:rPr>
          <w:b/>
          <w:i w:val="0"/>
          <w:smallCaps w:val="0"/>
          <w:strike w:val="0"/>
          <w:sz w:val="26"/>
          <w:u w:val="none"/>
        </w:rPr>
        <w:t xml:space="preserve">Gilden ’20 </w:t>
      </w:r>
      <w:r>
        <w:rPr>
          <w:b w:val="0"/>
          <w:i w:val="0"/>
          <w:smallCaps w:val="0"/>
          <w:strike w:val="0"/>
          <w:u w:val="none"/>
        </w:rPr>
        <w:t>[Andrew Gilden, Associate Professor of Law at Williamette University; “</w:t>
      </w:r>
      <w:r>
        <w:rPr>
          <w:b w:val="0"/>
          <w:i w:val="0"/>
          <w:smallCaps w:val="0"/>
          <w:strike w:val="0"/>
          <w:u w:val="none"/>
        </w:rPr>
        <w:t>Intellectual Property’s Queer Turn</w:t>
      </w:r>
      <w:r>
        <w:rPr>
          <w:b w:val="0"/>
          <w:i w:val="0"/>
          <w:smallCaps w:val="0"/>
          <w:strike w:val="0"/>
          <w:u w:val="none"/>
        </w:rPr>
        <w:t xml:space="preserve">”; </w:t>
      </w:r>
      <w:r>
        <w:rPr>
          <w:b w:val="0"/>
          <w:i/>
          <w:smallCaps w:val="0"/>
          <w:strike w:val="0"/>
          <w:u w:val="none"/>
        </w:rPr>
        <w:t>The Oxford Handbook of Law and Humanities</w:t>
      </w:r>
      <w:r>
        <w:rPr>
          <w:b w:val="0"/>
          <w:i w:val="0"/>
          <w:smallCaps w:val="0"/>
          <w:strike w:val="0"/>
          <w:u w:val="none"/>
        </w:rPr>
        <w:t xml:space="preserve">, </w:t>
      </w:r>
      <w:r>
        <w:rPr>
          <w:b w:val="0"/>
          <w:i w:val="0"/>
          <w:smallCaps w:val="0"/>
          <w:strike w:val="0"/>
          <w:u w:val="none"/>
        </w:rPr>
        <w:t xml:space="preserve">chpt 30, pp. 549-564, </w:t>
      </w:r>
      <w:r>
        <w:rPr>
          <w:b w:val="0"/>
          <w:i w:val="0"/>
          <w:smallCaps w:val="0"/>
          <w:strike w:val="0"/>
          <w:u w:val="none"/>
        </w:rPr>
        <w:t>Oxford Handbooks, Oxford Academic</w:t>
      </w:r>
      <w:r>
        <w:rPr>
          <w:b w:val="0"/>
          <w:i w:val="0"/>
          <w:smallCaps w:val="0"/>
          <w:strike w:val="0"/>
          <w:u w:val="none"/>
        </w:rPr>
        <w:t xml:space="preserve">; 01-08-2020; </w:t>
      </w:r>
      <w:r>
        <w:rPr>
          <w:b w:val="0"/>
          <w:i w:val="0"/>
          <w:smallCaps w:val="0"/>
          <w:strike w:val="0"/>
          <w:u w:val="none"/>
        </w:rPr>
        <w:t>https://doi.org/10.1093/oxfordhb/9780190695620.001.0001</w:t>
      </w:r>
      <w:r>
        <w:rPr>
          <w:b w:val="0"/>
          <w:i w:val="0"/>
          <w:smallCaps w:val="0"/>
          <w:strike w:val="0"/>
          <w:u w:val="none"/>
        </w:rPr>
        <w:t xml:space="preserve">; </w:t>
      </w:r>
      <w:r>
        <w:rPr>
          <w:b w:val="0"/>
          <w:i w:val="0"/>
          <w:smallCaps w:val="0"/>
          <w:strike w:val="0"/>
          <w:u w:val="none"/>
        </w:rPr>
        <w:t xml:space="preserve">accessed </w:t>
      </w:r>
      <w:r>
        <w:rPr>
          <w:b w:val="0"/>
          <w:i w:val="0"/>
          <w:smallCaps w:val="0"/>
          <w:strike w:val="0"/>
          <w:u w:val="none"/>
        </w:rPr>
        <w:t>07-11-</w:t>
      </w:r>
      <w:r>
        <w:rPr>
          <w:b w:val="0"/>
          <w:i w:val="0"/>
          <w:smallCaps w:val="0"/>
          <w:strike w:val="0"/>
          <w:u w:val="none"/>
        </w:rPr>
        <w:t>2024</w:t>
      </w:r>
      <w:r>
        <w:rPr>
          <w:b w:val="0"/>
          <w:i w:val="0"/>
          <w:smallCaps w:val="0"/>
          <w:strike w:val="0"/>
          <w:u w:val="none"/>
        </w:rPr>
        <w:t>] dliang</w:t>
      </w:r>
    </w:p>
    <w:p>
      <w:pPr>
        <w:spacing w:after="60"/>
      </w:pPr>
      <w:r>
        <w:rPr>
          <w:b w:val="0"/>
          <w:i w:val="0"/>
          <w:smallCaps w:val="0"/>
          <w:strike w:val="0"/>
          <w:highlight w:val="cyan"/>
          <w:u w:val="single"/>
        </w:rPr>
        <w:t xml:space="preserve">Contemporary IP </w:t>
      </w:r>
      <w:r>
        <w:rPr>
          <w:b/>
          <w:i w:val="0"/>
          <w:smallCaps w:val="0"/>
          <w:strike w:val="0"/>
          <w:sz w:val="22"/>
          <w:highlight w:val="cyan"/>
          <w:u w:val="single"/>
        </w:rPr>
        <w:t>scholarship</w:t>
      </w:r>
      <w:r>
        <w:rPr>
          <w:b w:val="0"/>
          <w:i w:val="0"/>
          <w:smallCaps w:val="0"/>
          <w:strike w:val="0"/>
          <w:sz w:val="16"/>
          <w:u w:val="none"/>
        </w:rPr>
        <w:t xml:space="preserve"> also </w:t>
      </w:r>
      <w:r>
        <w:rPr>
          <w:b w:val="0"/>
          <w:i w:val="0"/>
          <w:smallCaps w:val="0"/>
          <w:strike w:val="0"/>
          <w:u w:val="single"/>
        </w:rPr>
        <w:t xml:space="preserve">grapples with an intellectual </w:t>
      </w:r>
      <w:r>
        <w:rPr>
          <w:b/>
          <w:i w:val="0"/>
          <w:smallCaps w:val="0"/>
          <w:strike w:val="0"/>
          <w:sz w:val="22"/>
          <w:u w:val="single"/>
        </w:rPr>
        <w:t>tradition</w:t>
      </w:r>
      <w:r>
        <w:rPr>
          <w:b w:val="0"/>
          <w:i w:val="0"/>
          <w:smallCaps w:val="0"/>
          <w:strike w:val="0"/>
          <w:u w:val="single"/>
        </w:rPr>
        <w:t xml:space="preserve"> that </w:t>
      </w:r>
      <w:r>
        <w:rPr>
          <w:b/>
          <w:i w:val="0"/>
          <w:smallCaps w:val="0"/>
          <w:strike w:val="0"/>
          <w:sz w:val="22"/>
          <w:highlight w:val="cyan"/>
          <w:u w:val="single"/>
        </w:rPr>
        <w:t>severs creativity</w:t>
      </w:r>
      <w:r>
        <w:rPr>
          <w:b w:val="0"/>
          <w:i w:val="0"/>
          <w:smallCaps w:val="0"/>
          <w:strike w:val="0"/>
          <w:u w:val="single"/>
        </w:rPr>
        <w:t xml:space="preserve"> and human expression </w:t>
      </w:r>
      <w:r>
        <w:rPr>
          <w:b/>
          <w:i w:val="0"/>
          <w:smallCaps w:val="0"/>
          <w:strike w:val="0"/>
          <w:sz w:val="22"/>
          <w:highlight w:val="cyan"/>
          <w:u w:val="single"/>
        </w:rPr>
        <w:t>from</w:t>
      </w:r>
      <w:r>
        <w:rPr>
          <w:b w:val="0"/>
          <w:i w:val="0"/>
          <w:smallCaps w:val="0"/>
          <w:strike w:val="0"/>
          <w:sz w:val="16"/>
          <w:u w:val="none"/>
        </w:rPr>
        <w:t xml:space="preserve"> the </w:t>
      </w:r>
      <w:r>
        <w:rPr>
          <w:b/>
          <w:i w:val="0"/>
          <w:smallCaps w:val="0"/>
          <w:strike w:val="0"/>
          <w:sz w:val="22"/>
          <w:highlight w:val="cyan"/>
          <w:u w:val="single"/>
        </w:rPr>
        <w:t>social contexts</w:t>
      </w:r>
      <w:r>
        <w:rPr>
          <w:b w:val="0"/>
          <w:i w:val="0"/>
          <w:smallCaps w:val="0"/>
          <w:strike w:val="0"/>
          <w:sz w:val="16"/>
          <w:u w:val="none"/>
        </w:rPr>
        <w:t xml:space="preserve"> in which they operate. Much IP theory has critiqued the </w:t>
      </w:r>
      <w:r>
        <w:rPr>
          <w:b w:val="0"/>
          <w:i w:val="0"/>
          <w:smallCaps w:val="0"/>
          <w:strike w:val="0"/>
          <w:u w:val="single"/>
        </w:rPr>
        <w:t>romantic</w:t>
      </w:r>
      <w:r>
        <w:rPr>
          <w:b w:val="0"/>
          <w:i w:val="0"/>
          <w:smallCaps w:val="0"/>
          <w:strike w:val="0"/>
          <w:sz w:val="16"/>
          <w:u w:val="none"/>
        </w:rPr>
        <w:t xml:space="preserve">, </w:t>
      </w:r>
      <w:r>
        <w:rPr>
          <w:b/>
          <w:i w:val="0"/>
          <w:smallCaps w:val="0"/>
          <w:strike w:val="0"/>
          <w:sz w:val="22"/>
          <w:u w:val="single"/>
        </w:rPr>
        <w:t>classically liberal</w:t>
      </w:r>
      <w:r>
        <w:rPr>
          <w:b w:val="0"/>
          <w:i w:val="0"/>
          <w:smallCaps w:val="0"/>
          <w:strike w:val="0"/>
          <w:u w:val="single"/>
        </w:rPr>
        <w:t xml:space="preserve"> notion of </w:t>
      </w:r>
      <w:r>
        <w:rPr>
          <w:b/>
          <w:i w:val="0"/>
          <w:smallCaps w:val="0"/>
          <w:strike w:val="0"/>
          <w:sz w:val="22"/>
          <w:u w:val="single"/>
        </w:rPr>
        <w:t>creativity</w:t>
      </w:r>
      <w:r>
        <w:rPr>
          <w:b w:val="0"/>
          <w:i w:val="0"/>
          <w:smallCaps w:val="0"/>
          <w:strike w:val="0"/>
          <w:u w:val="single"/>
        </w:rPr>
        <w:t xml:space="preserve"> and authorship</w:t>
      </w:r>
      <w:r>
        <w:rPr>
          <w:b w:val="0"/>
          <w:i w:val="0"/>
          <w:smallCaps w:val="0"/>
          <w:strike w:val="0"/>
          <w:sz w:val="16"/>
          <w:u w:val="none"/>
        </w:rPr>
        <w:t>—</w:t>
      </w:r>
      <w:r>
        <w:rPr>
          <w:b w:val="0"/>
          <w:i w:val="0"/>
          <w:smallCaps w:val="0"/>
          <w:strike w:val="0"/>
          <w:u w:val="single"/>
        </w:rPr>
        <w:t>that fully formed individuals act upon the world and make something new out of the raw materials they discover in a proverbial state of nature</w:t>
      </w:r>
      <w:r>
        <w:rPr>
          <w:b w:val="0"/>
          <w:i w:val="0"/>
          <w:smallCaps w:val="0"/>
          <w:strike w:val="0"/>
          <w:sz w:val="16"/>
          <w:u w:val="none"/>
        </w:rPr>
        <w:t xml:space="preserve">.10 In this view, creators may need the law to provide some legal assurances that their labor will not be appropriated without compensation or consent, but they don’t need anything else in order to engage in their craft—creativity is purely a “personal reaction of an individual upon nature.”11 </w:t>
      </w:r>
      <w:r>
        <w:rPr>
          <w:b w:val="0"/>
          <w:i w:val="0"/>
          <w:smallCaps w:val="0"/>
          <w:strike w:val="0"/>
          <w:u w:val="single"/>
        </w:rPr>
        <w:t>IP scholars</w:t>
      </w:r>
      <w:r>
        <w:rPr>
          <w:b w:val="0"/>
          <w:i w:val="0"/>
          <w:smallCaps w:val="0"/>
          <w:strike w:val="0"/>
          <w:sz w:val="16"/>
          <w:u w:val="none"/>
        </w:rPr>
        <w:t xml:space="preserve">, even those expressly embracing moral rights theories, </w:t>
      </w:r>
      <w:r>
        <w:rPr>
          <w:b w:val="0"/>
          <w:i w:val="0"/>
          <w:smallCaps w:val="0"/>
          <w:strike w:val="0"/>
          <w:u w:val="single"/>
        </w:rPr>
        <w:t>recognize the limits of such a romantic view of creativity</w:t>
      </w:r>
      <w:r>
        <w:rPr>
          <w:b w:val="0"/>
          <w:i w:val="0"/>
          <w:smallCaps w:val="0"/>
          <w:strike w:val="0"/>
          <w:sz w:val="16"/>
          <w:u w:val="none"/>
        </w:rPr>
        <w:t xml:space="preserve">. </w:t>
      </w:r>
      <w:r>
        <w:rPr>
          <w:b/>
          <w:i w:val="0"/>
          <w:smallCaps w:val="0"/>
          <w:strike w:val="0"/>
          <w:sz w:val="22"/>
          <w:highlight w:val="cyan"/>
          <w:u w:val="single"/>
        </w:rPr>
        <w:t>Creativity</w:t>
      </w:r>
      <w:r>
        <w:rPr>
          <w:b w:val="0"/>
          <w:i w:val="0"/>
          <w:smallCaps w:val="0"/>
          <w:strike w:val="0"/>
          <w:highlight w:val="cyan"/>
          <w:u w:val="single"/>
        </w:rPr>
        <w:t xml:space="preserve"> is</w:t>
      </w:r>
      <w:r>
        <w:rPr>
          <w:b w:val="0"/>
          <w:i w:val="0"/>
          <w:smallCaps w:val="0"/>
          <w:strike w:val="0"/>
          <w:sz w:val="16"/>
          <w:u w:val="none"/>
        </w:rPr>
        <w:t xml:space="preserve"> an </w:t>
      </w:r>
      <w:r>
        <w:rPr>
          <w:b/>
          <w:i w:val="0"/>
          <w:smallCaps w:val="0"/>
          <w:strike w:val="0"/>
          <w:sz w:val="22"/>
          <w:highlight w:val="cyan"/>
          <w:u w:val="single"/>
        </w:rPr>
        <w:t>inherently social</w:t>
      </w:r>
      <w:r>
        <w:rPr>
          <w:b w:val="0"/>
          <w:i w:val="0"/>
          <w:smallCaps w:val="0"/>
          <w:strike w:val="0"/>
          <w:sz w:val="16"/>
          <w:u w:val="none"/>
        </w:rPr>
        <w:t xml:space="preserve"> activity; </w:t>
      </w:r>
      <w:r>
        <w:rPr>
          <w:b w:val="0"/>
          <w:i w:val="0"/>
          <w:smallCaps w:val="0"/>
          <w:strike w:val="0"/>
          <w:u w:val="single"/>
        </w:rPr>
        <w:t>what a creator does is</w:t>
      </w:r>
      <w:r>
        <w:rPr>
          <w:b w:val="0"/>
          <w:i w:val="0"/>
          <w:smallCaps w:val="0"/>
          <w:strike w:val="0"/>
          <w:sz w:val="16"/>
          <w:u w:val="none"/>
        </w:rPr>
        <w:t xml:space="preserve"> tightly </w:t>
      </w:r>
      <w:r>
        <w:rPr>
          <w:b w:val="0"/>
          <w:i w:val="0"/>
          <w:smallCaps w:val="0"/>
          <w:strike w:val="0"/>
          <w:u w:val="single"/>
        </w:rPr>
        <w:t>wound up in the domain of culturally available ideas</w:t>
      </w:r>
      <w:r>
        <w:rPr>
          <w:b w:val="0"/>
          <w:i w:val="0"/>
          <w:smallCaps w:val="0"/>
          <w:strike w:val="0"/>
          <w:sz w:val="16"/>
          <w:u w:val="none"/>
        </w:rPr>
        <w:t xml:space="preserve">, </w:t>
      </w:r>
      <w:r>
        <w:rPr>
          <w:b w:val="0"/>
          <w:i w:val="0"/>
          <w:smallCaps w:val="0"/>
          <w:strike w:val="0"/>
          <w:u w:val="single"/>
        </w:rPr>
        <w:t>images</w:t>
      </w:r>
      <w:r>
        <w:rPr>
          <w:b w:val="0"/>
          <w:i w:val="0"/>
          <w:smallCaps w:val="0"/>
          <w:strike w:val="0"/>
          <w:sz w:val="16"/>
          <w:u w:val="none"/>
        </w:rPr>
        <w:t xml:space="preserve">, </w:t>
      </w:r>
      <w:r>
        <w:rPr>
          <w:b w:val="0"/>
          <w:i w:val="0"/>
          <w:smallCaps w:val="0"/>
          <w:strike w:val="0"/>
          <w:u w:val="single"/>
        </w:rPr>
        <w:t>and texts</w:t>
      </w:r>
      <w:r>
        <w:rPr>
          <w:b w:val="0"/>
          <w:i w:val="0"/>
          <w:smallCaps w:val="0"/>
          <w:strike w:val="0"/>
          <w:sz w:val="16"/>
          <w:u w:val="none"/>
        </w:rPr>
        <w:t xml:space="preserve">, </w:t>
      </w:r>
      <w:r>
        <w:rPr>
          <w:b w:val="0"/>
          <w:i w:val="0"/>
          <w:smallCaps w:val="0"/>
          <w:strike w:val="0"/>
          <w:u w:val="single"/>
        </w:rPr>
        <w:t>so</w:t>
      </w:r>
      <w:r>
        <w:rPr>
          <w:b w:val="0"/>
          <w:i w:val="0"/>
          <w:smallCaps w:val="0"/>
          <w:strike w:val="0"/>
          <w:sz w:val="16"/>
          <w:u w:val="none"/>
        </w:rPr>
        <w:t xml:space="preserve"> any </w:t>
      </w:r>
      <w:r>
        <w:rPr>
          <w:b w:val="0"/>
          <w:i w:val="0"/>
          <w:smallCaps w:val="0"/>
          <w:strike w:val="0"/>
          <w:u w:val="single"/>
        </w:rPr>
        <w:t>limits on the</w:t>
      </w:r>
      <w:r>
        <w:rPr>
          <w:b w:val="0"/>
          <w:i w:val="0"/>
          <w:smallCaps w:val="0"/>
          <w:strike w:val="0"/>
          <w:sz w:val="16"/>
          <w:u w:val="none"/>
        </w:rPr>
        <w:t xml:space="preserve"> “</w:t>
      </w:r>
      <w:r>
        <w:rPr>
          <w:b w:val="0"/>
          <w:i w:val="0"/>
          <w:smallCaps w:val="0"/>
          <w:strike w:val="0"/>
          <w:u w:val="single"/>
        </w:rPr>
        <w:t>raw material</w:t>
      </w:r>
      <w:r>
        <w:rPr>
          <w:b w:val="0"/>
          <w:i w:val="0"/>
          <w:smallCaps w:val="0"/>
          <w:strike w:val="0"/>
          <w:sz w:val="16"/>
          <w:u w:val="none"/>
        </w:rPr>
        <w:t xml:space="preserve">” </w:t>
      </w:r>
      <w:r>
        <w:rPr>
          <w:b w:val="0"/>
          <w:i w:val="0"/>
          <w:smallCaps w:val="0"/>
          <w:strike w:val="0"/>
          <w:u w:val="single"/>
        </w:rPr>
        <w:t>of creativity</w:t>
      </w:r>
      <w:r>
        <w:rPr>
          <w:b w:val="0"/>
          <w:i w:val="0"/>
          <w:smallCaps w:val="0"/>
          <w:strike w:val="0"/>
          <w:sz w:val="16"/>
          <w:u w:val="none"/>
        </w:rPr>
        <w:t xml:space="preserve"> (whether </w:t>
      </w:r>
      <w:r>
        <w:rPr>
          <w:b w:val="0"/>
          <w:i w:val="0"/>
          <w:smallCaps w:val="0"/>
          <w:strike w:val="0"/>
          <w:u w:val="single"/>
        </w:rPr>
        <w:t>due to cost</w:t>
      </w:r>
      <w:r>
        <w:rPr>
          <w:b w:val="0"/>
          <w:i w:val="0"/>
          <w:smallCaps w:val="0"/>
          <w:strike w:val="0"/>
          <w:sz w:val="16"/>
          <w:u w:val="none"/>
        </w:rPr>
        <w:t xml:space="preserve">, </w:t>
      </w:r>
      <w:r>
        <w:rPr>
          <w:b w:val="0"/>
          <w:i w:val="0"/>
          <w:smallCaps w:val="0"/>
          <w:strike w:val="0"/>
          <w:u w:val="single"/>
        </w:rPr>
        <w:t>law</w:t>
      </w:r>
      <w:r>
        <w:rPr>
          <w:b w:val="0"/>
          <w:i w:val="0"/>
          <w:smallCaps w:val="0"/>
          <w:strike w:val="0"/>
          <w:sz w:val="16"/>
          <w:u w:val="none"/>
        </w:rPr>
        <w:t xml:space="preserve">, </w:t>
      </w:r>
      <w:r>
        <w:rPr>
          <w:b w:val="0"/>
          <w:i w:val="0"/>
          <w:smallCaps w:val="0"/>
          <w:strike w:val="0"/>
          <w:u w:val="single"/>
        </w:rPr>
        <w:t>or technology</w:t>
      </w:r>
      <w:r>
        <w:rPr>
          <w:b w:val="0"/>
          <w:i w:val="0"/>
          <w:smallCaps w:val="0"/>
          <w:strike w:val="0"/>
          <w:sz w:val="16"/>
          <w:u w:val="none"/>
        </w:rPr>
        <w:t xml:space="preserve">) </w:t>
      </w:r>
      <w:r>
        <w:rPr>
          <w:b w:val="0"/>
          <w:i w:val="0"/>
          <w:smallCaps w:val="0"/>
          <w:strike w:val="0"/>
          <w:u w:val="single"/>
        </w:rPr>
        <w:t>will shape the possibilities of creative expression</w:t>
      </w:r>
      <w:r>
        <w:rPr>
          <w:b w:val="0"/>
          <w:i w:val="0"/>
          <w:smallCaps w:val="0"/>
          <w:strike w:val="0"/>
          <w:sz w:val="16"/>
          <w:u w:val="none"/>
        </w:rPr>
        <w:t xml:space="preserve">.12 </w:t>
      </w:r>
      <w:r>
        <w:rPr>
          <w:b/>
          <w:i w:val="0"/>
          <w:smallCaps w:val="0"/>
          <w:strike w:val="0"/>
          <w:sz w:val="22"/>
          <w:u w:val="single"/>
        </w:rPr>
        <w:t>Creativity does not exist without culture</w:t>
      </w:r>
      <w:r>
        <w:rPr>
          <w:b w:val="0"/>
          <w:i w:val="0"/>
          <w:smallCaps w:val="0"/>
          <w:strike w:val="0"/>
          <w:sz w:val="16"/>
          <w:u w:val="none"/>
        </w:rPr>
        <w:t xml:space="preserve">, </w:t>
      </w:r>
      <w:r>
        <w:rPr>
          <w:b w:val="0"/>
          <w:i w:val="0"/>
          <w:smallCaps w:val="0"/>
          <w:strike w:val="0"/>
          <w:u w:val="single"/>
        </w:rPr>
        <w:t xml:space="preserve">and </w:t>
      </w:r>
      <w:r>
        <w:rPr>
          <w:b/>
          <w:i w:val="0"/>
          <w:smallCaps w:val="0"/>
          <w:strike w:val="0"/>
          <w:sz w:val="22"/>
          <w:u w:val="single"/>
        </w:rPr>
        <w:t>culture is never static</w:t>
      </w:r>
      <w:r>
        <w:rPr>
          <w:b w:val="0"/>
          <w:i w:val="0"/>
          <w:smallCaps w:val="0"/>
          <w:strike w:val="0"/>
          <w:sz w:val="16"/>
          <w:u w:val="none"/>
        </w:rPr>
        <w:t xml:space="preserve">, and accordingly </w:t>
      </w:r>
      <w:r>
        <w:rPr>
          <w:b w:val="0"/>
          <w:i w:val="0"/>
          <w:smallCaps w:val="0"/>
          <w:strike w:val="0"/>
          <w:u w:val="single"/>
        </w:rPr>
        <w:t>IP scholarship now</w:t>
      </w:r>
      <w:r>
        <w:rPr>
          <w:b w:val="0"/>
          <w:i w:val="0"/>
          <w:smallCaps w:val="0"/>
          <w:strike w:val="0"/>
          <w:sz w:val="16"/>
          <w:u w:val="none"/>
        </w:rPr>
        <w:t xml:space="preserve"> almost universally </w:t>
      </w:r>
      <w:r>
        <w:rPr>
          <w:b w:val="0"/>
          <w:i w:val="0"/>
          <w:smallCaps w:val="0"/>
          <w:strike w:val="0"/>
          <w:u w:val="single"/>
        </w:rPr>
        <w:t>recognizes</w:t>
      </w:r>
      <w:r>
        <w:rPr>
          <w:b w:val="0"/>
          <w:i w:val="0"/>
          <w:smallCaps w:val="0"/>
          <w:strike w:val="0"/>
          <w:sz w:val="16"/>
          <w:u w:val="none"/>
        </w:rPr>
        <w:t xml:space="preserve"> that creativity and culture build upon themselves, piecing themselves together as today’s creators build o</w:t>
      </w:r>
      <w:r>
        <w:rPr>
          <w:b w:val="0"/>
          <w:i w:val="0"/>
          <w:smallCaps w:val="0"/>
          <w:strike w:val="0"/>
          <w:sz w:val="16"/>
          <w:u w:val="none"/>
        </w:rPr>
      </w:r>
      <w:r>
        <w:rPr>
          <w:b w:val="0"/>
          <w:i w:val="0"/>
          <w:smallCaps w:val="0"/>
          <w:strike w:val="0"/>
          <w:sz w:val="16"/>
          <w:u w:val="none"/>
        </w:rPr>
        <w:t xml:space="preserve"> their peers and predecessors to produce tomorrow’s cultural landscape.13 </w:t>
      </w:r>
    </w:p>
    <w:p>
      <w:pPr>
        <w:spacing w:after="60"/>
      </w:pPr>
      <w:r>
        <w:rPr>
          <w:b w:val="0"/>
          <w:i w:val="0"/>
          <w:smallCaps w:val="0"/>
          <w:strike w:val="0"/>
          <w:sz w:val="16"/>
          <w:u w:val="none"/>
        </w:rPr>
        <w:t>Although such “</w:t>
      </w:r>
      <w:r>
        <w:rPr>
          <w:b/>
          <w:i w:val="0"/>
          <w:smallCaps w:val="0"/>
          <w:strike w:val="0"/>
          <w:sz w:val="22"/>
          <w:highlight w:val="cyan"/>
          <w:u w:val="single"/>
        </w:rPr>
        <w:t>postmodern</w:t>
      </w:r>
      <w:r>
        <w:rPr>
          <w:b w:val="0"/>
          <w:i w:val="0"/>
          <w:smallCaps w:val="0"/>
          <w:strike w:val="0"/>
          <w:sz w:val="16"/>
          <w:u w:val="none"/>
        </w:rPr>
        <w:t xml:space="preserve">” </w:t>
      </w:r>
      <w:r>
        <w:rPr>
          <w:b/>
          <w:i w:val="0"/>
          <w:smallCaps w:val="0"/>
          <w:strike w:val="0"/>
          <w:sz w:val="22"/>
          <w:highlight w:val="cyan"/>
          <w:u w:val="single"/>
        </w:rPr>
        <w:t>turns</w:t>
      </w:r>
      <w:r>
        <w:rPr>
          <w:b w:val="0"/>
          <w:i w:val="0"/>
          <w:smallCaps w:val="0"/>
          <w:strike w:val="0"/>
          <w:u w:val="single"/>
        </w:rPr>
        <w:t xml:space="preserve"> away from the liberal subject </w:t>
      </w:r>
      <w:r>
        <w:rPr>
          <w:b/>
          <w:i w:val="0"/>
          <w:smallCaps w:val="0"/>
          <w:strike w:val="0"/>
          <w:sz w:val="22"/>
          <w:highlight w:val="cyan"/>
          <w:u w:val="single"/>
        </w:rPr>
        <w:t>are</w:t>
      </w:r>
      <w:r>
        <w:rPr>
          <w:b w:val="0"/>
          <w:i w:val="0"/>
          <w:smallCaps w:val="0"/>
          <w:strike w:val="0"/>
          <w:sz w:val="16"/>
          <w:u w:val="none"/>
        </w:rPr>
        <w:t xml:space="preserve"> </w:t>
      </w:r>
      <w:r>
        <w:rPr>
          <w:b w:val="0"/>
          <w:i w:val="0"/>
          <w:smallCaps w:val="0"/>
          <w:strike w:val="0"/>
          <w:u w:val="single"/>
        </w:rPr>
        <w:t>often</w:t>
      </w:r>
      <w:r>
        <w:rPr>
          <w:b w:val="0"/>
          <w:i w:val="0"/>
          <w:smallCaps w:val="0"/>
          <w:strike w:val="0"/>
          <w:sz w:val="16"/>
          <w:u w:val="none"/>
        </w:rPr>
        <w:t xml:space="preserve"> </w:t>
      </w:r>
      <w:r>
        <w:rPr>
          <w:b/>
          <w:i w:val="0"/>
          <w:smallCaps w:val="0"/>
          <w:strike w:val="0"/>
          <w:sz w:val="22"/>
          <w:highlight w:val="cyan"/>
          <w:u w:val="single"/>
        </w:rPr>
        <w:t>dismissed</w:t>
      </w:r>
      <w:r>
        <w:rPr>
          <w:b w:val="0"/>
          <w:i w:val="0"/>
          <w:smallCaps w:val="0"/>
          <w:strike w:val="0"/>
          <w:sz w:val="16"/>
          <w:u w:val="none"/>
        </w:rPr>
        <w:t xml:space="preserve"> among legal theorists </w:t>
      </w:r>
      <w:r>
        <w:rPr>
          <w:b w:val="0"/>
          <w:i w:val="0"/>
          <w:smallCaps w:val="0"/>
          <w:strike w:val="0"/>
          <w:highlight w:val="cyan"/>
          <w:u w:val="single"/>
        </w:rPr>
        <w:t xml:space="preserve">for being </w:t>
      </w:r>
      <w:r>
        <w:rPr>
          <w:b/>
          <w:i w:val="0"/>
          <w:smallCaps w:val="0"/>
          <w:strike w:val="0"/>
          <w:sz w:val="22"/>
          <w:highlight w:val="cyan"/>
          <w:u w:val="single"/>
        </w:rPr>
        <w:t>overly abstract</w:t>
      </w:r>
      <w:r>
        <w:rPr>
          <w:b/>
          <w:i w:val="0"/>
          <w:smallCaps w:val="0"/>
          <w:strike w:val="0"/>
          <w:sz w:val="22"/>
          <w:u w:val="single"/>
        </w:rPr>
        <w:t xml:space="preserve"> </w:t>
      </w:r>
      <w:r>
        <w:rPr>
          <w:b w:val="0"/>
          <w:i w:val="0"/>
          <w:smallCaps w:val="0"/>
          <w:strike w:val="0"/>
          <w:u w:val="single"/>
        </w:rPr>
        <w:t>and academic</w:t>
      </w:r>
      <w:r>
        <w:rPr>
          <w:b w:val="0"/>
          <w:i w:val="0"/>
          <w:smallCaps w:val="0"/>
          <w:strike w:val="0"/>
          <w:sz w:val="16"/>
          <w:u w:val="none"/>
        </w:rPr>
        <w:t xml:space="preserve">,14 both of the above </w:t>
      </w:r>
      <w:r>
        <w:rPr>
          <w:b/>
          <w:i w:val="0"/>
          <w:smallCaps w:val="0"/>
          <w:strike w:val="0"/>
          <w:sz w:val="22"/>
          <w:highlight w:val="cyan"/>
          <w:u w:val="single"/>
        </w:rPr>
        <w:t>scholarly shifts</w:t>
      </w:r>
      <w:r>
        <w:rPr>
          <w:b w:val="0"/>
          <w:i w:val="0"/>
          <w:smallCaps w:val="0"/>
          <w:strike w:val="0"/>
          <w:sz w:val="16"/>
          <w:u w:val="none"/>
        </w:rPr>
        <w:t xml:space="preserve"> </w:t>
      </w:r>
      <w:r>
        <w:rPr>
          <w:b w:val="0"/>
          <w:i w:val="0"/>
          <w:smallCaps w:val="0"/>
          <w:strike w:val="0"/>
          <w:u w:val="single"/>
        </w:rPr>
        <w:t xml:space="preserve">have been </w:t>
      </w:r>
      <w:r>
        <w:rPr>
          <w:b/>
          <w:i w:val="0"/>
          <w:smallCaps w:val="0"/>
          <w:strike w:val="0"/>
          <w:sz w:val="22"/>
          <w:highlight w:val="cyan"/>
          <w:u w:val="single"/>
        </w:rPr>
        <w:t>accompanied</w:t>
      </w:r>
      <w:r>
        <w:rPr>
          <w:b w:val="0"/>
          <w:i w:val="0"/>
          <w:smallCaps w:val="0"/>
          <w:strike w:val="0"/>
          <w:u w:val="single"/>
        </w:rPr>
        <w:t xml:space="preserve"> not just by theory and jargon</w:t>
      </w:r>
      <w:r>
        <w:rPr>
          <w:b w:val="0"/>
          <w:i w:val="0"/>
          <w:smallCaps w:val="0"/>
          <w:strike w:val="0"/>
          <w:sz w:val="16"/>
          <w:u w:val="none"/>
        </w:rPr>
        <w:t xml:space="preserve">, but also </w:t>
      </w:r>
      <w:r>
        <w:rPr>
          <w:b w:val="0"/>
          <w:i w:val="0"/>
          <w:smallCaps w:val="0"/>
          <w:strike w:val="0"/>
          <w:highlight w:val="cyan"/>
          <w:u w:val="single"/>
        </w:rPr>
        <w:t>by a</w:t>
      </w:r>
      <w:r>
        <w:rPr>
          <w:b w:val="0"/>
          <w:i w:val="0"/>
          <w:smallCaps w:val="0"/>
          <w:strike w:val="0"/>
          <w:u w:val="single"/>
        </w:rPr>
        <w:t xml:space="preserve"> pronounced </w:t>
      </w:r>
      <w:r>
        <w:rPr>
          <w:b/>
          <w:i w:val="0"/>
          <w:smallCaps w:val="0"/>
          <w:strike w:val="0"/>
          <w:sz w:val="22"/>
          <w:highlight w:val="cyan"/>
          <w:u w:val="single"/>
        </w:rPr>
        <w:t>focus</w:t>
      </w:r>
      <w:r>
        <w:rPr>
          <w:b w:val="0"/>
          <w:i w:val="0"/>
          <w:smallCaps w:val="0"/>
          <w:strike w:val="0"/>
          <w:highlight w:val="cyan"/>
          <w:u w:val="single"/>
        </w:rPr>
        <w:t xml:space="preserve"> on</w:t>
      </w:r>
      <w:r>
        <w:rPr>
          <w:b w:val="0"/>
          <w:i w:val="0"/>
          <w:smallCaps w:val="0"/>
          <w:strike w:val="0"/>
          <w:sz w:val="16"/>
          <w:u w:val="none"/>
        </w:rPr>
        <w:t xml:space="preserve"> the experiences of </w:t>
      </w:r>
      <w:r>
        <w:rPr>
          <w:b w:val="0"/>
          <w:i w:val="0"/>
          <w:smallCaps w:val="0"/>
          <w:strike w:val="0"/>
          <w:highlight w:val="cyan"/>
          <w:u w:val="single"/>
        </w:rPr>
        <w:t>individuals actually living with norms of gender and sexuality</w:t>
      </w:r>
      <w:r>
        <w:rPr>
          <w:b w:val="0"/>
          <w:i w:val="0"/>
          <w:smallCaps w:val="0"/>
          <w:strike w:val="0"/>
          <w:sz w:val="16"/>
          <w:u w:val="none"/>
        </w:rPr>
        <w:t xml:space="preserve"> (in queer theory) and </w:t>
      </w:r>
      <w:r>
        <w:rPr>
          <w:b w:val="0"/>
          <w:i w:val="0"/>
          <w:smallCaps w:val="0"/>
          <w:strike w:val="0"/>
          <w:u w:val="single"/>
        </w:rPr>
        <w:t>creativity and copying</w:t>
      </w:r>
      <w:r>
        <w:rPr>
          <w:b w:val="0"/>
          <w:i w:val="0"/>
          <w:smallCaps w:val="0"/>
          <w:strike w:val="0"/>
          <w:sz w:val="16"/>
          <w:u w:val="none"/>
        </w:rPr>
        <w:t xml:space="preserve"> (in IP theory). In the queer context, </w:t>
      </w:r>
      <w:r>
        <w:rPr>
          <w:b w:val="0"/>
          <w:i w:val="0"/>
          <w:smallCaps w:val="0"/>
          <w:strike w:val="0"/>
          <w:u w:val="single"/>
        </w:rPr>
        <w:t>drag performances</w:t>
      </w:r>
      <w:r>
        <w:rPr>
          <w:b w:val="0"/>
          <w:i w:val="0"/>
          <w:smallCaps w:val="0"/>
          <w:strike w:val="0"/>
          <w:sz w:val="16"/>
          <w:u w:val="none"/>
        </w:rPr>
        <w:t xml:space="preserve">,15 </w:t>
      </w:r>
      <w:r>
        <w:rPr>
          <w:b w:val="0"/>
          <w:i w:val="0"/>
          <w:smallCaps w:val="0"/>
          <w:strike w:val="0"/>
          <w:u w:val="single"/>
        </w:rPr>
        <w:t>locker rooms</w:t>
      </w:r>
      <w:r>
        <w:rPr>
          <w:b w:val="0"/>
          <w:i w:val="0"/>
          <w:smallCaps w:val="0"/>
          <w:strike w:val="0"/>
          <w:sz w:val="16"/>
          <w:u w:val="none"/>
        </w:rPr>
        <w:t xml:space="preserve">,16 </w:t>
      </w:r>
      <w:r>
        <w:rPr>
          <w:b w:val="0"/>
          <w:i w:val="0"/>
          <w:smallCaps w:val="0"/>
          <w:strike w:val="0"/>
          <w:u w:val="single"/>
        </w:rPr>
        <w:t>late-night lesbian bars</w:t>
      </w:r>
      <w:r>
        <w:rPr>
          <w:b w:val="0"/>
          <w:i w:val="0"/>
          <w:smallCaps w:val="0"/>
          <w:strike w:val="0"/>
          <w:sz w:val="16"/>
          <w:u w:val="none"/>
        </w:rPr>
        <w:t xml:space="preserve">,17 </w:t>
      </w:r>
      <w:r>
        <w:rPr>
          <w:b w:val="0"/>
          <w:i w:val="0"/>
          <w:smallCaps w:val="0"/>
          <w:strike w:val="0"/>
          <w:u w:val="single"/>
        </w:rPr>
        <w:t>S&amp;M clubs</w:t>
      </w:r>
      <w:r>
        <w:rPr>
          <w:b w:val="0"/>
          <w:i w:val="0"/>
          <w:smallCaps w:val="0"/>
          <w:strike w:val="0"/>
          <w:sz w:val="16"/>
          <w:u w:val="none"/>
        </w:rPr>
        <w:t xml:space="preserve">,18 and many other venues have been investigated as </w:t>
      </w:r>
      <w:r>
        <w:rPr>
          <w:b w:val="0"/>
          <w:i w:val="0"/>
          <w:smallCaps w:val="0"/>
          <w:strike w:val="0"/>
          <w:u w:val="single"/>
        </w:rPr>
        <w:t>sites where the traditional social correlations of bodies</w:t>
      </w:r>
      <w:r>
        <w:rPr>
          <w:b w:val="0"/>
          <w:i w:val="0"/>
          <w:smallCaps w:val="0"/>
          <w:strike w:val="0"/>
          <w:sz w:val="16"/>
          <w:u w:val="none"/>
        </w:rPr>
        <w:t xml:space="preserve">, </w:t>
      </w:r>
      <w:r>
        <w:rPr>
          <w:b/>
          <w:i w:val="0"/>
          <w:smallCaps w:val="0"/>
          <w:strike w:val="0"/>
          <w:sz w:val="22"/>
          <w:u w:val="single"/>
        </w:rPr>
        <w:t>desires</w:t>
      </w:r>
      <w:r>
        <w:rPr>
          <w:b w:val="0"/>
          <w:i w:val="0"/>
          <w:smallCaps w:val="0"/>
          <w:strike w:val="0"/>
          <w:sz w:val="16"/>
          <w:u w:val="none"/>
        </w:rPr>
        <w:t xml:space="preserve">, </w:t>
      </w:r>
      <w:r>
        <w:rPr>
          <w:b w:val="0"/>
          <w:i w:val="0"/>
          <w:smallCaps w:val="0"/>
          <w:strike w:val="0"/>
          <w:u w:val="single"/>
        </w:rPr>
        <w:t>kinship</w:t>
      </w:r>
      <w:r>
        <w:rPr>
          <w:b w:val="0"/>
          <w:i w:val="0"/>
          <w:smallCaps w:val="0"/>
          <w:strike w:val="0"/>
          <w:sz w:val="16"/>
          <w:u w:val="none"/>
        </w:rPr>
        <w:t xml:space="preserve">, </w:t>
      </w:r>
      <w:r>
        <w:rPr>
          <w:b w:val="0"/>
          <w:i w:val="0"/>
          <w:smallCaps w:val="0"/>
          <w:strike w:val="0"/>
          <w:u w:val="single"/>
        </w:rPr>
        <w:t xml:space="preserve">and </w:t>
      </w:r>
      <w:r>
        <w:rPr>
          <w:b/>
          <w:i w:val="0"/>
          <w:smallCaps w:val="0"/>
          <w:strike w:val="0"/>
          <w:sz w:val="22"/>
          <w:u w:val="single"/>
        </w:rPr>
        <w:t>temporality</w:t>
      </w:r>
      <w:r>
        <w:rPr>
          <w:b w:val="0"/>
          <w:i w:val="0"/>
          <w:smallCaps w:val="0"/>
          <w:strike w:val="0"/>
          <w:sz w:val="16"/>
          <w:u w:val="none"/>
        </w:rPr>
        <w:t xml:space="preserve"> </w:t>
      </w:r>
      <w:r>
        <w:rPr>
          <w:b/>
          <w:i w:val="0"/>
          <w:smallCaps w:val="0"/>
          <w:strike w:val="0"/>
          <w:sz w:val="22"/>
          <w:u w:val="single"/>
        </w:rPr>
        <w:t>come apart</w:t>
      </w:r>
      <w:r>
        <w:rPr>
          <w:b w:val="0"/>
          <w:i w:val="0"/>
          <w:smallCaps w:val="0"/>
          <w:strike w:val="0"/>
          <w:u w:val="single"/>
        </w:rPr>
        <w:t xml:space="preserve"> and new ways of imagining their intersections come to the surface</w:t>
      </w:r>
      <w:r>
        <w:rPr>
          <w:b w:val="0"/>
          <w:i w:val="0"/>
          <w:smallCaps w:val="0"/>
          <w:strike w:val="0"/>
          <w:sz w:val="16"/>
          <w:u w:val="none"/>
        </w:rPr>
        <w:t xml:space="preserve">. </w:t>
      </w:r>
      <w:r>
        <w:rPr>
          <w:b w:val="0"/>
          <w:i w:val="0"/>
          <w:smallCaps w:val="0"/>
          <w:strike w:val="0"/>
          <w:u w:val="single"/>
        </w:rPr>
        <w:t>In</w:t>
      </w:r>
      <w:r>
        <w:rPr>
          <w:b w:val="0"/>
          <w:i w:val="0"/>
          <w:smallCaps w:val="0"/>
          <w:strike w:val="0"/>
          <w:sz w:val="16"/>
          <w:u w:val="none"/>
        </w:rPr>
        <w:t xml:space="preserve"> the </w:t>
      </w:r>
      <w:r>
        <w:rPr>
          <w:b w:val="0"/>
          <w:i w:val="0"/>
          <w:smallCaps w:val="0"/>
          <w:strike w:val="0"/>
          <w:u w:val="single"/>
        </w:rPr>
        <w:t>IP</w:t>
      </w:r>
      <w:r>
        <w:rPr>
          <w:b w:val="0"/>
          <w:i w:val="0"/>
          <w:smallCaps w:val="0"/>
          <w:strike w:val="0"/>
          <w:sz w:val="16"/>
          <w:u w:val="none"/>
        </w:rPr>
        <w:t xml:space="preserve"> context, scholars have studied an incredibly diverse range of creative communities: </w:t>
      </w:r>
      <w:r>
        <w:rPr>
          <w:b w:val="0"/>
          <w:i w:val="0"/>
          <w:smallCaps w:val="0"/>
          <w:strike w:val="0"/>
          <w:u w:val="single"/>
        </w:rPr>
        <w:t>clowns</w:t>
      </w:r>
      <w:r>
        <w:rPr>
          <w:b w:val="0"/>
          <w:i w:val="0"/>
          <w:smallCaps w:val="0"/>
          <w:strike w:val="0"/>
          <w:sz w:val="16"/>
          <w:u w:val="none"/>
        </w:rPr>
        <w:t xml:space="preserve">,19 </w:t>
      </w:r>
      <w:r>
        <w:rPr>
          <w:b w:val="0"/>
          <w:i w:val="0"/>
          <w:smallCaps w:val="0"/>
          <w:strike w:val="0"/>
          <w:u w:val="single"/>
        </w:rPr>
        <w:t>fashion designers</w:t>
      </w:r>
      <w:r>
        <w:rPr>
          <w:b w:val="0"/>
          <w:i w:val="0"/>
          <w:smallCaps w:val="0"/>
          <w:strike w:val="0"/>
          <w:sz w:val="16"/>
          <w:u w:val="none"/>
        </w:rPr>
        <w:t xml:space="preserve">,20 stand-up </w:t>
      </w:r>
      <w:r>
        <w:rPr>
          <w:b w:val="0"/>
          <w:i w:val="0"/>
          <w:smallCaps w:val="0"/>
          <w:strike w:val="0"/>
          <w:u w:val="single"/>
        </w:rPr>
        <w:t>comedians</w:t>
      </w:r>
      <w:r>
        <w:rPr>
          <w:b w:val="0"/>
          <w:i w:val="0"/>
          <w:smallCaps w:val="0"/>
          <w:strike w:val="0"/>
          <w:sz w:val="16"/>
          <w:u w:val="none"/>
        </w:rPr>
        <w:t xml:space="preserve">,21 </w:t>
      </w:r>
      <w:r>
        <w:rPr>
          <w:b w:val="0"/>
          <w:i w:val="0"/>
          <w:smallCaps w:val="0"/>
          <w:strike w:val="0"/>
          <w:u w:val="single"/>
        </w:rPr>
        <w:t>chefs</w:t>
      </w:r>
      <w:r>
        <w:rPr>
          <w:b w:val="0"/>
          <w:i w:val="0"/>
          <w:smallCaps w:val="0"/>
          <w:strike w:val="0"/>
          <w:sz w:val="16"/>
          <w:u w:val="none"/>
        </w:rPr>
        <w:t xml:space="preserve">,22 open source </w:t>
      </w:r>
      <w:r>
        <w:rPr>
          <w:b w:val="0"/>
          <w:i w:val="0"/>
          <w:smallCaps w:val="0"/>
          <w:strike w:val="0"/>
          <w:u w:val="single"/>
        </w:rPr>
        <w:t>programmers</w:t>
      </w:r>
      <w:r>
        <w:rPr>
          <w:b w:val="0"/>
          <w:i w:val="0"/>
          <w:smallCaps w:val="0"/>
          <w:strike w:val="0"/>
          <w:sz w:val="16"/>
          <w:u w:val="none"/>
        </w:rPr>
        <w:t xml:space="preserve">,23 </w:t>
      </w:r>
      <w:r>
        <w:rPr>
          <w:b w:val="0"/>
          <w:i w:val="0"/>
          <w:smallCaps w:val="0"/>
          <w:strike w:val="0"/>
          <w:u w:val="single"/>
        </w:rPr>
        <w:t>craft brewers</w:t>
      </w:r>
      <w:r>
        <w:rPr>
          <w:b w:val="0"/>
          <w:i w:val="0"/>
          <w:smallCaps w:val="0"/>
          <w:strike w:val="0"/>
          <w:sz w:val="16"/>
          <w:u w:val="none"/>
        </w:rPr>
        <w:t xml:space="preserve">,24 </w:t>
      </w:r>
      <w:r>
        <w:rPr>
          <w:b w:val="0"/>
          <w:i w:val="0"/>
          <w:smallCaps w:val="0"/>
          <w:strike w:val="0"/>
          <w:u w:val="single"/>
        </w:rPr>
        <w:t>roller derby contestants</w:t>
      </w:r>
      <w:r>
        <w:rPr>
          <w:b w:val="0"/>
          <w:i w:val="0"/>
          <w:smallCaps w:val="0"/>
          <w:strike w:val="0"/>
          <w:sz w:val="16"/>
          <w:u w:val="none"/>
        </w:rPr>
        <w:t xml:space="preserve">,25 and (again!) </w:t>
      </w:r>
      <w:r>
        <w:rPr>
          <w:b w:val="0"/>
          <w:i w:val="0"/>
          <w:smallCaps w:val="0"/>
          <w:strike w:val="0"/>
          <w:u w:val="single"/>
        </w:rPr>
        <w:t>drag queens</w:t>
      </w:r>
      <w:r>
        <w:rPr>
          <w:b w:val="0"/>
          <w:i w:val="0"/>
          <w:smallCaps w:val="0"/>
          <w:strike w:val="0"/>
          <w:sz w:val="16"/>
          <w:u w:val="none"/>
        </w:rPr>
        <w:t xml:space="preserve">.26 These studies eschew grand explanatory theories of creativity and </w:t>
      </w:r>
      <w:r>
        <w:rPr>
          <w:b/>
          <w:i w:val="0"/>
          <w:smallCaps w:val="0"/>
          <w:strike w:val="0"/>
          <w:sz w:val="22"/>
          <w:highlight w:val="cyan"/>
          <w:u w:val="single"/>
        </w:rPr>
        <w:t>undermine</w:t>
      </w:r>
      <w:r>
        <w:rPr>
          <w:b w:val="0"/>
          <w:i w:val="0"/>
          <w:smallCaps w:val="0"/>
          <w:strike w:val="0"/>
          <w:highlight w:val="cyan"/>
          <w:u w:val="single"/>
        </w:rPr>
        <w:t xml:space="preserve"> the notion that</w:t>
      </w:r>
      <w:r>
        <w:rPr>
          <w:b w:val="0"/>
          <w:i w:val="0"/>
          <w:smallCaps w:val="0"/>
          <w:strike w:val="0"/>
          <w:u w:val="single"/>
        </w:rPr>
        <w:t xml:space="preserve"> encouraging </w:t>
      </w:r>
      <w:r>
        <w:rPr>
          <w:b/>
          <w:i w:val="0"/>
          <w:smallCaps w:val="0"/>
          <w:strike w:val="0"/>
          <w:sz w:val="22"/>
          <w:highlight w:val="cyan"/>
          <w:u w:val="single"/>
        </w:rPr>
        <w:t>creativity can ever be reduced to economic incentives</w:t>
      </w:r>
      <w:r>
        <w:rPr>
          <w:b w:val="0"/>
          <w:i w:val="0"/>
          <w:smallCaps w:val="0"/>
          <w:strike w:val="0"/>
          <w:sz w:val="16"/>
          <w:u w:val="none"/>
        </w:rPr>
        <w:t xml:space="preserve">.27 Instead, </w:t>
      </w:r>
      <w:r>
        <w:rPr>
          <w:b w:val="0"/>
          <w:i w:val="0"/>
          <w:smallCaps w:val="0"/>
          <w:strike w:val="0"/>
          <w:u w:val="single"/>
        </w:rPr>
        <w:t>what emerges</w:t>
      </w:r>
      <w:r>
        <w:rPr>
          <w:b w:val="0"/>
          <w:i w:val="0"/>
          <w:smallCaps w:val="0"/>
          <w:strike w:val="0"/>
          <w:sz w:val="16"/>
          <w:u w:val="none"/>
        </w:rPr>
        <w:t xml:space="preserve"> from these studies is that creativity </w:t>
      </w:r>
      <w:r>
        <w:rPr>
          <w:b w:val="0"/>
          <w:i w:val="0"/>
          <w:smallCaps w:val="0"/>
          <w:strike w:val="0"/>
          <w:u w:val="single"/>
        </w:rPr>
        <w:t>is shaped by</w:t>
      </w:r>
      <w:r>
        <w:rPr>
          <w:b w:val="0"/>
          <w:i w:val="0"/>
          <w:smallCaps w:val="0"/>
          <w:strike w:val="0"/>
          <w:sz w:val="16"/>
          <w:u w:val="none"/>
        </w:rPr>
        <w:t xml:space="preserve"> the very particular </w:t>
      </w:r>
      <w:r>
        <w:rPr>
          <w:b/>
          <w:i w:val="0"/>
          <w:smallCaps w:val="0"/>
          <w:strike w:val="0"/>
          <w:sz w:val="22"/>
          <w:u w:val="single"/>
        </w:rPr>
        <w:t>norms</w:t>
      </w:r>
      <w:r>
        <w:rPr>
          <w:b w:val="0"/>
          <w:i w:val="0"/>
          <w:smallCaps w:val="0"/>
          <w:strike w:val="0"/>
          <w:sz w:val="16"/>
          <w:u w:val="none"/>
        </w:rPr>
        <w:t xml:space="preserve"> </w:t>
      </w:r>
      <w:r>
        <w:rPr>
          <w:b w:val="0"/>
          <w:i w:val="0"/>
          <w:smallCaps w:val="0"/>
          <w:strike w:val="0"/>
          <w:u w:val="single"/>
        </w:rPr>
        <w:t>of the social environment</w:t>
      </w:r>
      <w:r>
        <w:rPr>
          <w:b w:val="0"/>
          <w:i w:val="0"/>
          <w:smallCaps w:val="0"/>
          <w:strike w:val="0"/>
          <w:sz w:val="16"/>
          <w:u w:val="none"/>
        </w:rPr>
        <w:t xml:space="preserve"> in which they operate. </w:t>
      </w:r>
      <w:r>
        <w:rPr>
          <w:b w:val="0"/>
          <w:i w:val="0"/>
          <w:smallCaps w:val="0"/>
          <w:strike w:val="0"/>
          <w:u w:val="single"/>
        </w:rPr>
        <w:t xml:space="preserve">Social </w:t>
      </w:r>
      <w:r>
        <w:rPr>
          <w:b w:val="0"/>
          <w:i w:val="0"/>
          <w:smallCaps w:val="0"/>
          <w:strike w:val="0"/>
          <w:highlight w:val="cyan"/>
          <w:u w:val="single"/>
        </w:rPr>
        <w:t>norms</w:t>
      </w:r>
      <w:r>
        <w:rPr>
          <w:b w:val="0"/>
          <w:i w:val="0"/>
          <w:smallCaps w:val="0"/>
          <w:strike w:val="0"/>
          <w:sz w:val="16"/>
          <w:u w:val="none"/>
        </w:rPr>
        <w:t xml:space="preserve"> (e.g., </w:t>
      </w:r>
      <w:r>
        <w:rPr>
          <w:b w:val="0"/>
          <w:i w:val="0"/>
          <w:smallCaps w:val="0"/>
          <w:strike w:val="0"/>
          <w:highlight w:val="cyan"/>
          <w:u w:val="single"/>
        </w:rPr>
        <w:t>against copying jokes</w:t>
      </w:r>
      <w:r>
        <w:rPr>
          <w:b w:val="0"/>
          <w:i w:val="0"/>
          <w:smallCaps w:val="0"/>
          <w:strike w:val="0"/>
          <w:sz w:val="16"/>
          <w:u w:val="none"/>
        </w:rPr>
        <w:t xml:space="preserve">) can </w:t>
      </w:r>
      <w:r>
        <w:rPr>
          <w:b w:val="0"/>
          <w:i w:val="0"/>
          <w:smallCaps w:val="0"/>
          <w:strike w:val="0"/>
          <w:u w:val="single"/>
        </w:rPr>
        <w:t xml:space="preserve">supplement or </w:t>
      </w:r>
      <w:r>
        <w:rPr>
          <w:b/>
          <w:i w:val="0"/>
          <w:smallCaps w:val="0"/>
          <w:strike w:val="0"/>
          <w:sz w:val="22"/>
          <w:highlight w:val="cyan"/>
          <w:u w:val="single"/>
        </w:rPr>
        <w:t>substitute for</w:t>
      </w:r>
      <w:r>
        <w:rPr>
          <w:b w:val="0"/>
          <w:i w:val="0"/>
          <w:smallCaps w:val="0"/>
          <w:strike w:val="0"/>
          <w:u w:val="single"/>
        </w:rPr>
        <w:t xml:space="preserve"> formal </w:t>
      </w:r>
      <w:r>
        <w:rPr>
          <w:b/>
          <w:i w:val="0"/>
          <w:smallCaps w:val="0"/>
          <w:strike w:val="0"/>
          <w:sz w:val="22"/>
          <w:highlight w:val="cyan"/>
          <w:u w:val="single"/>
        </w:rPr>
        <w:t>IP laws</w:t>
      </w:r>
      <w:r>
        <w:rPr>
          <w:b w:val="0"/>
          <w:i w:val="0"/>
          <w:smallCaps w:val="0"/>
          <w:strike w:val="0"/>
          <w:u w:val="single"/>
        </w:rPr>
        <w:t xml:space="preserve"> in regulating innovation</w:t>
      </w:r>
      <w:r>
        <w:rPr>
          <w:b w:val="0"/>
          <w:i w:val="0"/>
          <w:smallCaps w:val="0"/>
          <w:strike w:val="0"/>
          <w:sz w:val="16"/>
          <w:u w:val="none"/>
        </w:rPr>
        <w:t xml:space="preserve">,28 </w:t>
      </w:r>
      <w:r>
        <w:rPr>
          <w:b w:val="0"/>
          <w:i w:val="0"/>
          <w:smallCaps w:val="0"/>
          <w:strike w:val="0"/>
          <w:u w:val="single"/>
        </w:rPr>
        <w:t>or</w:t>
      </w:r>
      <w:r>
        <w:rPr>
          <w:b w:val="0"/>
          <w:i w:val="0"/>
          <w:smallCaps w:val="0"/>
          <w:strike w:val="0"/>
          <w:sz w:val="16"/>
          <w:u w:val="none"/>
        </w:rPr>
        <w:t xml:space="preserve"> </w:t>
      </w:r>
      <w:r>
        <w:rPr>
          <w:b w:val="0"/>
          <w:i w:val="0"/>
          <w:smallCaps w:val="0"/>
          <w:strike w:val="0"/>
          <w:u w:val="single"/>
        </w:rPr>
        <w:t xml:space="preserve">the </w:t>
      </w:r>
      <w:r>
        <w:rPr>
          <w:b w:val="0"/>
          <w:i w:val="0"/>
          <w:smallCaps w:val="0"/>
          <w:strike w:val="0"/>
          <w:highlight w:val="cyan"/>
          <w:u w:val="single"/>
        </w:rPr>
        <w:t>sense of belonging</w:t>
      </w:r>
      <w:r>
        <w:rPr>
          <w:b w:val="0"/>
          <w:i w:val="0"/>
          <w:smallCaps w:val="0"/>
          <w:strike w:val="0"/>
          <w:sz w:val="16"/>
          <w:u w:val="none"/>
        </w:rPr>
        <w:t xml:space="preserve"> (e.g., </w:t>
      </w:r>
      <w:r>
        <w:rPr>
          <w:b w:val="0"/>
          <w:i w:val="0"/>
          <w:smallCaps w:val="0"/>
          <w:strike w:val="0"/>
          <w:u w:val="single"/>
        </w:rPr>
        <w:t>to an open source community</w:t>
      </w:r>
      <w:r>
        <w:rPr>
          <w:b w:val="0"/>
          <w:i w:val="0"/>
          <w:smallCaps w:val="0"/>
          <w:strike w:val="0"/>
          <w:sz w:val="16"/>
          <w:u w:val="none"/>
        </w:rPr>
        <w:t xml:space="preserve">) </w:t>
      </w:r>
      <w:r>
        <w:rPr>
          <w:b w:val="0"/>
          <w:i w:val="0"/>
          <w:smallCaps w:val="0"/>
          <w:strike w:val="0"/>
          <w:u w:val="single"/>
        </w:rPr>
        <w:t xml:space="preserve">can </w:t>
      </w:r>
      <w:r>
        <w:rPr>
          <w:b/>
          <w:i w:val="0"/>
          <w:smallCaps w:val="0"/>
          <w:strike w:val="0"/>
          <w:sz w:val="22"/>
          <w:highlight w:val="cyan"/>
          <w:u w:val="single"/>
        </w:rPr>
        <w:t>incentivize</w:t>
      </w:r>
      <w:r>
        <w:rPr>
          <w:b w:val="0"/>
          <w:i w:val="0"/>
          <w:smallCaps w:val="0"/>
          <w:strike w:val="0"/>
          <w:u w:val="single"/>
        </w:rPr>
        <w:t xml:space="preserve"> creative </w:t>
      </w:r>
      <w:r>
        <w:rPr>
          <w:b/>
          <w:i w:val="0"/>
          <w:smallCaps w:val="0"/>
          <w:strike w:val="0"/>
          <w:sz w:val="22"/>
          <w:highlight w:val="cyan"/>
          <w:u w:val="single"/>
        </w:rPr>
        <w:t>activities without</w:t>
      </w:r>
      <w:r>
        <w:rPr>
          <w:b w:val="0"/>
          <w:i w:val="0"/>
          <w:smallCaps w:val="0"/>
          <w:strike w:val="0"/>
          <w:u w:val="single"/>
        </w:rPr>
        <w:t xml:space="preserve"> any promise of </w:t>
      </w:r>
      <w:r>
        <w:rPr>
          <w:b/>
          <w:i w:val="0"/>
          <w:smallCaps w:val="0"/>
          <w:strike w:val="0"/>
          <w:sz w:val="22"/>
          <w:highlight w:val="cyan"/>
          <w:u w:val="single"/>
        </w:rPr>
        <w:t>financial reward</w:t>
      </w:r>
      <w:r>
        <w:rPr>
          <w:b w:val="0"/>
          <w:i w:val="0"/>
          <w:smallCaps w:val="0"/>
          <w:strike w:val="0"/>
          <w:sz w:val="16"/>
          <w:u w:val="none"/>
        </w:rPr>
        <w:t xml:space="preserve">.29 One’s </w:t>
      </w:r>
      <w:r>
        <w:rPr>
          <w:b/>
          <w:i w:val="0"/>
          <w:smallCaps w:val="0"/>
          <w:strike w:val="0"/>
          <w:sz w:val="22"/>
          <w:u w:val="single"/>
        </w:rPr>
        <w:t>identity</w:t>
      </w:r>
      <w:r>
        <w:rPr>
          <w:b w:val="0"/>
          <w:i w:val="0"/>
          <w:smallCaps w:val="0"/>
          <w:strike w:val="0"/>
          <w:u w:val="single"/>
        </w:rPr>
        <w:t xml:space="preserve"> as a clown or chef or derby girl </w:t>
      </w:r>
      <w:r>
        <w:rPr>
          <w:b/>
          <w:i w:val="0"/>
          <w:smallCaps w:val="0"/>
          <w:strike w:val="0"/>
          <w:sz w:val="22"/>
          <w:u w:val="single"/>
        </w:rPr>
        <w:t>is contingent upon</w:t>
      </w:r>
      <w:r>
        <w:rPr>
          <w:b w:val="0"/>
          <w:i w:val="0"/>
          <w:smallCaps w:val="0"/>
          <w:strike w:val="0"/>
          <w:u w:val="single"/>
        </w:rPr>
        <w:t xml:space="preserve"> a sense of </w:t>
      </w:r>
      <w:r>
        <w:rPr>
          <w:b/>
          <w:i w:val="0"/>
          <w:smallCaps w:val="0"/>
          <w:strike w:val="0"/>
          <w:sz w:val="22"/>
          <w:u w:val="single"/>
        </w:rPr>
        <w:t>being part of a</w:t>
      </w:r>
      <w:r>
        <w:rPr>
          <w:b w:val="0"/>
          <w:i w:val="0"/>
          <w:smallCaps w:val="0"/>
          <w:strike w:val="0"/>
          <w:u w:val="single"/>
        </w:rPr>
        <w:t xml:space="preserve"> particular social </w:t>
      </w:r>
      <w:r>
        <w:rPr>
          <w:b/>
          <w:i w:val="0"/>
          <w:smallCaps w:val="0"/>
          <w:strike w:val="0"/>
          <w:sz w:val="22"/>
          <w:u w:val="single"/>
        </w:rPr>
        <w:t>group</w:t>
      </w:r>
      <w:r>
        <w:rPr>
          <w:b w:val="0"/>
          <w:i w:val="0"/>
          <w:smallCaps w:val="0"/>
          <w:strike w:val="0"/>
          <w:u w:val="single"/>
        </w:rPr>
        <w:t xml:space="preserve"> and the incorporation of such norms into the creative process</w:t>
      </w:r>
      <w:r>
        <w:rPr>
          <w:b w:val="0"/>
          <w:i w:val="0"/>
          <w:smallCaps w:val="0"/>
          <w:strike w:val="0"/>
          <w:sz w:val="16"/>
          <w:u w:val="none"/>
        </w:rPr>
        <w:t xml:space="preserve">. IP scholarship shows that </w:t>
      </w:r>
      <w:r>
        <w:rPr>
          <w:b/>
          <w:i w:val="0"/>
          <w:smallCaps w:val="0"/>
          <w:strike w:val="0"/>
          <w:sz w:val="22"/>
          <w:u w:val="single"/>
        </w:rPr>
        <w:t>creative identity</w:t>
      </w:r>
      <w:r>
        <w:rPr>
          <w:b w:val="0"/>
          <w:i w:val="0"/>
          <w:smallCaps w:val="0"/>
          <w:strike w:val="0"/>
          <w:sz w:val="16"/>
          <w:u w:val="none"/>
        </w:rPr>
        <w:t xml:space="preserve"> </w:t>
      </w:r>
      <w:r>
        <w:rPr>
          <w:b w:val="0"/>
          <w:i w:val="0"/>
          <w:smallCaps w:val="0"/>
          <w:strike w:val="0"/>
          <w:u w:val="single"/>
        </w:rPr>
        <w:t>is</w:t>
      </w:r>
      <w:r>
        <w:rPr>
          <w:b w:val="0"/>
          <w:i w:val="0"/>
          <w:smallCaps w:val="0"/>
          <w:strike w:val="0"/>
          <w:sz w:val="16"/>
          <w:u w:val="none"/>
        </w:rPr>
        <w:t xml:space="preserve"> the product of a complex cultural landscape </w:t>
      </w:r>
      <w:r>
        <w:rPr>
          <w:b/>
          <w:i w:val="0"/>
          <w:smallCaps w:val="0"/>
          <w:strike w:val="0"/>
          <w:sz w:val="22"/>
          <w:u w:val="single"/>
        </w:rPr>
        <w:t>marked</w:t>
      </w:r>
      <w:r>
        <w:rPr>
          <w:b w:val="0"/>
          <w:i w:val="0"/>
          <w:smallCaps w:val="0"/>
          <w:strike w:val="0"/>
          <w:sz w:val="16"/>
          <w:u w:val="none"/>
        </w:rPr>
        <w:t xml:space="preserve"> </w:t>
      </w:r>
      <w:r>
        <w:rPr>
          <w:b w:val="0"/>
          <w:i w:val="0"/>
          <w:smallCaps w:val="0"/>
          <w:strike w:val="0"/>
          <w:u w:val="single"/>
        </w:rPr>
        <w:t>by</w:t>
      </w:r>
      <w:r>
        <w:rPr>
          <w:b w:val="0"/>
          <w:i w:val="0"/>
          <w:smallCaps w:val="0"/>
          <w:strike w:val="0"/>
          <w:sz w:val="16"/>
          <w:u w:val="none"/>
        </w:rPr>
        <w:t xml:space="preserve"> particular </w:t>
      </w:r>
      <w:r>
        <w:rPr>
          <w:b/>
          <w:i w:val="0"/>
          <w:smallCaps w:val="0"/>
          <w:strike w:val="0"/>
          <w:sz w:val="22"/>
          <w:u w:val="single"/>
        </w:rPr>
        <w:t>social expectations</w:t>
      </w:r>
      <w:r>
        <w:rPr>
          <w:b w:val="0"/>
          <w:i w:val="0"/>
          <w:smallCaps w:val="0"/>
          <w:strike w:val="0"/>
          <w:sz w:val="16"/>
          <w:u w:val="none"/>
        </w:rPr>
        <w:t xml:space="preserve"> about how one should or shouldn’t behave. Just as “</w:t>
      </w:r>
      <w:r>
        <w:rPr>
          <w:b w:val="0"/>
          <w:i w:val="0"/>
          <w:smallCaps w:val="0"/>
          <w:strike w:val="0"/>
          <w:u w:val="single"/>
        </w:rPr>
        <w:t>one is not born</w:t>
      </w:r>
      <w:r>
        <w:rPr>
          <w:b w:val="0"/>
          <w:i w:val="0"/>
          <w:smallCaps w:val="0"/>
          <w:strike w:val="0"/>
          <w:sz w:val="16"/>
          <w:u w:val="none"/>
        </w:rPr>
        <w:t xml:space="preserve">, </w:t>
      </w:r>
      <w:r>
        <w:rPr>
          <w:b w:val="0"/>
          <w:i w:val="0"/>
          <w:smallCaps w:val="0"/>
          <w:strike w:val="0"/>
          <w:u w:val="single"/>
        </w:rPr>
        <w:t>but</w:t>
      </w:r>
      <w:r>
        <w:rPr>
          <w:b w:val="0"/>
          <w:i w:val="0"/>
          <w:smallCaps w:val="0"/>
          <w:strike w:val="0"/>
          <w:sz w:val="16"/>
          <w:u w:val="none"/>
        </w:rPr>
        <w:t xml:space="preserve"> rather </w:t>
      </w:r>
      <w:r>
        <w:rPr>
          <w:b/>
          <w:i w:val="0"/>
          <w:smallCaps w:val="0"/>
          <w:strike w:val="0"/>
          <w:sz w:val="22"/>
          <w:u w:val="single"/>
        </w:rPr>
        <w:t>becomes</w:t>
      </w:r>
      <w:r>
        <w:rPr>
          <w:b w:val="0"/>
          <w:i w:val="0"/>
          <w:smallCaps w:val="0"/>
          <w:strike w:val="0"/>
          <w:sz w:val="16"/>
          <w:u w:val="none"/>
        </w:rPr>
        <w:t xml:space="preserve">, </w:t>
      </w:r>
      <w:r>
        <w:rPr>
          <w:b w:val="0"/>
          <w:i w:val="0"/>
          <w:smallCaps w:val="0"/>
          <w:strike w:val="0"/>
          <w:u w:val="single"/>
        </w:rPr>
        <w:t>a woman</w:t>
      </w:r>
      <w:r>
        <w:rPr>
          <w:b w:val="0"/>
          <w:i w:val="0"/>
          <w:smallCaps w:val="0"/>
          <w:strike w:val="0"/>
          <w:sz w:val="16"/>
          <w:u w:val="none"/>
        </w:rPr>
        <w:t xml:space="preserve">,”30 IP scholars have shown that </w:t>
      </w:r>
      <w:r>
        <w:rPr>
          <w:b w:val="0"/>
          <w:i w:val="0"/>
          <w:smallCaps w:val="0"/>
          <w:strike w:val="0"/>
          <w:u w:val="single"/>
        </w:rPr>
        <w:t>one is not born</w:t>
      </w:r>
      <w:r>
        <w:rPr>
          <w:b w:val="0"/>
          <w:i w:val="0"/>
          <w:smallCaps w:val="0"/>
          <w:strike w:val="0"/>
          <w:sz w:val="16"/>
          <w:u w:val="none"/>
        </w:rPr>
        <w:t xml:space="preserve">, </w:t>
      </w:r>
      <w:r>
        <w:rPr>
          <w:b w:val="0"/>
          <w:i w:val="0"/>
          <w:smallCaps w:val="0"/>
          <w:strike w:val="0"/>
          <w:u w:val="single"/>
        </w:rPr>
        <w:t>but</w:t>
      </w:r>
      <w:r>
        <w:rPr>
          <w:b w:val="0"/>
          <w:i w:val="0"/>
          <w:smallCaps w:val="0"/>
          <w:strike w:val="0"/>
          <w:sz w:val="16"/>
          <w:u w:val="none"/>
        </w:rPr>
        <w:t xml:space="preserve"> rather </w:t>
      </w:r>
      <w:r>
        <w:rPr>
          <w:b w:val="0"/>
          <w:i w:val="0"/>
          <w:smallCaps w:val="0"/>
          <w:strike w:val="0"/>
          <w:u w:val="single"/>
        </w:rPr>
        <w:t>becomes</w:t>
      </w:r>
      <w:r>
        <w:rPr>
          <w:b w:val="0"/>
          <w:i w:val="0"/>
          <w:smallCaps w:val="0"/>
          <w:strike w:val="0"/>
          <w:sz w:val="16"/>
          <w:u w:val="none"/>
        </w:rPr>
        <w:t xml:space="preserve">, </w:t>
      </w:r>
      <w:r>
        <w:rPr>
          <w:b w:val="0"/>
          <w:i w:val="0"/>
          <w:smallCaps w:val="0"/>
          <w:strike w:val="0"/>
          <w:u w:val="single"/>
        </w:rPr>
        <w:t>a clown</w:t>
      </w:r>
      <w:r>
        <w:rPr>
          <w:b w:val="0"/>
          <w:i w:val="0"/>
          <w:smallCaps w:val="0"/>
          <w:strike w:val="0"/>
          <w:sz w:val="16"/>
          <w:u w:val="none"/>
        </w:rPr>
        <w:t xml:space="preserve">, </w:t>
      </w:r>
      <w:r>
        <w:rPr>
          <w:b w:val="0"/>
          <w:i w:val="0"/>
          <w:smallCaps w:val="0"/>
          <w:strike w:val="0"/>
          <w:u w:val="single"/>
        </w:rPr>
        <w:t>chef</w:t>
      </w:r>
      <w:r>
        <w:rPr>
          <w:b w:val="0"/>
          <w:i w:val="0"/>
          <w:smallCaps w:val="0"/>
          <w:strike w:val="0"/>
          <w:sz w:val="16"/>
          <w:u w:val="none"/>
        </w:rPr>
        <w:t xml:space="preserve">, </w:t>
      </w:r>
      <w:r>
        <w:rPr>
          <w:b w:val="0"/>
          <w:i w:val="0"/>
          <w:smallCaps w:val="0"/>
          <w:strike w:val="0"/>
          <w:u w:val="single"/>
        </w:rPr>
        <w:t>or derby girl</w:t>
      </w:r>
      <w:r>
        <w:rPr>
          <w:b w:val="0"/>
          <w:i w:val="0"/>
          <w:smallCaps w:val="0"/>
          <w:strike w:val="0"/>
          <w:sz w:val="16"/>
          <w:u w:val="none"/>
        </w:rPr>
        <w:t xml:space="preserve">. </w:t>
      </w:r>
    </w:p>
    <w:p>
      <w:pPr>
        <w:spacing w:after="60"/>
      </w:pPr>
      <w:r>
        <w:rPr>
          <w:b w:val="0"/>
          <w:i w:val="0"/>
          <w:smallCaps w:val="0"/>
          <w:strike w:val="0"/>
          <w:sz w:val="16"/>
          <w:u w:val="none"/>
        </w:rPr>
        <w:t xml:space="preserve">These scholarly insights can have important implications for regulatory responses in each field. For law and sexuality, queer insights emphasize that sexual </w:t>
      </w:r>
      <w:r>
        <w:rPr>
          <w:b w:val="0"/>
          <w:i w:val="0"/>
          <w:smallCaps w:val="0"/>
          <w:strike w:val="0"/>
          <w:u w:val="single"/>
        </w:rPr>
        <w:t>justice</w:t>
      </w:r>
      <w:r>
        <w:rPr>
          <w:b w:val="0"/>
          <w:i w:val="0"/>
          <w:smallCaps w:val="0"/>
          <w:strike w:val="0"/>
          <w:sz w:val="16"/>
          <w:u w:val="none"/>
        </w:rPr>
        <w:t xml:space="preserve"> </w:t>
      </w:r>
      <w:r>
        <w:rPr>
          <w:b w:val="0"/>
          <w:i w:val="0"/>
          <w:smallCaps w:val="0"/>
          <w:strike w:val="0"/>
          <w:u w:val="single"/>
        </w:rPr>
        <w:t>is not just</w:t>
      </w:r>
      <w:r>
        <w:rPr>
          <w:b w:val="0"/>
          <w:i w:val="0"/>
          <w:smallCaps w:val="0"/>
          <w:strike w:val="0"/>
          <w:sz w:val="16"/>
          <w:u w:val="none"/>
        </w:rPr>
        <w:t xml:space="preserve"> about </w:t>
      </w:r>
      <w:r>
        <w:rPr>
          <w:b w:val="0"/>
          <w:i w:val="0"/>
          <w:smallCaps w:val="0"/>
          <w:strike w:val="0"/>
          <w:u w:val="single"/>
        </w:rPr>
        <w:t>prohibiting the state and</w:t>
      </w:r>
      <w:r>
        <w:rPr>
          <w:b w:val="0"/>
          <w:i w:val="0"/>
          <w:smallCaps w:val="0"/>
          <w:strike w:val="0"/>
          <w:sz w:val="16"/>
          <w:u w:val="none"/>
        </w:rPr>
        <w:t xml:space="preserve"> private </w:t>
      </w:r>
      <w:r>
        <w:rPr>
          <w:b w:val="0"/>
          <w:i w:val="0"/>
          <w:smallCaps w:val="0"/>
          <w:strike w:val="0"/>
          <w:u w:val="single"/>
        </w:rPr>
        <w:t>businesses from expressly discriminating</w:t>
      </w:r>
      <w:r>
        <w:rPr>
          <w:b w:val="0"/>
          <w:i w:val="0"/>
          <w:smallCaps w:val="0"/>
          <w:strike w:val="0"/>
          <w:sz w:val="16"/>
          <w:u w:val="none"/>
        </w:rPr>
        <w:t xml:space="preserve"> against people who already identify as lesbian, gay, bisexual, or any other sexual orientation.31 </w:t>
      </w:r>
      <w:r>
        <w:rPr>
          <w:b w:val="0"/>
          <w:i w:val="0"/>
          <w:smallCaps w:val="0"/>
          <w:strike w:val="0"/>
          <w:u w:val="single"/>
        </w:rPr>
        <w:t>Instead</w:t>
      </w:r>
      <w:r>
        <w:rPr>
          <w:b w:val="0"/>
          <w:i w:val="0"/>
          <w:smallCaps w:val="0"/>
          <w:strike w:val="0"/>
          <w:sz w:val="16"/>
          <w:u w:val="none"/>
        </w:rPr>
        <w:t xml:space="preserve">, sexual </w:t>
      </w:r>
      <w:r>
        <w:rPr>
          <w:b w:val="0"/>
          <w:i w:val="0"/>
          <w:smallCaps w:val="0"/>
          <w:strike w:val="0"/>
          <w:u w:val="single"/>
        </w:rPr>
        <w:t>identity development requires</w:t>
      </w:r>
      <w:r>
        <w:rPr>
          <w:b w:val="0"/>
          <w:i w:val="0"/>
          <w:smallCaps w:val="0"/>
          <w:strike w:val="0"/>
          <w:sz w:val="16"/>
          <w:u w:val="none"/>
        </w:rPr>
        <w:t xml:space="preserve"> actual, </w:t>
      </w:r>
      <w:r>
        <w:rPr>
          <w:b w:val="0"/>
          <w:i w:val="0"/>
          <w:smallCaps w:val="0"/>
          <w:strike w:val="0"/>
          <w:u w:val="single"/>
        </w:rPr>
        <w:t>achievable opportunities</w:t>
      </w:r>
      <w:r>
        <w:rPr>
          <w:b w:val="0"/>
          <w:i w:val="0"/>
          <w:smallCaps w:val="0"/>
          <w:strike w:val="0"/>
          <w:sz w:val="16"/>
          <w:u w:val="none"/>
        </w:rPr>
        <w:t xml:space="preserve"> for individuals </w:t>
      </w:r>
      <w:r>
        <w:rPr>
          <w:b w:val="0"/>
          <w:i w:val="0"/>
          <w:smallCaps w:val="0"/>
          <w:strike w:val="0"/>
          <w:u w:val="single"/>
        </w:rPr>
        <w:t>to interact with others</w:t>
      </w:r>
      <w:r>
        <w:rPr>
          <w:b w:val="0"/>
          <w:i w:val="0"/>
          <w:smallCaps w:val="0"/>
          <w:strike w:val="0"/>
          <w:sz w:val="16"/>
          <w:u w:val="none"/>
        </w:rPr>
        <w:t xml:space="preserve">, experiment with desires, </w:t>
      </w:r>
      <w:r>
        <w:rPr>
          <w:b w:val="0"/>
          <w:i w:val="0"/>
          <w:smallCaps w:val="0"/>
          <w:strike w:val="0"/>
          <w:u w:val="single"/>
        </w:rPr>
        <w:t>and embody the categories they</w:t>
      </w:r>
      <w:r>
        <w:rPr>
          <w:b w:val="0"/>
          <w:i w:val="0"/>
          <w:smallCaps w:val="0"/>
          <w:strike w:val="0"/>
          <w:sz w:val="16"/>
          <w:u w:val="none"/>
        </w:rPr>
        <w:t xml:space="preserve"> may ultimately </w:t>
      </w:r>
      <w:r>
        <w:rPr>
          <w:b/>
          <w:i w:val="0"/>
          <w:smallCaps w:val="0"/>
          <w:strike w:val="0"/>
          <w:sz w:val="22"/>
          <w:u w:val="single"/>
        </w:rPr>
        <w:t>embrace</w:t>
      </w:r>
      <w:r>
        <w:rPr>
          <w:b w:val="0"/>
          <w:i w:val="0"/>
          <w:smallCaps w:val="0"/>
          <w:strike w:val="0"/>
          <w:sz w:val="16"/>
          <w:u w:val="none"/>
        </w:rPr>
        <w:t xml:space="preserve">.32 </w:t>
      </w:r>
      <w:r>
        <w:rPr>
          <w:b w:val="0"/>
          <w:i w:val="0"/>
          <w:smallCaps w:val="0"/>
          <w:strike w:val="0"/>
          <w:u w:val="single"/>
        </w:rPr>
        <w:t>For IP</w:t>
      </w:r>
      <w:r>
        <w:rPr>
          <w:b w:val="0"/>
          <w:i w:val="0"/>
          <w:smallCaps w:val="0"/>
          <w:strike w:val="0"/>
          <w:sz w:val="16"/>
          <w:u w:val="none"/>
        </w:rPr>
        <w:t xml:space="preserve">, </w:t>
      </w:r>
      <w:r>
        <w:rPr>
          <w:b/>
          <w:i w:val="0"/>
          <w:smallCaps w:val="0"/>
          <w:strike w:val="0"/>
          <w:sz w:val="22"/>
          <w:highlight w:val="cyan"/>
          <w:u w:val="single"/>
        </w:rPr>
        <w:t>fostering creativity</w:t>
      </w:r>
      <w:r>
        <w:rPr>
          <w:b w:val="0"/>
          <w:i w:val="0"/>
          <w:smallCaps w:val="0"/>
          <w:strike w:val="0"/>
          <w:highlight w:val="cyan"/>
          <w:u w:val="single"/>
        </w:rPr>
        <w:t xml:space="preserve"> is not just</w:t>
      </w:r>
      <w:r>
        <w:rPr>
          <w:b w:val="0"/>
          <w:i w:val="0"/>
          <w:smallCaps w:val="0"/>
          <w:strike w:val="0"/>
          <w:sz w:val="16"/>
          <w:u w:val="none"/>
        </w:rPr>
        <w:t xml:space="preserve"> about providing </w:t>
      </w:r>
      <w:r>
        <w:rPr>
          <w:b/>
          <w:i w:val="0"/>
          <w:smallCaps w:val="0"/>
          <w:strike w:val="0"/>
          <w:sz w:val="22"/>
          <w:highlight w:val="cyan"/>
          <w:u w:val="single"/>
        </w:rPr>
        <w:t>financial incentives</w:t>
      </w:r>
      <w:r>
        <w:rPr>
          <w:b w:val="0"/>
          <w:i w:val="0"/>
          <w:smallCaps w:val="0"/>
          <w:strike w:val="0"/>
          <w:sz w:val="16"/>
          <w:u w:val="none"/>
        </w:rPr>
        <w:t xml:space="preserve"> to get people o</w:t>
      </w:r>
      <w:r>
        <w:rPr>
          <w:b w:val="0"/>
          <w:i w:val="0"/>
          <w:smallCaps w:val="0"/>
          <w:strike w:val="0"/>
          <w:sz w:val="16"/>
          <w:u w:val="none"/>
        </w:rPr>
      </w:r>
      <w:r>
        <w:rPr>
          <w:b w:val="0"/>
          <w:i w:val="0"/>
          <w:smallCaps w:val="0"/>
          <w:strike w:val="0"/>
          <w:sz w:val="16"/>
          <w:u w:val="none"/>
        </w:rPr>
        <w:t xml:space="preserve">ff their sofas </w:t>
      </w:r>
      <w:r>
        <w:rPr>
          <w:b w:val="0"/>
          <w:i w:val="0"/>
          <w:smallCaps w:val="0"/>
          <w:strike w:val="0"/>
          <w:highlight w:val="cyan"/>
          <w:u w:val="single"/>
        </w:rPr>
        <w:t>but</w:t>
      </w:r>
      <w:r>
        <w:rPr>
          <w:b w:val="0"/>
          <w:i w:val="0"/>
          <w:smallCaps w:val="0"/>
          <w:strike w:val="0"/>
          <w:sz w:val="16"/>
          <w:u w:val="none"/>
        </w:rPr>
        <w:t xml:space="preserve"> about </w:t>
      </w:r>
      <w:r>
        <w:rPr>
          <w:b/>
          <w:i w:val="0"/>
          <w:smallCaps w:val="0"/>
          <w:strike w:val="0"/>
          <w:sz w:val="22"/>
          <w:highlight w:val="cyan"/>
          <w:u w:val="single"/>
        </w:rPr>
        <w:t>facilitating</w:t>
      </w:r>
      <w:r>
        <w:rPr>
          <w:b w:val="0"/>
          <w:i w:val="0"/>
          <w:smallCaps w:val="0"/>
          <w:strike w:val="0"/>
          <w:sz w:val="16"/>
          <w:u w:val="none"/>
        </w:rPr>
        <w:t xml:space="preserve"> the </w:t>
      </w:r>
      <w:r>
        <w:rPr>
          <w:b/>
          <w:i w:val="0"/>
          <w:smallCaps w:val="0"/>
          <w:strike w:val="0"/>
          <w:sz w:val="22"/>
          <w:highlight w:val="cyan"/>
          <w:u w:val="single"/>
        </w:rPr>
        <w:t>communities</w:t>
      </w:r>
      <w:r>
        <w:rPr>
          <w:b w:val="0"/>
          <w:i w:val="0"/>
          <w:smallCaps w:val="0"/>
          <w:strike w:val="0"/>
          <w:u w:val="single"/>
        </w:rPr>
        <w:t xml:space="preserve"> </w:t>
      </w:r>
      <w:r>
        <w:rPr>
          <w:b w:val="0"/>
          <w:i w:val="0"/>
          <w:smallCaps w:val="0"/>
          <w:strike w:val="0"/>
          <w:highlight w:val="cyan"/>
          <w:u w:val="single"/>
        </w:rPr>
        <w:t>in which creativity takes place</w:t>
      </w:r>
      <w:r>
        <w:rPr>
          <w:b w:val="0"/>
          <w:i w:val="0"/>
          <w:smallCaps w:val="0"/>
          <w:strike w:val="0"/>
          <w:sz w:val="16"/>
          <w:u w:val="none"/>
        </w:rPr>
        <w:t xml:space="preserve">. Actual </w:t>
      </w:r>
      <w:r>
        <w:rPr>
          <w:b/>
          <w:i w:val="0"/>
          <w:smallCaps w:val="0"/>
          <w:strike w:val="0"/>
          <w:sz w:val="22"/>
          <w:u w:val="single"/>
        </w:rPr>
        <w:t>creators</w:t>
      </w:r>
      <w:r>
        <w:rPr>
          <w:b w:val="0"/>
          <w:i w:val="0"/>
          <w:smallCaps w:val="0"/>
          <w:strike w:val="0"/>
          <w:sz w:val="16"/>
          <w:u w:val="none"/>
        </w:rPr>
        <w:t xml:space="preserve"> often </w:t>
      </w:r>
      <w:r>
        <w:rPr>
          <w:b/>
          <w:i w:val="0"/>
          <w:smallCaps w:val="0"/>
          <w:strike w:val="0"/>
          <w:sz w:val="22"/>
          <w:u w:val="single"/>
        </w:rPr>
        <w:t>want</w:t>
      </w:r>
      <w:r>
        <w:rPr>
          <w:b w:val="0"/>
          <w:i w:val="0"/>
          <w:smallCaps w:val="0"/>
          <w:strike w:val="0"/>
          <w:sz w:val="16"/>
          <w:u w:val="none"/>
        </w:rPr>
        <w:t xml:space="preserve"> </w:t>
      </w:r>
      <w:r>
        <w:rPr>
          <w:b/>
          <w:i w:val="0"/>
          <w:smallCaps w:val="0"/>
          <w:strike w:val="0"/>
          <w:sz w:val="22"/>
          <w:highlight w:val="cyan"/>
          <w:u w:val="single"/>
        </w:rPr>
        <w:t>recognition and belonging</w:t>
      </w:r>
      <w:r>
        <w:rPr>
          <w:b w:val="0"/>
          <w:i w:val="0"/>
          <w:smallCaps w:val="0"/>
          <w:strike w:val="0"/>
          <w:sz w:val="16"/>
          <w:u w:val="none"/>
        </w:rPr>
        <w:t xml:space="preserve">—which are generally </w:t>
      </w:r>
      <w:r>
        <w:rPr>
          <w:b/>
          <w:i w:val="0"/>
          <w:smallCaps w:val="0"/>
          <w:strike w:val="0"/>
          <w:sz w:val="22"/>
          <w:highlight w:val="cyan"/>
          <w:u w:val="single"/>
        </w:rPr>
        <w:t>dismissed by</w:t>
      </w:r>
      <w:r>
        <w:rPr>
          <w:b w:val="0"/>
          <w:i w:val="0"/>
          <w:smallCaps w:val="0"/>
          <w:strike w:val="0"/>
          <w:sz w:val="16"/>
          <w:u w:val="none"/>
        </w:rPr>
        <w:t xml:space="preserve"> </w:t>
      </w:r>
      <w:r>
        <w:rPr>
          <w:b w:val="0"/>
          <w:i w:val="0"/>
          <w:smallCaps w:val="0"/>
          <w:strike w:val="0"/>
          <w:u w:val="single"/>
        </w:rPr>
        <w:t xml:space="preserve">positive </w:t>
      </w:r>
      <w:r>
        <w:rPr>
          <w:b w:val="0"/>
          <w:i w:val="0"/>
          <w:smallCaps w:val="0"/>
          <w:strike w:val="0"/>
          <w:highlight w:val="cyan"/>
          <w:u w:val="single"/>
        </w:rPr>
        <w:t>IP law</w:t>
      </w:r>
      <w:r>
        <w:rPr>
          <w:b w:val="0"/>
          <w:i w:val="0"/>
          <w:smallCaps w:val="0"/>
          <w:strike w:val="0"/>
          <w:sz w:val="16"/>
          <w:u w:val="none"/>
        </w:rPr>
        <w:t xml:space="preserve">—and </w:t>
      </w:r>
      <w:r>
        <w:rPr>
          <w:b w:val="0"/>
          <w:i w:val="0"/>
          <w:smallCaps w:val="0"/>
          <w:strike w:val="0"/>
          <w:highlight w:val="cyan"/>
          <w:u w:val="single"/>
        </w:rPr>
        <w:t>need access to</w:t>
      </w:r>
      <w:r>
        <w:rPr>
          <w:b w:val="0"/>
          <w:i w:val="0"/>
          <w:smallCaps w:val="0"/>
          <w:strike w:val="0"/>
          <w:u w:val="single"/>
        </w:rPr>
        <w:t xml:space="preserve"> a robust domain of </w:t>
      </w:r>
      <w:r>
        <w:rPr>
          <w:b/>
          <w:i w:val="0"/>
          <w:smallCaps w:val="0"/>
          <w:strike w:val="0"/>
          <w:sz w:val="22"/>
          <w:highlight w:val="cyan"/>
          <w:u w:val="single"/>
        </w:rPr>
        <w:t>cultural resources</w:t>
      </w:r>
      <w:r>
        <w:rPr>
          <w:b w:val="0"/>
          <w:i w:val="0"/>
          <w:smallCaps w:val="0"/>
          <w:strike w:val="0"/>
          <w:sz w:val="16"/>
          <w:u w:val="none"/>
        </w:rPr>
        <w:t>—</w:t>
      </w:r>
      <w:r>
        <w:rPr>
          <w:b w:val="0"/>
          <w:i w:val="0"/>
          <w:smallCaps w:val="0"/>
          <w:strike w:val="0"/>
          <w:highlight w:val="cyan"/>
          <w:u w:val="single"/>
        </w:rPr>
        <w:t>which IP laws</w:t>
      </w:r>
      <w:r>
        <w:rPr>
          <w:b w:val="0"/>
          <w:i w:val="0"/>
          <w:smallCaps w:val="0"/>
          <w:strike w:val="0"/>
          <w:sz w:val="16"/>
          <w:u w:val="none"/>
        </w:rPr>
        <w:t xml:space="preserve"> often </w:t>
      </w:r>
      <w:r>
        <w:rPr>
          <w:b/>
          <w:i w:val="0"/>
          <w:smallCaps w:val="0"/>
          <w:strike w:val="0"/>
          <w:sz w:val="22"/>
          <w:highlight w:val="cyan"/>
          <w:u w:val="single"/>
        </w:rPr>
        <w:t>directly foreclose</w:t>
      </w:r>
      <w:r>
        <w:rPr>
          <w:b w:val="0"/>
          <w:i w:val="0"/>
          <w:smallCaps w:val="0"/>
          <w:strike w:val="0"/>
          <w:sz w:val="16"/>
          <w:u w:val="none"/>
        </w:rPr>
        <w:t xml:space="preserve">. </w:t>
      </w:r>
      <w:r>
        <w:rPr>
          <w:b w:val="0"/>
          <w:i w:val="0"/>
          <w:smallCaps w:val="0"/>
          <w:strike w:val="0"/>
          <w:u w:val="single"/>
        </w:rPr>
        <w:t>The liberal self comes into the world with all the resources they need</w:t>
      </w:r>
      <w:r>
        <w:rPr>
          <w:b w:val="0"/>
          <w:i w:val="0"/>
          <w:smallCaps w:val="0"/>
          <w:strike w:val="0"/>
          <w:sz w:val="16"/>
          <w:u w:val="none"/>
        </w:rPr>
        <w:t xml:space="preserve">; </w:t>
      </w:r>
      <w:r>
        <w:rPr>
          <w:b w:val="0"/>
          <w:i w:val="0"/>
          <w:smallCaps w:val="0"/>
          <w:strike w:val="0"/>
          <w:u w:val="single"/>
        </w:rPr>
        <w:t>the situated subject feeds off</w:t>
      </w:r>
      <w:r>
        <w:rPr>
          <w:b w:val="0"/>
          <w:i w:val="0"/>
          <w:smallCaps w:val="0"/>
          <w:strike w:val="0"/>
          <w:u w:val="single"/>
        </w:rPr>
      </w:r>
      <w:r>
        <w:rPr>
          <w:b w:val="0"/>
          <w:i w:val="0"/>
          <w:smallCaps w:val="0"/>
          <w:strike w:val="0"/>
          <w:u w:val="single"/>
        </w:rPr>
        <w:t xml:space="preserve"> the opportunities available to them</w:t>
      </w:r>
      <w:r>
        <w:rPr>
          <w:b w:val="0"/>
          <w:i w:val="0"/>
          <w:smallCaps w:val="0"/>
          <w:strike w:val="0"/>
          <w:sz w:val="16"/>
          <w:u w:val="none"/>
        </w:rPr>
        <w:t xml:space="preserve">.33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