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Planks 1 &amp; 2 stop the flow of counterfeits into DoD defense grids</w:t>
      </w:r>
    </w:p>
    <w:p>
      <w:pPr>
        <w:spacing w:after="80"/>
      </w:pPr>
      <w:r>
        <w:rPr>
          <w:b w:val="0"/>
          <w:i w:val="0"/>
          <w:smallCaps w:val="0"/>
          <w:strike w:val="0"/>
          <w:u w:val="none"/>
        </w:rPr>
        <w:t xml:space="preserve">THEY READ </w:t>
      </w:r>
      <w:r>
        <w:rPr>
          <w:b w:val="0"/>
          <w:i w:val="0"/>
          <w:smallCaps w:val="0"/>
          <w:strike w:val="0"/>
          <w:highlight w:val="darkGray"/>
          <w:u w:val="none"/>
        </w:rPr>
        <w:t>GRAY</w:t>
      </w:r>
      <w:r>
        <w:rPr>
          <w:b w:val="0"/>
          <w:i w:val="0"/>
          <w:smallCaps w:val="0"/>
          <w:strike w:val="0"/>
          <w:u w:val="none"/>
        </w:rPr>
        <w:t xml:space="preserve">; WE READ </w:t>
      </w:r>
      <w:r>
        <w:rPr>
          <w:b w:val="0"/>
          <w:i w:val="0"/>
          <w:smallCaps w:val="0"/>
          <w:strike w:val="0"/>
          <w:highlight w:val="cyan"/>
          <w:u w:val="none"/>
        </w:rPr>
        <w:t>BLUE</w:t>
      </w:r>
    </w:p>
    <w:p>
      <w:pPr>
        <w:spacing w:after="60"/>
      </w:pPr>
      <w:r>
        <w:rPr>
          <w:b/>
          <w:i w:val="0"/>
          <w:smallCaps w:val="0"/>
          <w:strike w:val="0"/>
          <w:sz w:val="26"/>
          <w:u w:val="none"/>
        </w:rPr>
        <w:t>1AC Campbell ‘23</w:t>
      </w:r>
      <w:r>
        <w:rPr>
          <w:b w:val="0"/>
          <w:i w:val="0"/>
          <w:smallCaps w:val="0"/>
          <w:strike w:val="0"/>
          <w:sz w:val="22"/>
          <w:u w:val="none"/>
        </w:rPr>
        <w:t>[Law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sz w:val="16"/>
          <w:u w:val="none"/>
        </w:rPr>
        <w:t xml:space="preserve">C. Counterfeiting is a Lucrative Proposition Numerous explanations for the counterfeit electronics problem have been discussed. Profit has long been identified as the "primary incentive" for the sale of counterfeit parts.83 The </w:t>
      </w:r>
      <w:r>
        <w:rPr>
          <w:b w:val="0"/>
          <w:i w:val="0"/>
          <w:smallCaps w:val="0"/>
          <w:strike w:val="0"/>
          <w:sz w:val="22"/>
          <w:u w:val="single"/>
        </w:rPr>
        <w:t xml:space="preserve">internet and the rise of </w:t>
      </w:r>
      <w:r>
        <w:rPr>
          <w:b w:val="0"/>
          <w:i w:val="0"/>
          <w:smallCaps w:val="0"/>
          <w:strike w:val="0"/>
          <w:sz w:val="22"/>
          <w:highlight w:val="darkGray"/>
          <w:u w:val="single"/>
        </w:rPr>
        <w:t xml:space="preserve">e-commerce </w:t>
      </w:r>
      <w:r>
        <w:rPr>
          <w:b w:val="0"/>
          <w:i w:val="0"/>
          <w:smallCaps w:val="0"/>
          <w:strike w:val="0"/>
          <w:sz w:val="22"/>
          <w:u w:val="single"/>
        </w:rPr>
        <w:t xml:space="preserve">platforms </w:t>
      </w:r>
      <w:r>
        <w:rPr>
          <w:b w:val="0"/>
          <w:i w:val="0"/>
          <w:smallCaps w:val="0"/>
          <w:strike w:val="0"/>
          <w:sz w:val="22"/>
          <w:highlight w:val="darkGray"/>
          <w:u w:val="single"/>
        </w:rPr>
        <w:t>has made counterfeiting even more lucrative</w:t>
      </w:r>
      <w:r>
        <w:rPr>
          <w:b w:val="0"/>
          <w:i w:val="0"/>
          <w:smallCaps w:val="0"/>
          <w:strike w:val="0"/>
          <w:sz w:val="22"/>
          <w:u w:val="single"/>
        </w:rPr>
        <w:t>; "</w:t>
      </w:r>
      <w:r>
        <w:rPr>
          <w:b w:val="0"/>
          <w:i w:val="0"/>
          <w:smallCaps w:val="0"/>
          <w:strike w:val="0"/>
          <w:sz w:val="22"/>
          <w:highlight w:val="darkGray"/>
          <w:u w:val="single"/>
        </w:rPr>
        <w:t>production costs are low, millions of</w:t>
      </w:r>
      <w:r>
        <w:rPr>
          <w:b w:val="0"/>
          <w:i w:val="0"/>
          <w:smallCaps w:val="0"/>
          <w:strike w:val="0"/>
          <w:sz w:val="22"/>
          <w:u w:val="single"/>
        </w:rPr>
        <w:t xml:space="preserve"> potential </w:t>
      </w:r>
      <w:r>
        <w:rPr>
          <w:b w:val="0"/>
          <w:i w:val="0"/>
          <w:smallCaps w:val="0"/>
          <w:strike w:val="0"/>
          <w:sz w:val="22"/>
          <w:highlight w:val="darkGray"/>
          <w:u w:val="single"/>
        </w:rPr>
        <w:t>customers are available online,</w:t>
      </w:r>
      <w:r>
        <w:rPr>
          <w:b w:val="0"/>
          <w:i w:val="0"/>
          <w:smallCaps w:val="0"/>
          <w:strike w:val="0"/>
          <w:sz w:val="22"/>
          <w:u w:val="single"/>
        </w:rPr>
        <w:t xml:space="preserve"> transactions are convenient, </w:t>
      </w:r>
      <w:r>
        <w:rPr>
          <w:b w:val="0"/>
          <w:i w:val="0"/>
          <w:smallCaps w:val="0"/>
          <w:strike w:val="0"/>
          <w:sz w:val="22"/>
          <w:highlight w:val="darkGray"/>
          <w:u w:val="single"/>
        </w:rPr>
        <w:t>and listing on well-branded e-commerce platforms provides</w:t>
      </w:r>
      <w:r>
        <w:rPr>
          <w:b w:val="0"/>
          <w:i w:val="0"/>
          <w:smallCaps w:val="0"/>
          <w:strike w:val="0"/>
          <w:sz w:val="22"/>
          <w:u w:val="single"/>
        </w:rPr>
        <w:t xml:space="preserve"> an air of </w:t>
      </w:r>
      <w:r>
        <w:rPr>
          <w:b w:val="0"/>
          <w:i w:val="0"/>
          <w:smallCaps w:val="0"/>
          <w:strike w:val="0"/>
          <w:sz w:val="22"/>
          <w:highlight w:val="darkGray"/>
          <w:u w:val="single"/>
        </w:rPr>
        <w:t>legitimacy</w:t>
      </w:r>
      <w:r>
        <w:rPr>
          <w:b w:val="0"/>
          <w:i w:val="0"/>
          <w:smallCaps w:val="0"/>
          <w:strike w:val="0"/>
          <w:sz w:val="16"/>
          <w:u w:val="none"/>
        </w:rPr>
        <w:t xml:space="preserve">."84 In addition, when the sellers of counterfeit goods are in another country, as is often the case, they are largely outside the jurisdiction of criminal prosecution by U.S. law enforcement and may be immune from civil liability to private parties. 85 Thus, the perceived risk is low.86 Further, the </w:t>
      </w:r>
      <w:r>
        <w:rPr>
          <w:b w:val="0"/>
          <w:i w:val="0"/>
          <w:smallCaps w:val="0"/>
          <w:strike w:val="0"/>
          <w:highlight w:val="cyan"/>
          <w:u w:val="single"/>
        </w:rPr>
        <w:t xml:space="preserve">supply chain disruptions and </w:t>
      </w:r>
      <w:r>
        <w:rPr>
          <w:b w:val="0"/>
          <w:i w:val="0"/>
          <w:smallCaps w:val="0"/>
          <w:strike w:val="0"/>
          <w:sz w:val="22"/>
          <w:highlight w:val="cyan"/>
          <w:u w:val="single"/>
        </w:rPr>
        <w:t>chip shortages</w:t>
      </w:r>
      <w:r>
        <w:rPr>
          <w:b w:val="0"/>
          <w:i w:val="0"/>
          <w:smallCaps w:val="0"/>
          <w:strike w:val="0"/>
          <w:highlight w:val="cyan"/>
          <w:u w:val="single"/>
        </w:rPr>
        <w:t xml:space="preserve"> caused by</w:t>
      </w:r>
      <w:r>
        <w:rPr>
          <w:b w:val="0"/>
          <w:i w:val="0"/>
          <w:smallCaps w:val="0"/>
          <w:strike w:val="0"/>
          <w:u w:val="single"/>
        </w:rPr>
        <w:t xml:space="preserve"> the </w:t>
      </w:r>
      <w:r>
        <w:rPr>
          <w:b w:val="0"/>
          <w:i w:val="0"/>
          <w:smallCaps w:val="0"/>
          <w:strike w:val="0"/>
          <w:highlight w:val="cyan"/>
          <w:u w:val="single"/>
        </w:rPr>
        <w:t>Covid</w:t>
      </w:r>
      <w:r>
        <w:rPr>
          <w:b w:val="0"/>
          <w:i w:val="0"/>
          <w:smallCaps w:val="0"/>
          <w:strike w:val="0"/>
          <w:u w:val="single"/>
        </w:rPr>
        <w:t xml:space="preserve">-19 pandemic </w:t>
      </w:r>
      <w:r>
        <w:rPr>
          <w:b w:val="0"/>
          <w:i w:val="0"/>
          <w:smallCaps w:val="0"/>
          <w:strike w:val="0"/>
          <w:sz w:val="22"/>
          <w:highlight w:val="cyan"/>
          <w:u w:val="single"/>
        </w:rPr>
        <w:t>have</w:t>
      </w:r>
      <w:r>
        <w:rPr>
          <w:b w:val="0"/>
          <w:i w:val="0"/>
          <w:smallCaps w:val="0"/>
          <w:strike w:val="0"/>
          <w:u w:val="single"/>
        </w:rPr>
        <w:t xml:space="preserve"> only</w:t>
      </w:r>
      <w:r>
        <w:rPr>
          <w:b w:val="0"/>
          <w:i w:val="0"/>
          <w:smallCaps w:val="0"/>
          <w:strike w:val="0"/>
          <w:sz w:val="16"/>
          <w:u w:val="none"/>
        </w:rPr>
        <w:t xml:space="preserve"> </w:t>
      </w:r>
      <w:r>
        <w:rPr>
          <w:b/>
          <w:i w:val="0"/>
          <w:smallCaps w:val="0"/>
          <w:strike w:val="0"/>
          <w:sz w:val="24"/>
          <w:highlight w:val="cyan"/>
          <w:u w:val="single"/>
        </w:rPr>
        <w:t xml:space="preserve">intensified </w:t>
      </w:r>
      <w:r>
        <w:rPr>
          <w:b/>
          <w:i w:val="0"/>
          <w:smallCaps w:val="0"/>
          <w:strike w:val="0"/>
          <w:sz w:val="24"/>
          <w:highlight w:val="darkGray"/>
          <w:u w:val="single"/>
        </w:rPr>
        <w:t xml:space="preserve">the </w:t>
      </w:r>
      <w:r>
        <w:rPr>
          <w:b/>
          <w:i w:val="0"/>
          <w:smallCaps w:val="0"/>
          <w:strike w:val="0"/>
          <w:sz w:val="24"/>
          <w:highlight w:val="cyan"/>
          <w:u w:val="single"/>
        </w:rPr>
        <w:t>problem</w:t>
      </w:r>
      <w:r>
        <w:rPr>
          <w:b/>
          <w:i w:val="0"/>
          <w:smallCaps w:val="0"/>
          <w:strike w:val="0"/>
          <w:sz w:val="24"/>
          <w:highlight w:val="darkGray"/>
          <w:u w:val="single"/>
        </w:rPr>
        <w:t>.</w:t>
      </w:r>
      <w:r>
        <w:rPr>
          <w:b w:val="0"/>
          <w:i w:val="0"/>
          <w:smallCaps w:val="0"/>
          <w:strike w:val="0"/>
          <w:sz w:val="16"/>
          <w:u w:val="none"/>
        </w:rPr>
        <w:t xml:space="preserve"> Counterfeiters have "stepped up their game to swindle enterprises in dire need of the critical components."87 </w:t>
      </w:r>
      <w:r>
        <w:rPr>
          <w:b w:val="0"/>
          <w:i w:val="0"/>
          <w:smallCaps w:val="0"/>
          <w:strike w:val="0"/>
          <w:sz w:val="22"/>
          <w:u w:val="single"/>
        </w:rPr>
        <w:t xml:space="preserve">Reputable </w:t>
      </w:r>
      <w:r>
        <w:rPr>
          <w:b w:val="0"/>
          <w:i w:val="0"/>
          <w:smallCaps w:val="0"/>
          <w:strike w:val="0"/>
          <w:sz w:val="22"/>
          <w:highlight w:val="darkGray"/>
          <w:u w:val="single"/>
        </w:rPr>
        <w:t xml:space="preserve">firms </w:t>
      </w:r>
      <w:r>
        <w:rPr>
          <w:b w:val="0"/>
          <w:i w:val="0"/>
          <w:smallCaps w:val="0"/>
          <w:strike w:val="0"/>
          <w:sz w:val="22"/>
          <w:u w:val="single"/>
        </w:rPr>
        <w:t>in need of chips</w:t>
      </w:r>
      <w:r>
        <w:rPr>
          <w:b w:val="0"/>
          <w:i w:val="0"/>
          <w:smallCaps w:val="0"/>
          <w:strike w:val="0"/>
          <w:sz w:val="22"/>
          <w:highlight w:val="darkGray"/>
          <w:u w:val="single"/>
        </w:rPr>
        <w:t xml:space="preserve"> have been enticed to order hard-to-find parts from risky sources</w:t>
      </w:r>
      <w:r>
        <w:rPr>
          <w:b w:val="0"/>
          <w:i w:val="0"/>
          <w:smallCaps w:val="0"/>
          <w:strike w:val="0"/>
          <w:sz w:val="16"/>
          <w:u w:val="none"/>
        </w:rPr>
        <w:t xml:space="preserve">, and they have received shipments that are improperly packaged, defective, or even nonoperational.88 According to the Wall Street Journal, "[t]he </w:t>
      </w:r>
      <w:r>
        <w:rPr>
          <w:b w:val="0"/>
          <w:i w:val="0"/>
          <w:smallCaps w:val="0"/>
          <w:strike w:val="0"/>
          <w:highlight w:val="cyan"/>
          <w:u w:val="single"/>
        </w:rPr>
        <w:t>global chip shortage has created</w:t>
      </w:r>
      <w:r>
        <w:rPr>
          <w:b w:val="0"/>
          <w:i w:val="0"/>
          <w:smallCaps w:val="0"/>
          <w:strike w:val="0"/>
          <w:u w:val="single"/>
        </w:rPr>
        <w:t xml:space="preserve"> a gold mine for </w:t>
      </w:r>
      <w:r>
        <w:rPr>
          <w:b w:val="0"/>
          <w:i w:val="0"/>
          <w:smallCaps w:val="0"/>
          <w:strike w:val="0"/>
          <w:highlight w:val="cyan"/>
          <w:u w:val="single"/>
        </w:rPr>
        <w:t>bad actors.</w:t>
      </w:r>
      <w:r>
        <w:rPr>
          <w:b w:val="0"/>
          <w:i w:val="0"/>
          <w:smallCaps w:val="0"/>
          <w:strike w:val="0"/>
          <w:u w:val="single"/>
        </w:rPr>
        <w:t xml:space="preserve">"8 9 </w:t>
      </w:r>
      <w:r>
        <w:rPr>
          <w:b w:val="0"/>
          <w:i w:val="0"/>
          <w:smallCaps w:val="0"/>
          <w:strike w:val="0"/>
          <w:highlight w:val="cyan"/>
          <w:u w:val="single"/>
        </w:rPr>
        <w:t>Counterfeit semiconductors</w:t>
      </w:r>
      <w:r>
        <w:rPr>
          <w:b w:val="0"/>
          <w:i w:val="0"/>
          <w:smallCaps w:val="0"/>
          <w:strike w:val="0"/>
          <w:u w:val="single"/>
        </w:rPr>
        <w:t xml:space="preserve">, including diodes, are being incorporated into mobile phones, tablets, and other privately used electronic devices, </w:t>
      </w:r>
      <w:r>
        <w:rPr>
          <w:b/>
          <w:i w:val="0"/>
          <w:smallCaps w:val="0"/>
          <w:strike w:val="0"/>
          <w:highlight w:val="cyan"/>
          <w:u w:val="single"/>
        </w:rPr>
        <w:t>creating</w:t>
      </w:r>
      <w:r>
        <w:rPr>
          <w:b w:val="0"/>
          <w:i w:val="0"/>
          <w:smallCaps w:val="0"/>
          <w:strike w:val="0"/>
          <w:highlight w:val="cyan"/>
          <w:u w:val="single"/>
        </w:rPr>
        <w:t xml:space="preserve"> </w:t>
      </w:r>
      <w:r>
        <w:rPr>
          <w:b/>
          <w:i w:val="0"/>
          <w:smallCaps w:val="0"/>
          <w:strike w:val="0"/>
          <w:highlight w:val="cyan"/>
          <w:u w:val="single"/>
        </w:rPr>
        <w:t>risks</w:t>
      </w:r>
      <w:r>
        <w:rPr>
          <w:b w:val="0"/>
          <w:i w:val="0"/>
          <w:smallCaps w:val="0"/>
          <w:strike w:val="0"/>
          <w:u w:val="single"/>
        </w:rPr>
        <w:t xml:space="preserve"> for consumers.90 </w:t>
      </w:r>
      <w:r>
        <w:rPr>
          <w:b w:val="0"/>
          <w:i w:val="0"/>
          <w:smallCaps w:val="0"/>
          <w:strike w:val="0"/>
          <w:highlight w:val="cyan"/>
          <w:u w:val="single"/>
        </w:rPr>
        <w:t>Long</w:t>
      </w:r>
      <w:r>
        <w:rPr>
          <w:b w:val="0"/>
          <w:i w:val="0"/>
          <w:smallCaps w:val="0"/>
          <w:strike w:val="0"/>
          <w:u w:val="single"/>
        </w:rPr>
        <w:t xml:space="preserve"> manufacturing lead </w:t>
      </w:r>
      <w:r>
        <w:rPr>
          <w:b w:val="0"/>
          <w:i w:val="0"/>
          <w:smallCaps w:val="0"/>
          <w:strike w:val="0"/>
          <w:highlight w:val="cyan"/>
          <w:u w:val="single"/>
        </w:rPr>
        <w:t>times for</w:t>
      </w:r>
      <w:r>
        <w:rPr>
          <w:b w:val="0"/>
          <w:i w:val="0"/>
          <w:smallCaps w:val="0"/>
          <w:strike w:val="0"/>
          <w:u w:val="single"/>
        </w:rPr>
        <w:t xml:space="preserve"> semiconductor </w:t>
      </w:r>
      <w:r>
        <w:rPr>
          <w:b w:val="0"/>
          <w:i w:val="0"/>
          <w:smallCaps w:val="0"/>
          <w:strike w:val="0"/>
          <w:highlight w:val="cyan"/>
          <w:u w:val="single"/>
        </w:rPr>
        <w:t>chips have increased</w:t>
      </w:r>
      <w:r>
        <w:rPr>
          <w:b w:val="0"/>
          <w:i w:val="0"/>
          <w:smallCaps w:val="0"/>
          <w:strike w:val="0"/>
          <w:u w:val="single"/>
        </w:rPr>
        <w:t xml:space="preserve"> the </w:t>
      </w:r>
      <w:r>
        <w:rPr>
          <w:b/>
          <w:i w:val="0"/>
          <w:smallCaps w:val="0"/>
          <w:strike w:val="0"/>
          <w:highlight w:val="cyan"/>
          <w:u w:val="single"/>
        </w:rPr>
        <w:t>willingness</w:t>
      </w:r>
      <w:r>
        <w:rPr>
          <w:b w:val="0"/>
          <w:i w:val="0"/>
          <w:smallCaps w:val="0"/>
          <w:strike w:val="0"/>
          <w:u w:val="single"/>
        </w:rPr>
        <w:t xml:space="preserve"> of distributors </w:t>
      </w:r>
      <w:r>
        <w:rPr>
          <w:b w:val="0"/>
          <w:i w:val="0"/>
          <w:smallCaps w:val="0"/>
          <w:strike w:val="0"/>
          <w:highlight w:val="cyan"/>
          <w:u w:val="single"/>
        </w:rPr>
        <w:t>to go to</w:t>
      </w:r>
      <w:r>
        <w:rPr>
          <w:b w:val="0"/>
          <w:i w:val="0"/>
          <w:smallCaps w:val="0"/>
          <w:strike w:val="0"/>
          <w:u w:val="single"/>
        </w:rPr>
        <w:t xml:space="preserve"> the </w:t>
      </w:r>
      <w:r>
        <w:rPr>
          <w:b w:val="0"/>
          <w:i w:val="0"/>
          <w:smallCaps w:val="0"/>
          <w:strike w:val="0"/>
          <w:highlight w:val="cyan"/>
          <w:u w:val="single"/>
        </w:rPr>
        <w:t>open market</w:t>
      </w:r>
      <w:r>
        <w:rPr>
          <w:b w:val="0"/>
          <w:i w:val="0"/>
          <w:smallCaps w:val="0"/>
          <w:strike w:val="0"/>
          <w:u w:val="single"/>
        </w:rPr>
        <w:t xml:space="preserve"> </w:t>
      </w:r>
      <w:r>
        <w:rPr>
          <w:b w:val="0"/>
          <w:i w:val="0"/>
          <w:smallCaps w:val="0"/>
          <w:strike w:val="0"/>
          <w:sz w:val="16"/>
          <w:u w:val="none"/>
        </w:rPr>
        <w:t xml:space="preserve">to obtain parts for customers in order to prevent manufacturing lines from sitting idle. 91 </w:t>
      </w:r>
      <w:r>
        <w:rPr>
          <w:b w:val="0"/>
          <w:i w:val="0"/>
          <w:smallCaps w:val="0"/>
          <w:strike w:val="0"/>
          <w:sz w:val="22"/>
          <w:highlight w:val="darkGray"/>
          <w:u w:val="single"/>
        </w:rPr>
        <w:t xml:space="preserve">Government </w:t>
      </w:r>
      <w:r>
        <w:rPr>
          <w:b/>
          <w:i w:val="0"/>
          <w:smallCaps w:val="0"/>
          <w:strike w:val="0"/>
          <w:sz w:val="24"/>
          <w:highlight w:val="darkGray"/>
          <w:u w:val="single"/>
        </w:rPr>
        <w:t>contractors</w:t>
      </w:r>
      <w:r>
        <w:rPr>
          <w:b w:val="0"/>
          <w:i w:val="0"/>
          <w:smallCaps w:val="0"/>
          <w:strike w:val="0"/>
          <w:sz w:val="22"/>
          <w:highlight w:val="darkGray"/>
          <w:u w:val="single"/>
        </w:rPr>
        <w:t xml:space="preserve"> and the DoD present a particularly attractive</w:t>
      </w:r>
      <w:r>
        <w:rPr>
          <w:b w:val="0"/>
          <w:i w:val="0"/>
          <w:smallCaps w:val="0"/>
          <w:strike w:val="0"/>
          <w:sz w:val="16"/>
          <w:u w:val="none"/>
        </w:rPr>
        <w:t>-and oftentimes willing-</w:t>
      </w:r>
      <w:r>
        <w:rPr>
          <w:b w:val="0"/>
          <w:i w:val="0"/>
          <w:smallCaps w:val="0"/>
          <w:strike w:val="0"/>
          <w:sz w:val="22"/>
          <w:highlight w:val="darkGray"/>
          <w:u w:val="single"/>
        </w:rPr>
        <w:t>market</w:t>
      </w:r>
      <w:r>
        <w:rPr>
          <w:b w:val="0"/>
          <w:i w:val="0"/>
          <w:smallCaps w:val="0"/>
          <w:strike w:val="0"/>
          <w:sz w:val="22"/>
          <w:u w:val="single"/>
        </w:rPr>
        <w:t xml:space="preserve"> for counterfeiters</w:t>
      </w:r>
      <w:r>
        <w:rPr>
          <w:b w:val="0"/>
          <w:i w:val="0"/>
          <w:smallCaps w:val="0"/>
          <w:strike w:val="0"/>
          <w:sz w:val="16"/>
          <w:u w:val="none"/>
        </w:rPr>
        <w:t xml:space="preserve">, largely </w:t>
      </w:r>
      <w:r>
        <w:rPr>
          <w:b w:val="0"/>
          <w:i w:val="0"/>
          <w:smallCaps w:val="0"/>
          <w:strike w:val="0"/>
          <w:sz w:val="22"/>
          <w:highlight w:val="darkGray"/>
          <w:u w:val="single"/>
        </w:rPr>
        <w:t xml:space="preserve">due to </w:t>
      </w:r>
      <w:r>
        <w:rPr>
          <w:b w:val="0"/>
          <w:i w:val="0"/>
          <w:smallCaps w:val="0"/>
          <w:strike w:val="0"/>
          <w:sz w:val="22"/>
          <w:u w:val="single"/>
        </w:rPr>
        <w:t xml:space="preserve">the </w:t>
      </w:r>
      <w:r>
        <w:rPr>
          <w:b/>
          <w:i w:val="0"/>
          <w:smallCaps w:val="0"/>
          <w:strike w:val="0"/>
          <w:sz w:val="24"/>
          <w:u w:val="single"/>
        </w:rPr>
        <w:t xml:space="preserve">obsolescence of </w:t>
      </w:r>
      <w:r>
        <w:rPr>
          <w:b/>
          <w:i w:val="0"/>
          <w:smallCaps w:val="0"/>
          <w:strike w:val="0"/>
          <w:sz w:val="24"/>
          <w:highlight w:val="darkGray"/>
          <w:u w:val="single"/>
        </w:rPr>
        <w:t>necessary replacement parts</w:t>
      </w:r>
      <w:r>
        <w:rPr>
          <w:b w:val="0"/>
          <w:i w:val="0"/>
          <w:smallCaps w:val="0"/>
          <w:strike w:val="0"/>
          <w:sz w:val="16"/>
          <w:u w:val="none"/>
        </w:rPr>
        <w:t xml:space="preserve">. 92 Unlike commercial products such as cellphones and laptop computers, </w:t>
      </w:r>
      <w:r>
        <w:rPr>
          <w:b w:val="0"/>
          <w:i w:val="0"/>
          <w:smallCaps w:val="0"/>
          <w:strike w:val="0"/>
          <w:sz w:val="22"/>
          <w:highlight w:val="darkGray"/>
          <w:u w:val="single"/>
        </w:rPr>
        <w:t>defense systems are typically designed for long lifecycles</w:t>
      </w:r>
      <w:r>
        <w:rPr>
          <w:b w:val="0"/>
          <w:i w:val="0"/>
          <w:smallCaps w:val="0"/>
          <w:strike w:val="0"/>
          <w:sz w:val="22"/>
          <w:u w:val="single"/>
        </w:rPr>
        <w:t>.</w:t>
      </w:r>
      <w:r>
        <w:rPr>
          <w:b w:val="0"/>
          <w:i w:val="0"/>
          <w:smallCaps w:val="0"/>
          <w:strike w:val="0"/>
          <w:sz w:val="16"/>
          <w:u w:val="none"/>
        </w:rPr>
        <w:t xml:space="preserve"> 93 Production of the parts contained in those systems will be discontinued when it is no longer cost-effective for the manufacturer, usually long before the systems themselves are taken out of service, leading to diminishing manufacturing sources and material shortages (DMSMS) issues. 94 </w:t>
      </w:r>
      <w:r>
        <w:rPr>
          <w:b w:val="0"/>
          <w:i w:val="0"/>
          <w:smallCaps w:val="0"/>
          <w:strike w:val="0"/>
          <w:highlight w:val="cyan"/>
          <w:u w:val="single"/>
        </w:rPr>
        <w:t xml:space="preserve">When </w:t>
      </w:r>
      <w:r>
        <w:rPr>
          <w:b/>
          <w:i w:val="0"/>
          <w:smallCaps w:val="0"/>
          <w:strike w:val="0"/>
          <w:highlight w:val="cyan"/>
          <w:u w:val="single"/>
        </w:rPr>
        <w:t>production ends</w:t>
      </w:r>
      <w:r>
        <w:rPr>
          <w:b w:val="0"/>
          <w:i w:val="0"/>
          <w:smallCaps w:val="0"/>
          <w:strike w:val="0"/>
          <w:highlight w:val="cyan"/>
          <w:u w:val="single"/>
        </w:rPr>
        <w:t>, parts may no longer be available</w:t>
      </w:r>
      <w:r>
        <w:rPr>
          <w:b w:val="0"/>
          <w:i w:val="0"/>
          <w:smallCaps w:val="0"/>
          <w:strike w:val="0"/>
          <w:u w:val="single"/>
        </w:rPr>
        <w:t xml:space="preserve"> </w:t>
      </w:r>
      <w:r>
        <w:rPr>
          <w:b w:val="0"/>
          <w:i w:val="0"/>
          <w:smallCaps w:val="0"/>
          <w:strike w:val="0"/>
          <w:sz w:val="16"/>
          <w:u w:val="none"/>
        </w:rPr>
        <w:t xml:space="preserve">from the original component manufacturer, an authorized aftermarket manufacturer, or an authorized distributor. 95 </w:t>
      </w:r>
      <w:r>
        <w:rPr>
          <w:b w:val="0"/>
          <w:i w:val="0"/>
          <w:smallCaps w:val="0"/>
          <w:strike w:val="0"/>
          <w:sz w:val="22"/>
          <w:highlight w:val="darkGray"/>
          <w:u w:val="single"/>
        </w:rPr>
        <w:t>If sufficient end-of-life purchases were not made</w:t>
      </w:r>
      <w:r>
        <w:rPr>
          <w:b w:val="0"/>
          <w:i w:val="0"/>
          <w:smallCaps w:val="0"/>
          <w:strike w:val="0"/>
          <w:sz w:val="16"/>
          <w:u w:val="none"/>
        </w:rPr>
        <w:t xml:space="preserve">, 96 </w:t>
      </w:r>
      <w:r>
        <w:rPr>
          <w:b w:val="0"/>
          <w:i w:val="0"/>
          <w:smallCaps w:val="0"/>
          <w:strike w:val="0"/>
          <w:sz w:val="22"/>
          <w:u w:val="single"/>
        </w:rPr>
        <w:t xml:space="preserve">the DoD and </w:t>
      </w:r>
      <w:r>
        <w:rPr>
          <w:b w:val="0"/>
          <w:i w:val="0"/>
          <w:smallCaps w:val="0"/>
          <w:strike w:val="0"/>
          <w:sz w:val="22"/>
          <w:highlight w:val="darkGray"/>
          <w:u w:val="single"/>
        </w:rPr>
        <w:t xml:space="preserve">defense contractors may be forced to purchase replacement parts from </w:t>
      </w:r>
      <w:r>
        <w:rPr>
          <w:b/>
          <w:i w:val="0"/>
          <w:smallCaps w:val="0"/>
          <w:strike w:val="0"/>
          <w:sz w:val="24"/>
          <w:highlight w:val="darkGray"/>
          <w:u w:val="single"/>
        </w:rPr>
        <w:t>outside the authorized supply chain</w:t>
      </w:r>
      <w:r>
        <w:rPr>
          <w:b w:val="0"/>
          <w:i w:val="0"/>
          <w:smallCaps w:val="0"/>
          <w:strike w:val="0"/>
          <w:sz w:val="16"/>
          <w:highlight w:val="darkGray"/>
          <w:u w:val="none"/>
        </w:rPr>
        <w:t>,</w:t>
      </w:r>
      <w:r>
        <w:rPr>
          <w:b w:val="0"/>
          <w:i w:val="0"/>
          <w:smallCaps w:val="0"/>
          <w:strike w:val="0"/>
          <w:sz w:val="16"/>
          <w:u w:val="none"/>
        </w:rPr>
        <w:t xml:space="preserve"> including from brokers and independent distributors. 97 The </w:t>
      </w:r>
      <w:r>
        <w:rPr>
          <w:b w:val="0"/>
          <w:i w:val="0"/>
          <w:smallCaps w:val="0"/>
          <w:strike w:val="0"/>
          <w:sz w:val="22"/>
          <w:highlight w:val="darkGray"/>
          <w:u w:val="single"/>
        </w:rPr>
        <w:t>DoD estimated</w:t>
      </w:r>
      <w:r>
        <w:rPr>
          <w:b w:val="0"/>
          <w:i w:val="0"/>
          <w:smallCaps w:val="0"/>
          <w:strike w:val="0"/>
          <w:sz w:val="16"/>
          <w:u w:val="none"/>
        </w:rPr>
        <w:t xml:space="preserve"> that </w:t>
      </w:r>
      <w:r>
        <w:rPr>
          <w:b w:val="0"/>
          <w:i w:val="0"/>
          <w:smallCaps w:val="0"/>
          <w:strike w:val="0"/>
          <w:sz w:val="22"/>
          <w:highlight w:val="darkGray"/>
          <w:u w:val="single"/>
        </w:rPr>
        <w:t>as much as 15% of all spare and replacement parts for military electronics are</w:t>
      </w:r>
      <w:r>
        <w:rPr>
          <w:b w:val="0"/>
          <w:i w:val="0"/>
          <w:smallCaps w:val="0"/>
          <w:strike w:val="0"/>
          <w:sz w:val="16"/>
          <w:u w:val="none"/>
        </w:rPr>
        <w:t xml:space="preserve"> determined to be </w:t>
      </w:r>
      <w:r>
        <w:rPr>
          <w:b w:val="0"/>
          <w:i w:val="0"/>
          <w:smallCaps w:val="0"/>
          <w:strike w:val="0"/>
          <w:sz w:val="22"/>
          <w:highlight w:val="darkGray"/>
          <w:u w:val="single"/>
        </w:rPr>
        <w:t>counterfeit</w:t>
      </w:r>
      <w:r>
        <w:rPr>
          <w:b w:val="0"/>
          <w:i w:val="0"/>
          <w:smallCaps w:val="0"/>
          <w:strike w:val="0"/>
          <w:sz w:val="16"/>
          <w:u w:val="none"/>
        </w:rPr>
        <w:t xml:space="preserve">. 98 </w:t>
      </w:r>
      <w:r>
        <w:rPr>
          <w:b w:val="0"/>
          <w:i w:val="0"/>
          <w:smallCaps w:val="0"/>
          <w:strike w:val="0"/>
          <w:sz w:val="22"/>
          <w:u w:val="single"/>
        </w:rPr>
        <w:t xml:space="preserve">The </w:t>
      </w:r>
      <w:r>
        <w:rPr>
          <w:b w:val="0"/>
          <w:i w:val="0"/>
          <w:smallCaps w:val="0"/>
          <w:strike w:val="0"/>
          <w:sz w:val="22"/>
          <w:highlight w:val="cyan"/>
          <w:u w:val="single"/>
        </w:rPr>
        <w:t>military's emphasis on</w:t>
      </w:r>
      <w:r>
        <w:rPr>
          <w:b w:val="0"/>
          <w:i w:val="0"/>
          <w:smallCaps w:val="0"/>
          <w:strike w:val="0"/>
          <w:sz w:val="22"/>
          <w:u w:val="single"/>
        </w:rPr>
        <w:t xml:space="preserve"> using the </w:t>
      </w:r>
      <w:r>
        <w:rPr>
          <w:b/>
          <w:i w:val="0"/>
          <w:smallCaps w:val="0"/>
          <w:strike w:val="0"/>
          <w:sz w:val="22"/>
          <w:highlight w:val="cyan"/>
          <w:u w:val="single"/>
        </w:rPr>
        <w:t>lowest</w:t>
      </w:r>
      <w:r>
        <w:rPr>
          <w:b w:val="0"/>
          <w:i w:val="0"/>
          <w:smallCaps w:val="0"/>
          <w:strike w:val="0"/>
          <w:sz w:val="22"/>
          <w:highlight w:val="cyan"/>
          <w:u w:val="single"/>
        </w:rPr>
        <w:t xml:space="preserve"> cost</w:t>
      </w:r>
      <w:r>
        <w:rPr>
          <w:b w:val="0"/>
          <w:i w:val="0"/>
          <w:smallCaps w:val="0"/>
          <w:strike w:val="0"/>
          <w:sz w:val="22"/>
          <w:u w:val="single"/>
        </w:rPr>
        <w:t xml:space="preserve"> suppliers </w:t>
      </w:r>
      <w:r>
        <w:rPr>
          <w:b w:val="0"/>
          <w:i w:val="0"/>
          <w:smallCaps w:val="0"/>
          <w:strike w:val="0"/>
          <w:sz w:val="22"/>
          <w:highlight w:val="cyan"/>
          <w:u w:val="single"/>
        </w:rPr>
        <w:t>rather than</w:t>
      </w:r>
      <w:r>
        <w:rPr>
          <w:b w:val="0"/>
          <w:i w:val="0"/>
          <w:smallCaps w:val="0"/>
          <w:strike w:val="0"/>
          <w:sz w:val="22"/>
          <w:u w:val="single"/>
        </w:rPr>
        <w:t xml:space="preserve"> focusing on the </w:t>
      </w:r>
      <w:r>
        <w:rPr>
          <w:b/>
          <w:i w:val="0"/>
          <w:smallCaps w:val="0"/>
          <w:strike w:val="0"/>
          <w:sz w:val="22"/>
          <w:highlight w:val="cyan"/>
          <w:u w:val="single"/>
        </w:rPr>
        <w:t>quality</w:t>
      </w:r>
      <w:r>
        <w:rPr>
          <w:b w:val="0"/>
          <w:i w:val="0"/>
          <w:smallCaps w:val="0"/>
          <w:strike w:val="0"/>
          <w:sz w:val="22"/>
          <w:u w:val="single"/>
        </w:rPr>
        <w:t xml:space="preserve"> of parts obtained </w:t>
      </w:r>
      <w:r>
        <w:rPr>
          <w:b w:val="0"/>
          <w:i w:val="0"/>
          <w:smallCaps w:val="0"/>
          <w:strike w:val="0"/>
          <w:sz w:val="22"/>
          <w:highlight w:val="cyan"/>
          <w:u w:val="single"/>
        </w:rPr>
        <w:t>is a</w:t>
      </w:r>
      <w:r>
        <w:rPr>
          <w:b w:val="0"/>
          <w:i w:val="0"/>
          <w:smallCaps w:val="0"/>
          <w:strike w:val="0"/>
          <w:sz w:val="22"/>
          <w:u w:val="single"/>
        </w:rPr>
        <w:t xml:space="preserve">nother contributing </w:t>
      </w:r>
      <w:r>
        <w:rPr>
          <w:b w:val="0"/>
          <w:i w:val="0"/>
          <w:smallCaps w:val="0"/>
          <w:strike w:val="0"/>
          <w:sz w:val="22"/>
          <w:highlight w:val="cyan"/>
          <w:u w:val="single"/>
        </w:rPr>
        <w:t>facto</w:t>
      </w:r>
      <w:r>
        <w:rPr>
          <w:b w:val="0"/>
          <w:i w:val="0"/>
          <w:smallCaps w:val="0"/>
          <w:strike w:val="0"/>
          <w:sz w:val="16"/>
          <w:highlight w:val="cyan"/>
          <w:u w:val="none"/>
        </w:rPr>
        <w:t>r</w:t>
      </w:r>
      <w:r>
        <w:rPr>
          <w:b w:val="0"/>
          <w:i w:val="0"/>
          <w:smallCaps w:val="0"/>
          <w:strike w:val="0"/>
          <w:sz w:val="16"/>
          <w:u w:val="none"/>
        </w:rPr>
        <w:t xml:space="preserve">. 99 </w:t>
      </w:r>
      <w:r>
        <w:rPr>
          <w:b w:val="0"/>
          <w:i w:val="0"/>
          <w:smallCaps w:val="0"/>
          <w:strike w:val="0"/>
          <w:sz w:val="22"/>
          <w:u w:val="single"/>
        </w:rPr>
        <w:t>Economic gain is not the sole motive for</w:t>
      </w:r>
      <w:r>
        <w:rPr>
          <w:b w:val="0"/>
          <w:i w:val="0"/>
          <w:smallCaps w:val="0"/>
          <w:strike w:val="0"/>
          <w:sz w:val="16"/>
          <w:u w:val="none"/>
        </w:rPr>
        <w:t xml:space="preserve"> dealing in </w:t>
      </w:r>
      <w:r>
        <w:rPr>
          <w:b w:val="0"/>
          <w:i w:val="0"/>
          <w:smallCaps w:val="0"/>
          <w:strike w:val="0"/>
          <w:sz w:val="22"/>
          <w:u w:val="single"/>
        </w:rPr>
        <w:t>counterfeit electronics</w:t>
      </w:r>
      <w:r>
        <w:rPr>
          <w:b w:val="0"/>
          <w:i w:val="0"/>
          <w:smallCaps w:val="0"/>
          <w:strike w:val="0"/>
          <w:sz w:val="16"/>
          <w:u w:val="none"/>
        </w:rPr>
        <w:t xml:space="preserve">. As noted above, </w:t>
      </w:r>
      <w:r>
        <w:rPr>
          <w:b/>
          <w:i w:val="0"/>
          <w:smallCaps w:val="0"/>
          <w:strike w:val="0"/>
          <w:sz w:val="24"/>
          <w:highlight w:val="darkGray"/>
          <w:u w:val="single"/>
        </w:rPr>
        <w:t>malicious counterfeits</w:t>
      </w:r>
      <w:r>
        <w:rPr>
          <w:b w:val="0"/>
          <w:i w:val="0"/>
          <w:smallCaps w:val="0"/>
          <w:strike w:val="0"/>
          <w:sz w:val="22"/>
          <w:highlight w:val="darkGray"/>
          <w:u w:val="single"/>
        </w:rPr>
        <w:t xml:space="preserve"> are making their way into the supply chain</w:t>
      </w:r>
      <w:r>
        <w:rPr>
          <w:b w:val="0"/>
          <w:i w:val="0"/>
          <w:smallCaps w:val="0"/>
          <w:strike w:val="0"/>
          <w:sz w:val="22"/>
          <w:u w:val="single"/>
        </w:rPr>
        <w:t>.</w:t>
      </w:r>
      <w:r>
        <w:rPr>
          <w:b w:val="0"/>
          <w:i w:val="0"/>
          <w:smallCaps w:val="0"/>
          <w:strike w:val="0"/>
          <w:sz w:val="16"/>
          <w:u w:val="none"/>
        </w:rPr>
        <w:t xml:space="preserve"> 100 </w:t>
      </w:r>
      <w:r>
        <w:rPr>
          <w:b w:val="0"/>
          <w:i w:val="0"/>
          <w:smallCaps w:val="0"/>
          <w:strike w:val="0"/>
          <w:sz w:val="22"/>
          <w:highlight w:val="darkGray"/>
          <w:u w:val="single"/>
        </w:rPr>
        <w:t xml:space="preserve">As an increasing number of devices are connected to the </w:t>
      </w:r>
      <w:r>
        <w:rPr>
          <w:b/>
          <w:i w:val="0"/>
          <w:smallCaps w:val="0"/>
          <w:strike w:val="0"/>
          <w:sz w:val="24"/>
          <w:highlight w:val="darkGray"/>
          <w:u w:val="single"/>
        </w:rPr>
        <w:t>Internet of Things</w:t>
      </w:r>
      <w:r>
        <w:rPr>
          <w:b w:val="0"/>
          <w:i w:val="0"/>
          <w:smallCaps w:val="0"/>
          <w:strike w:val="0"/>
          <w:sz w:val="16"/>
          <w:u w:val="none"/>
        </w:rPr>
        <w:t xml:space="preserve"> (IoT), "</w:t>
      </w:r>
      <w:r>
        <w:rPr>
          <w:b w:val="0"/>
          <w:i w:val="0"/>
          <w:smallCaps w:val="0"/>
          <w:strike w:val="0"/>
          <w:sz w:val="22"/>
          <w:highlight w:val="darkGray"/>
          <w:u w:val="single"/>
        </w:rPr>
        <w:t>the potential for extensive</w:t>
      </w:r>
      <w:r>
        <w:rPr>
          <w:b w:val="0"/>
          <w:i w:val="0"/>
          <w:smallCaps w:val="0"/>
          <w:strike w:val="0"/>
          <w:sz w:val="16"/>
          <w:u w:val="none"/>
        </w:rPr>
        <w:t xml:space="preserve"> economic and health and safety </w:t>
      </w:r>
      <w:r>
        <w:rPr>
          <w:b w:val="0"/>
          <w:i w:val="0"/>
          <w:smallCaps w:val="0"/>
          <w:strike w:val="0"/>
          <w:sz w:val="22"/>
          <w:highlight w:val="darkGray"/>
          <w:u w:val="single"/>
        </w:rPr>
        <w:t xml:space="preserve">losses due to </w:t>
      </w:r>
      <w:r>
        <w:rPr>
          <w:b/>
          <w:i w:val="0"/>
          <w:smallCaps w:val="0"/>
          <w:strike w:val="0"/>
          <w:sz w:val="24"/>
          <w:highlight w:val="darkGray"/>
          <w:u w:val="single"/>
        </w:rPr>
        <w:t>deliberately</w:t>
      </w:r>
      <w:r>
        <w:rPr>
          <w:b w:val="0"/>
          <w:i w:val="0"/>
          <w:smallCaps w:val="0"/>
          <w:strike w:val="0"/>
          <w:sz w:val="22"/>
          <w:highlight w:val="darkGray"/>
          <w:u w:val="single"/>
        </w:rPr>
        <w:t xml:space="preserve"> corrupted components </w:t>
      </w:r>
      <w:r>
        <w:rPr>
          <w:b/>
          <w:i w:val="0"/>
          <w:smallCaps w:val="0"/>
          <w:strike w:val="0"/>
          <w:sz w:val="24"/>
          <w:highlight w:val="darkGray"/>
          <w:u w:val="single"/>
        </w:rPr>
        <w:t>increases by orders of magnitude</w:t>
      </w:r>
      <w:r>
        <w:rPr>
          <w:b/>
          <w:i w:val="0"/>
          <w:smallCaps w:val="0"/>
          <w:strike w:val="0"/>
          <w:sz w:val="24"/>
          <w:highlight w:val="cyan"/>
          <w:u w:val="single"/>
        </w:rPr>
        <w:t>.</w:t>
      </w:r>
      <w:r>
        <w:rPr>
          <w:b w:val="0"/>
          <w:i w:val="0"/>
          <w:smallCaps w:val="0"/>
          <w:strike w:val="0"/>
          <w:sz w:val="16"/>
          <w:u w:val="none"/>
        </w:rPr>
        <w:t xml:space="preserve"> 101</w:t>
      </w:r>
    </w:p>
    <w:p>
      <w:pPr>
        <w:pStyle w:val="Caption"/>
      </w:pPr>
      <w:r>
        <w:t>Source: Advantage CP vs E Commerce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