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U.S control of semiconductors post shortage is vital for sustainable tech leadership</w:t>
      </w:r>
    </w:p>
    <w:p>
      <w:pPr>
        <w:spacing w:after="80"/>
      </w:pPr>
      <w:r>
        <w:rPr>
          <w:b/>
          <w:i w:val="0"/>
          <w:smallCaps w:val="0"/>
          <w:strike w:val="0"/>
          <w:color w:val="000000"/>
          <w:sz w:val="26"/>
          <w:u w:val="none"/>
        </w:rPr>
        <w:t>Miller, 21</w:t>
      </w:r>
      <w:r>
        <w:rPr>
          <w:b w:val="0"/>
          <w:i w:val="0"/>
          <w:smallCaps w:val="0"/>
          <w:strike w:val="0"/>
          <w:color w:val="000000"/>
          <w:u w:val="none"/>
        </w:rPr>
        <w:t>. (Chris Miller is from the Fletcher School and Foreign Policy Research Institute) 6/24/2021, (ISPI) . "The Semiconductor Supply Chain: An Issue of Strategic Positioning." https://www.ispionline.it/en/pubblicazione/semiconductor-supply-chain-issue-strategic-positioning-30704. accessed 2-23-2022 //)</w:t>
      </w:r>
    </w:p>
    <w:p>
      <w:pPr>
        <w:spacing w:after="60"/>
      </w:pPr>
      <w:r>
        <w:rPr>
          <w:b w:val="0"/>
          <w:i w:val="0"/>
          <w:smallCaps w:val="0"/>
          <w:strike w:val="0"/>
          <w:color w:val="000000"/>
          <w:u w:val="single"/>
        </w:rPr>
        <w:t>America’s 78-year-old president</w:t>
      </w:r>
      <w:r>
        <w:rPr>
          <w:b w:val="0"/>
          <w:i w:val="0"/>
          <w:smallCaps w:val="0"/>
          <w:strike w:val="0"/>
          <w:color w:val="000000"/>
          <w:sz w:val="16"/>
          <w:u w:val="none"/>
        </w:rPr>
        <w:t xml:space="preserve">, Joe </w:t>
      </w:r>
      <w:r>
        <w:rPr>
          <w:b w:val="0"/>
          <w:i w:val="0"/>
          <w:smallCaps w:val="0"/>
          <w:strike w:val="0"/>
          <w:color w:val="000000"/>
          <w:u w:val="single"/>
        </w:rPr>
        <w:t>Biden, might not</w:t>
      </w:r>
      <w:r>
        <w:rPr>
          <w:b w:val="0"/>
          <w:i w:val="0"/>
          <w:smallCaps w:val="0"/>
          <w:strike w:val="0"/>
          <w:color w:val="000000"/>
          <w:sz w:val="16"/>
          <w:u w:val="none"/>
        </w:rPr>
        <w:t xml:space="preserve"> </w:t>
      </w:r>
      <w:r>
        <w:rPr>
          <w:b w:val="0"/>
          <w:i w:val="0"/>
          <w:smallCaps w:val="0"/>
          <w:strike w:val="0"/>
          <w:color w:val="000000"/>
          <w:u w:val="single"/>
        </w:rPr>
        <w:t>seem</w:t>
      </w:r>
      <w:r>
        <w:rPr>
          <w:b w:val="0"/>
          <w:i w:val="0"/>
          <w:smallCaps w:val="0"/>
          <w:strike w:val="0"/>
          <w:color w:val="000000"/>
          <w:sz w:val="16"/>
          <w:u w:val="none"/>
        </w:rPr>
        <w:t xml:space="preserve"> </w:t>
      </w:r>
      <w:r>
        <w:rPr>
          <w:b w:val="0"/>
          <w:i w:val="0"/>
          <w:smallCaps w:val="0"/>
          <w:strike w:val="0"/>
          <w:color w:val="000000"/>
          <w:u w:val="single"/>
        </w:rPr>
        <w:t>like the world’s most</w:t>
      </w:r>
      <w:r>
        <w:rPr>
          <w:b w:val="0"/>
          <w:i w:val="0"/>
          <w:smallCaps w:val="0"/>
          <w:strike w:val="0"/>
          <w:color w:val="000000"/>
          <w:sz w:val="16"/>
          <w:u w:val="none"/>
        </w:rPr>
        <w:t xml:space="preserve"> </w:t>
      </w:r>
      <w:r>
        <w:rPr>
          <w:b w:val="0"/>
          <w:i w:val="0"/>
          <w:smallCaps w:val="0"/>
          <w:strike w:val="0"/>
          <w:color w:val="000000"/>
          <w:u w:val="single"/>
        </w:rPr>
        <w:t>tech savvy</w:t>
      </w:r>
      <w:r>
        <w:rPr>
          <w:b w:val="0"/>
          <w:i w:val="0"/>
          <w:smallCaps w:val="0"/>
          <w:strike w:val="0"/>
          <w:color w:val="000000"/>
          <w:sz w:val="16"/>
          <w:u w:val="none"/>
        </w:rPr>
        <w:t xml:space="preserve"> </w:t>
      </w:r>
      <w:r>
        <w:rPr>
          <w:b w:val="0"/>
          <w:i w:val="0"/>
          <w:smallCaps w:val="0"/>
          <w:strike w:val="0"/>
          <w:color w:val="000000"/>
          <w:u w:val="single"/>
        </w:rPr>
        <w:t>leader</w:t>
      </w:r>
      <w:r>
        <w:rPr>
          <w:b w:val="0"/>
          <w:i w:val="0"/>
          <w:smallCaps w:val="0"/>
          <w:strike w:val="0"/>
          <w:color w:val="000000"/>
          <w:sz w:val="16"/>
          <w:u w:val="none"/>
        </w:rPr>
        <w:t xml:space="preserve">. </w:t>
      </w:r>
      <w:r>
        <w:rPr>
          <w:b w:val="0"/>
          <w:i w:val="0"/>
          <w:smallCaps w:val="0"/>
          <w:strike w:val="0"/>
          <w:color w:val="000000"/>
          <w:u w:val="single"/>
        </w:rPr>
        <w:t>But</w:t>
      </w:r>
      <w:r>
        <w:rPr>
          <w:b w:val="0"/>
          <w:i w:val="0"/>
          <w:smallCaps w:val="0"/>
          <w:strike w:val="0"/>
          <w:color w:val="000000"/>
          <w:sz w:val="16"/>
          <w:u w:val="none"/>
        </w:rPr>
        <w:t xml:space="preserve"> some of </w:t>
      </w:r>
      <w:r>
        <w:rPr>
          <w:b w:val="0"/>
          <w:i w:val="0"/>
          <w:smallCaps w:val="0"/>
          <w:strike w:val="0"/>
          <w:color w:val="000000"/>
          <w:u w:val="single"/>
        </w:rPr>
        <w:t>his admin</w:t>
      </w:r>
      <w:r>
        <w:rPr>
          <w:b w:val="0"/>
          <w:i w:val="0"/>
          <w:smallCaps w:val="0"/>
          <w:strike w:val="0"/>
          <w:color w:val="000000"/>
          <w:u w:val="single"/>
        </w:rPr>
        <w:t>istration’s biggest policies</w:t>
      </w:r>
      <w:r>
        <w:rPr>
          <w:b w:val="0"/>
          <w:i w:val="0"/>
          <w:smallCaps w:val="0"/>
          <w:strike w:val="0"/>
          <w:color w:val="000000"/>
          <w:sz w:val="16"/>
          <w:u w:val="none"/>
        </w:rPr>
        <w:t xml:space="preserve"> </w:t>
      </w:r>
      <w:r>
        <w:rPr>
          <w:b w:val="0"/>
          <w:i w:val="0"/>
          <w:smallCaps w:val="0"/>
          <w:strike w:val="0"/>
          <w:color w:val="000000"/>
          <w:u w:val="single"/>
        </w:rPr>
        <w:t>have focused on</w:t>
      </w:r>
      <w:r>
        <w:rPr>
          <w:b w:val="0"/>
          <w:i w:val="0"/>
          <w:smallCaps w:val="0"/>
          <w:strike w:val="0"/>
          <w:color w:val="000000"/>
          <w:sz w:val="16"/>
          <w:u w:val="none"/>
        </w:rPr>
        <w:t xml:space="preserve"> </w:t>
      </w:r>
      <w:r>
        <w:rPr>
          <w:b w:val="0"/>
          <w:i w:val="0"/>
          <w:smallCaps w:val="0"/>
          <w:strike w:val="0"/>
          <w:color w:val="000000"/>
          <w:u w:val="single"/>
        </w:rPr>
        <w:t>a small but fundamentally important technology:</w:t>
      </w:r>
      <w:r>
        <w:rPr>
          <w:b w:val="0"/>
          <w:i w:val="0"/>
          <w:smallCaps w:val="0"/>
          <w:strike w:val="0"/>
          <w:color w:val="000000"/>
          <w:sz w:val="16"/>
          <w:u w:val="none"/>
        </w:rPr>
        <w:t xml:space="preserve"> </w:t>
      </w:r>
      <w:r>
        <w:rPr>
          <w:b w:val="0"/>
          <w:i w:val="0"/>
          <w:smallCaps w:val="0"/>
          <w:strike w:val="0"/>
          <w:color w:val="000000"/>
          <w:u w:val="single"/>
        </w:rPr>
        <w:t>the semiconductor</w:t>
      </w:r>
      <w:r>
        <w:rPr>
          <w:b w:val="0"/>
          <w:i w:val="0"/>
          <w:smallCaps w:val="0"/>
          <w:strike w:val="0"/>
          <w:color w:val="000000"/>
          <w:sz w:val="16"/>
          <w:u w:val="none"/>
        </w:rPr>
        <w:t>. Known more prosaically as “</w:t>
      </w:r>
      <w:r>
        <w:rPr>
          <w:b w:val="0"/>
          <w:i w:val="0"/>
          <w:smallCaps w:val="0"/>
          <w:strike w:val="0"/>
          <w:color w:val="000000"/>
          <w:u w:val="single"/>
        </w:rPr>
        <w:t>computer chips</w:t>
      </w:r>
      <w:r>
        <w:rPr>
          <w:b w:val="0"/>
          <w:i w:val="0"/>
          <w:smallCaps w:val="0"/>
          <w:strike w:val="0"/>
          <w:color w:val="000000"/>
          <w:sz w:val="16"/>
          <w:u w:val="none"/>
        </w:rPr>
        <w:t xml:space="preserve">”, </w:t>
      </w:r>
      <w:r>
        <w:rPr>
          <w:b w:val="0"/>
          <w:i w:val="0"/>
          <w:smallCaps w:val="0"/>
          <w:strike w:val="0"/>
          <w:color w:val="000000"/>
          <w:u w:val="single"/>
        </w:rPr>
        <w:t>semiconductors power technology of all types from vast data centers to the simplest consumer electronics</w:t>
      </w:r>
      <w:r>
        <w:rPr>
          <w:b w:val="0"/>
          <w:i w:val="0"/>
          <w:smallCaps w:val="0"/>
          <w:strike w:val="0"/>
          <w:color w:val="000000"/>
          <w:sz w:val="16"/>
          <w:u w:val="none"/>
        </w:rPr>
        <w:t xml:space="preserve">. In the age of the Internet of Things, </w:t>
      </w:r>
      <w:r>
        <w:rPr>
          <w:b w:val="0"/>
          <w:i w:val="0"/>
          <w:smallCaps w:val="0"/>
          <w:strike w:val="0"/>
          <w:color w:val="000000"/>
          <w:u w:val="single"/>
        </w:rPr>
        <w:t>almost every</w:t>
      </w:r>
      <w:r>
        <w:rPr>
          <w:b w:val="0"/>
          <w:i w:val="0"/>
          <w:smallCaps w:val="0"/>
          <w:strike w:val="0"/>
          <w:color w:val="000000"/>
          <w:sz w:val="16"/>
          <w:u w:val="none"/>
        </w:rPr>
        <w:t xml:space="preserve"> </w:t>
      </w:r>
      <w:r>
        <w:rPr>
          <w:b w:val="0"/>
          <w:i w:val="0"/>
          <w:smallCaps w:val="0"/>
          <w:strike w:val="0"/>
          <w:color w:val="000000"/>
          <w:u w:val="single"/>
        </w:rPr>
        <w:t>electrical</w:t>
      </w:r>
      <w:r>
        <w:rPr>
          <w:b w:val="0"/>
          <w:i w:val="0"/>
          <w:smallCaps w:val="0"/>
          <w:strike w:val="0"/>
          <w:color w:val="000000"/>
          <w:sz w:val="16"/>
          <w:u w:val="none"/>
        </w:rPr>
        <w:t xml:space="preserve"> </w:t>
      </w:r>
      <w:r>
        <w:rPr>
          <w:b w:val="0"/>
          <w:i w:val="0"/>
          <w:smallCaps w:val="0"/>
          <w:strike w:val="0"/>
          <w:color w:val="000000"/>
          <w:u w:val="single"/>
        </w:rPr>
        <w:t>device has a semiconductor</w:t>
      </w:r>
      <w:r>
        <w:rPr>
          <w:b w:val="0"/>
          <w:i w:val="0"/>
          <w:smallCaps w:val="0"/>
          <w:strike w:val="0"/>
          <w:color w:val="000000"/>
          <w:sz w:val="16"/>
          <w:u w:val="none"/>
        </w:rPr>
        <w:t xml:space="preserve"> </w:t>
      </w:r>
      <w:r>
        <w:rPr>
          <w:b w:val="0"/>
          <w:i w:val="0"/>
          <w:smallCaps w:val="0"/>
          <w:strike w:val="0"/>
          <w:color w:val="000000"/>
          <w:u w:val="single"/>
        </w:rPr>
        <w:t>inside. And as societies gather and process more data, it is chips</w:t>
      </w:r>
      <w:r>
        <w:rPr>
          <w:b w:val="0"/>
          <w:i w:val="0"/>
          <w:smallCaps w:val="0"/>
          <w:strike w:val="0"/>
          <w:color w:val="000000"/>
          <w:sz w:val="16"/>
          <w:u w:val="none"/>
        </w:rPr>
        <w:t xml:space="preserve"> </w:t>
      </w:r>
      <w:r>
        <w:rPr>
          <w:b w:val="0"/>
          <w:i w:val="0"/>
          <w:smallCaps w:val="0"/>
          <w:strike w:val="0"/>
          <w:color w:val="000000"/>
          <w:u w:val="single"/>
        </w:rPr>
        <w:t>that provide</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computing power on which we rely</w:t>
      </w:r>
      <w:r>
        <w:rPr>
          <w:b w:val="0"/>
          <w:i w:val="0"/>
          <w:smallCaps w:val="0"/>
          <w:strike w:val="0"/>
          <w:color w:val="000000"/>
          <w:sz w:val="16"/>
          <w:u w:val="none"/>
        </w:rPr>
        <w:t xml:space="preserve">. The Biden </w:t>
      </w:r>
      <w:r>
        <w:rPr>
          <w:b w:val="0"/>
          <w:i w:val="0"/>
          <w:smallCaps w:val="0"/>
          <w:strike w:val="0"/>
          <w:color w:val="000000"/>
          <w:u w:val="single"/>
        </w:rPr>
        <w:t>admin</w:t>
      </w:r>
      <w:r>
        <w:rPr>
          <w:b w:val="0"/>
          <w:i w:val="0"/>
          <w:smallCaps w:val="0"/>
          <w:strike w:val="0"/>
          <w:color w:val="000000"/>
          <w:sz w:val="16"/>
          <w:u w:val="none"/>
        </w:rPr>
        <w:t xml:space="preserve">istration </w:t>
      </w:r>
      <w:r>
        <w:rPr>
          <w:b w:val="0"/>
          <w:i w:val="0"/>
          <w:smallCaps w:val="0"/>
          <w:strike w:val="0"/>
          <w:color w:val="000000"/>
          <w:u w:val="single"/>
        </w:rPr>
        <w:t>is thinking about chips</w:t>
      </w:r>
      <w:r>
        <w:rPr>
          <w:b w:val="0"/>
          <w:i w:val="0"/>
          <w:smallCaps w:val="0"/>
          <w:strike w:val="0"/>
          <w:color w:val="000000"/>
          <w:sz w:val="16"/>
          <w:u w:val="none"/>
        </w:rPr>
        <w:t xml:space="preserve"> in part </w:t>
      </w:r>
      <w:r>
        <w:rPr>
          <w:b w:val="0"/>
          <w:i w:val="0"/>
          <w:smallCaps w:val="0"/>
          <w:strike w:val="0"/>
          <w:color w:val="000000"/>
          <w:u w:val="single"/>
        </w:rPr>
        <w:t>because</w:t>
      </w:r>
      <w:r>
        <w:rPr>
          <w:b w:val="0"/>
          <w:i w:val="0"/>
          <w:smallCaps w:val="0"/>
          <w:strike w:val="0"/>
          <w:color w:val="000000"/>
          <w:sz w:val="16"/>
          <w:u w:val="none"/>
        </w:rPr>
        <w:t xml:space="preserve"> of a </w:t>
      </w:r>
      <w:r>
        <w:rPr>
          <w:b w:val="0"/>
          <w:i w:val="0"/>
          <w:smallCaps w:val="0"/>
          <w:strike w:val="0"/>
          <w:color w:val="000000"/>
          <w:u w:val="single"/>
        </w:rPr>
        <w:t>semiconductor shortage</w:t>
      </w:r>
      <w:r>
        <w:rPr>
          <w:b w:val="0"/>
          <w:i w:val="0"/>
          <w:smallCaps w:val="0"/>
          <w:strike w:val="0"/>
          <w:color w:val="000000"/>
          <w:sz w:val="16"/>
          <w:u w:val="none"/>
        </w:rPr>
        <w:t xml:space="preserve"> </w:t>
      </w:r>
      <w:r>
        <w:rPr>
          <w:b w:val="0"/>
          <w:i w:val="0"/>
          <w:smallCaps w:val="0"/>
          <w:strike w:val="0"/>
          <w:color w:val="000000"/>
          <w:u w:val="single"/>
        </w:rPr>
        <w:t>caused by</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economic dislocations</w:t>
      </w:r>
      <w:r>
        <w:rPr>
          <w:b w:val="0"/>
          <w:i w:val="0"/>
          <w:smallCaps w:val="0"/>
          <w:strike w:val="0"/>
          <w:color w:val="000000"/>
          <w:sz w:val="16"/>
          <w:u w:val="none"/>
        </w:rPr>
        <w:t xml:space="preserve"> of COVID-19. Car factories worldwide have been delayed or stopped because crucial semiconductors are on back order. But today’s semiconductor shortage will eventually pass. </w:t>
      </w:r>
      <w:r>
        <w:rPr>
          <w:b/>
          <w:i w:val="0"/>
          <w:smallCaps w:val="0"/>
          <w:strike w:val="0"/>
          <w:color w:val="000000"/>
          <w:u w:val="single"/>
        </w:rPr>
        <w:t>The</w:t>
      </w:r>
      <w:r>
        <w:rPr>
          <w:b w:val="0"/>
          <w:i w:val="0"/>
          <w:smallCaps w:val="0"/>
          <w:strike w:val="0"/>
          <w:color w:val="000000"/>
          <w:sz w:val="16"/>
          <w:u w:val="none"/>
        </w:rPr>
        <w:t xml:space="preserve"> </w:t>
      </w:r>
      <w:r>
        <w:rPr>
          <w:b/>
          <w:i w:val="0"/>
          <w:smallCaps w:val="0"/>
          <w:strike w:val="0"/>
          <w:color w:val="000000"/>
          <w:u w:val="single"/>
        </w:rPr>
        <w:t>bigger</w:t>
      </w:r>
      <w:r>
        <w:rPr>
          <w:b w:val="0"/>
          <w:i w:val="0"/>
          <w:smallCaps w:val="0"/>
          <w:strike w:val="0"/>
          <w:color w:val="000000"/>
          <w:sz w:val="16"/>
          <w:u w:val="none"/>
        </w:rPr>
        <w:t xml:space="preserve"> </w:t>
      </w:r>
      <w:r>
        <w:rPr>
          <w:b/>
          <w:i w:val="0"/>
          <w:smallCaps w:val="0"/>
          <w:strike w:val="0"/>
          <w:color w:val="000000"/>
          <w:u w:val="single"/>
        </w:rPr>
        <w:t>issue is geopolitical</w:t>
      </w:r>
      <w:r>
        <w:rPr>
          <w:b/>
          <w:i w:val="0"/>
          <w:smallCaps w:val="0"/>
          <w:strike w:val="0"/>
          <w:color w:val="000000"/>
          <w:u w:val="single"/>
        </w:rPr>
        <w:t>,</w:t>
      </w:r>
      <w:r>
        <w:rPr>
          <w:b w:val="0"/>
          <w:i w:val="0"/>
          <w:smallCaps w:val="0"/>
          <w:strike w:val="0"/>
          <w:color w:val="000000"/>
          <w:sz w:val="16"/>
          <w:u w:val="none"/>
        </w:rPr>
        <w:t xml:space="preserve"> </w:t>
      </w:r>
      <w:r>
        <w:rPr>
          <w:b/>
          <w:i w:val="0"/>
          <w:smallCaps w:val="0"/>
          <w:strike w:val="0"/>
          <w:color w:val="000000"/>
          <w:u w:val="single"/>
        </w:rPr>
        <w:t>as China invests heavily</w:t>
      </w:r>
      <w:r>
        <w:rPr>
          <w:b w:val="0"/>
          <w:i w:val="0"/>
          <w:smallCaps w:val="0"/>
          <w:strike w:val="0"/>
          <w:color w:val="000000"/>
          <w:sz w:val="16"/>
          <w:u w:val="none"/>
        </w:rPr>
        <w:t xml:space="preserve"> </w:t>
      </w:r>
      <w:r>
        <w:rPr>
          <w:b/>
          <w:i w:val="0"/>
          <w:smallCaps w:val="0"/>
          <w:strike w:val="0"/>
          <w:color w:val="000000"/>
          <w:u w:val="single"/>
        </w:rPr>
        <w:t>in chip technology, seeking to upgrade its economy and its military.</w:t>
      </w:r>
      <w:r>
        <w:rPr>
          <w:b w:val="0"/>
          <w:i w:val="0"/>
          <w:smallCaps w:val="0"/>
          <w:strike w:val="0"/>
          <w:color w:val="000000"/>
          <w:sz w:val="16"/>
          <w:u w:val="none"/>
        </w:rPr>
        <w:t xml:space="preserve"> </w:t>
      </w:r>
      <w:r>
        <w:rPr>
          <w:b/>
          <w:i w:val="0"/>
          <w:smallCaps w:val="0"/>
          <w:strike w:val="0"/>
          <w:color w:val="000000"/>
          <w:u w:val="single"/>
        </w:rPr>
        <w:t>The U</w:t>
      </w:r>
      <w:r>
        <w:rPr>
          <w:b/>
          <w:i w:val="0"/>
          <w:smallCaps w:val="0"/>
          <w:strike w:val="0"/>
          <w:color w:val="000000"/>
          <w:u w:val="single"/>
        </w:rPr>
        <w:t>nited</w:t>
      </w:r>
      <w:r>
        <w:rPr>
          <w:b w:val="0"/>
          <w:i w:val="0"/>
          <w:smallCaps w:val="0"/>
          <w:strike w:val="0"/>
          <w:color w:val="000000"/>
          <w:sz w:val="16"/>
          <w:u w:val="none"/>
        </w:rPr>
        <w:t xml:space="preserve"> </w:t>
      </w:r>
      <w:r>
        <w:rPr>
          <w:b/>
          <w:i w:val="0"/>
          <w:smallCaps w:val="0"/>
          <w:strike w:val="0"/>
          <w:color w:val="000000"/>
          <w:u w:val="single"/>
        </w:rPr>
        <w:t>S</w:t>
      </w:r>
      <w:r>
        <w:rPr>
          <w:b/>
          <w:i w:val="0"/>
          <w:smallCaps w:val="0"/>
          <w:strike w:val="0"/>
          <w:color w:val="000000"/>
          <w:u w:val="single"/>
        </w:rPr>
        <w:t>tates, which has historically dominated chip design and production,</w:t>
      </w:r>
      <w:r>
        <w:rPr>
          <w:b w:val="0"/>
          <w:i w:val="0"/>
          <w:smallCaps w:val="0"/>
          <w:strike w:val="0"/>
          <w:color w:val="000000"/>
          <w:sz w:val="16"/>
          <w:u w:val="none"/>
        </w:rPr>
        <w:t xml:space="preserve"> </w:t>
      </w:r>
      <w:r>
        <w:rPr>
          <w:b/>
          <w:i w:val="0"/>
          <w:smallCaps w:val="0"/>
          <w:strike w:val="0"/>
          <w:color w:val="000000"/>
          <w:u w:val="single"/>
        </w:rPr>
        <w:t>is fixated on retaining its leading role</w:t>
      </w:r>
      <w:r>
        <w:rPr>
          <w:b/>
          <w:i w:val="0"/>
          <w:smallCaps w:val="0"/>
          <w:strike w:val="0"/>
          <w:color w:val="000000"/>
          <w:u w:val="single"/>
        </w:rPr>
        <w:t>. Backed by bipartisan majorities in Congress,</w:t>
      </w:r>
      <w:r>
        <w:rPr>
          <w:b w:val="0"/>
          <w:i w:val="0"/>
          <w:smallCaps w:val="0"/>
          <w:strike w:val="0"/>
          <w:color w:val="000000"/>
          <w:sz w:val="16"/>
          <w:u w:val="none"/>
        </w:rPr>
        <w:t xml:space="preserve"> </w:t>
      </w:r>
      <w:r>
        <w:rPr>
          <w:b/>
          <w:i w:val="0"/>
          <w:smallCaps w:val="0"/>
          <w:strike w:val="0"/>
          <w:color w:val="000000"/>
          <w:u w:val="single"/>
        </w:rPr>
        <w:t>the Biden admin</w:t>
      </w:r>
      <w:r>
        <w:rPr>
          <w:b/>
          <w:i w:val="0"/>
          <w:smallCaps w:val="0"/>
          <w:strike w:val="0"/>
          <w:color w:val="000000"/>
          <w:u w:val="single"/>
        </w:rPr>
        <w:t>istration</w:t>
      </w:r>
      <w:r>
        <w:rPr>
          <w:b w:val="0"/>
          <w:i w:val="0"/>
          <w:smallCaps w:val="0"/>
          <w:strike w:val="0"/>
          <w:color w:val="000000"/>
          <w:sz w:val="16"/>
          <w:u w:val="none"/>
        </w:rPr>
        <w:t xml:space="preserve"> </w:t>
      </w:r>
      <w:r>
        <w:rPr>
          <w:b/>
          <w:i w:val="0"/>
          <w:smallCaps w:val="0"/>
          <w:strike w:val="0"/>
          <w:color w:val="000000"/>
          <w:u w:val="single"/>
        </w:rPr>
        <w:t>wants to</w:t>
      </w:r>
      <w:r>
        <w:rPr>
          <w:b w:val="0"/>
          <w:i w:val="0"/>
          <w:smallCaps w:val="0"/>
          <w:strike w:val="0"/>
          <w:color w:val="000000"/>
          <w:sz w:val="16"/>
          <w:u w:val="none"/>
        </w:rPr>
        <w:t xml:space="preserve"> </w:t>
      </w:r>
      <w:r>
        <w:rPr>
          <w:b/>
          <w:i w:val="0"/>
          <w:smallCaps w:val="0"/>
          <w:strike w:val="0"/>
          <w:color w:val="000000"/>
          <w:u w:val="single"/>
        </w:rPr>
        <w:t>use financial incentives to</w:t>
      </w:r>
      <w:r>
        <w:rPr>
          <w:b w:val="0"/>
          <w:i w:val="0"/>
          <w:smallCaps w:val="0"/>
          <w:strike w:val="0"/>
          <w:color w:val="000000"/>
          <w:sz w:val="16"/>
          <w:u w:val="none"/>
        </w:rPr>
        <w:t xml:space="preserve"> </w:t>
      </w:r>
      <w:r>
        <w:rPr>
          <w:b/>
          <w:i w:val="0"/>
          <w:smallCaps w:val="0"/>
          <w:strike w:val="0"/>
          <w:color w:val="000000"/>
          <w:u w:val="single"/>
        </w:rPr>
        <w:t>bolster Americas chip industry</w:t>
      </w:r>
      <w:r>
        <w:rPr>
          <w:b/>
          <w:i w:val="0"/>
          <w:smallCaps w:val="0"/>
          <w:strike w:val="0"/>
          <w:color w:val="000000"/>
          <w:u w:val="single"/>
        </w:rPr>
        <w:t>.</w:t>
      </w:r>
      <w:r>
        <w:rPr>
          <w:b w:val="0"/>
          <w:i w:val="0"/>
          <w:smallCaps w:val="0"/>
          <w:strike w:val="0"/>
          <w:color w:val="000000"/>
          <w:sz w:val="16"/>
          <w:u w:val="none"/>
        </w:rPr>
        <w:t xml:space="preserve"> The first chips emerged out of the Cold War arms race. The first computers to use chips on a large scale guided the Apollo space spacecraft and the Minuteman ballistic missile. In the last two decades, though, the semiconductor industry has thought mostly about technology and business efficiency, not politics. </w:t>
      </w:r>
      <w:r>
        <w:rPr>
          <w:b w:val="0"/>
          <w:i w:val="0"/>
          <w:smallCaps w:val="0"/>
          <w:strike w:val="0"/>
          <w:color w:val="000000"/>
          <w:u w:val="single"/>
        </w:rPr>
        <w:t>Supply chains have become more global than ever</w:t>
      </w:r>
      <w:r>
        <w:rPr>
          <w:b w:val="0"/>
          <w:i w:val="0"/>
          <w:smallCaps w:val="0"/>
          <w:strike w:val="0"/>
          <w:color w:val="000000"/>
          <w:sz w:val="16"/>
          <w:u w:val="none"/>
        </w:rPr>
        <w:t xml:space="preserve">. </w:t>
      </w:r>
      <w:r>
        <w:rPr>
          <w:b w:val="0"/>
          <w:i w:val="0"/>
          <w:smallCaps w:val="0"/>
          <w:strike w:val="0"/>
          <w:color w:val="000000"/>
          <w:u w:val="single"/>
        </w:rPr>
        <w:t>A typical advanced chip is designed by people in the US, UK, or Israel</w:t>
      </w:r>
      <w:r>
        <w:rPr>
          <w:b w:val="0"/>
          <w:i w:val="0"/>
          <w:smallCaps w:val="0"/>
          <w:strike w:val="0"/>
          <w:color w:val="000000"/>
          <w:sz w:val="16"/>
          <w:u w:val="none"/>
        </w:rPr>
        <w:t xml:space="preserve">; fabricated in Taiwan or South Korea using machines made in the US, Japan, the Netherlands, and Germany; and then tested in packaged in Malaysia or Singapore. </w:t>
      </w:r>
      <w:r>
        <w:rPr>
          <w:b w:val="0"/>
          <w:i w:val="0"/>
          <w:smallCaps w:val="0"/>
          <w:strike w:val="0"/>
          <w:color w:val="000000"/>
          <w:u w:val="single"/>
        </w:rPr>
        <w:t>It is hard to think of a product that is more globalized</w:t>
      </w:r>
      <w:r>
        <w:rPr>
          <w:b w:val="0"/>
          <w:i w:val="0"/>
          <w:smallCaps w:val="0"/>
          <w:strike w:val="0"/>
          <w:color w:val="000000"/>
          <w:sz w:val="16"/>
          <w:u w:val="none"/>
        </w:rPr>
        <w:t xml:space="preserve">. Now </w:t>
      </w:r>
      <w:r>
        <w:rPr>
          <w:b w:val="0"/>
          <w:i w:val="0"/>
          <w:smallCaps w:val="0"/>
          <w:strike w:val="0"/>
          <w:color w:val="000000"/>
          <w:u w:val="single"/>
        </w:rPr>
        <w:t>China wants to become a major player</w:t>
      </w:r>
      <w:r>
        <w:rPr>
          <w:b w:val="0"/>
          <w:i w:val="0"/>
          <w:smallCaps w:val="0"/>
          <w:strike w:val="0"/>
          <w:color w:val="000000"/>
          <w:sz w:val="16"/>
          <w:u w:val="none"/>
        </w:rPr>
        <w:t xml:space="preserve"> </w:t>
      </w:r>
      <w:r>
        <w:rPr>
          <w:b w:val="0"/>
          <w:i w:val="0"/>
          <w:smallCaps w:val="0"/>
          <w:strike w:val="0"/>
          <w:color w:val="000000"/>
          <w:u w:val="single"/>
        </w:rPr>
        <w:t>in chips</w:t>
      </w:r>
      <w:r>
        <w:rPr>
          <w:b w:val="0"/>
          <w:i w:val="0"/>
          <w:smallCaps w:val="0"/>
          <w:strike w:val="0"/>
          <w:color w:val="000000"/>
          <w:sz w:val="16"/>
          <w:u w:val="none"/>
        </w:rPr>
        <w:t xml:space="preserve">. </w:t>
      </w:r>
      <w:r>
        <w:rPr>
          <w:b w:val="0"/>
          <w:i w:val="0"/>
          <w:smallCaps w:val="0"/>
          <w:strike w:val="0"/>
          <w:color w:val="000000"/>
          <w:u w:val="single"/>
        </w:rPr>
        <w:t>Beijing has poured tens of billions of dollars of state funds into its chip industry to domesticate advanced tech</w:t>
      </w:r>
      <w:r>
        <w:rPr>
          <w:b w:val="0"/>
          <w:i w:val="0"/>
          <w:smallCaps w:val="0"/>
          <w:strike w:val="0"/>
          <w:color w:val="000000"/>
          <w:sz w:val="16"/>
          <w:u w:val="none"/>
        </w:rPr>
        <w:t xml:space="preserve">nology. Today </w:t>
      </w:r>
      <w:r>
        <w:rPr>
          <w:b w:val="0"/>
          <w:i w:val="0"/>
          <w:smallCaps w:val="0"/>
          <w:strike w:val="0"/>
          <w:color w:val="000000"/>
          <w:u w:val="single"/>
        </w:rPr>
        <w:t>China cannot produce advanced chips</w:t>
      </w:r>
      <w:r>
        <w:rPr>
          <w:b w:val="0"/>
          <w:i w:val="0"/>
          <w:smallCaps w:val="0"/>
          <w:strike w:val="0"/>
          <w:color w:val="000000"/>
          <w:sz w:val="16"/>
          <w:u w:val="none"/>
        </w:rPr>
        <w:t xml:space="preserve">. Its production of moderately advanced chips relies on foreign technology. But </w:t>
      </w:r>
      <w:r>
        <w:rPr>
          <w:b w:val="0"/>
          <w:i w:val="0"/>
          <w:smallCaps w:val="0"/>
          <w:strike w:val="0"/>
          <w:color w:val="000000"/>
          <w:u w:val="single"/>
        </w:rPr>
        <w:t>China has</w:t>
      </w:r>
      <w:r>
        <w:rPr>
          <w:b w:val="0"/>
          <w:i w:val="0"/>
          <w:smallCaps w:val="0"/>
          <w:strike w:val="0"/>
          <w:color w:val="000000"/>
          <w:sz w:val="16"/>
          <w:u w:val="none"/>
        </w:rPr>
        <w:t xml:space="preserve"> </w:t>
      </w:r>
      <w:r>
        <w:rPr>
          <w:b w:val="0"/>
          <w:i w:val="0"/>
          <w:smallCaps w:val="0"/>
          <w:strike w:val="0"/>
          <w:color w:val="000000"/>
          <w:u w:val="single"/>
        </w:rPr>
        <w:t>set the goal of self-reliance</w:t>
      </w:r>
      <w:r>
        <w:rPr>
          <w:b w:val="0"/>
          <w:i w:val="0"/>
          <w:smallCaps w:val="0"/>
          <w:strike w:val="0"/>
          <w:color w:val="000000"/>
          <w:sz w:val="16"/>
          <w:u w:val="none"/>
        </w:rPr>
        <w:t xml:space="preserve"> </w:t>
      </w:r>
      <w:r>
        <w:rPr>
          <w:b w:val="0"/>
          <w:i w:val="0"/>
          <w:smallCaps w:val="0"/>
          <w:strike w:val="0"/>
          <w:color w:val="000000"/>
          <w:u w:val="single"/>
        </w:rPr>
        <w:t>in semiconductors</w:t>
      </w:r>
      <w:r>
        <w:rPr>
          <w:b w:val="0"/>
          <w:i w:val="0"/>
          <w:smallCaps w:val="0"/>
          <w:strike w:val="0"/>
          <w:color w:val="000000"/>
          <w:sz w:val="16"/>
          <w:u w:val="none"/>
        </w:rPr>
        <w:t xml:space="preserve">. Its track record of rapid economic growth and its manufacturing prowess means this goal should be taken seriously. Moreover, </w:t>
      </w:r>
      <w:r>
        <w:rPr>
          <w:b w:val="0"/>
          <w:i w:val="0"/>
          <w:smallCaps w:val="0"/>
          <w:strike w:val="0"/>
          <w:color w:val="000000"/>
          <w:u w:val="single"/>
        </w:rPr>
        <w:t>China</w:t>
      </w:r>
      <w:r>
        <w:rPr>
          <w:b w:val="0"/>
          <w:i w:val="0"/>
          <w:smallCaps w:val="0"/>
          <w:strike w:val="0"/>
          <w:color w:val="000000"/>
          <w:sz w:val="16"/>
          <w:u w:val="none"/>
        </w:rPr>
        <w:t xml:space="preserve"> </w:t>
      </w:r>
      <w:r>
        <w:rPr>
          <w:b w:val="0"/>
          <w:i w:val="0"/>
          <w:smallCaps w:val="0"/>
          <w:strike w:val="0"/>
          <w:color w:val="000000"/>
          <w:u w:val="single"/>
        </w:rPr>
        <w:t>realizes that its reliance on foreign</w:t>
      </w:r>
      <w:r>
        <w:rPr>
          <w:b w:val="0"/>
          <w:i w:val="0"/>
          <w:smallCaps w:val="0"/>
          <w:strike w:val="0"/>
          <w:color w:val="000000"/>
          <w:sz w:val="16"/>
          <w:u w:val="none"/>
        </w:rPr>
        <w:t xml:space="preserve"> </w:t>
      </w:r>
      <w:r>
        <w:rPr>
          <w:b w:val="0"/>
          <w:i w:val="0"/>
          <w:smallCaps w:val="0"/>
          <w:strike w:val="0"/>
          <w:color w:val="000000"/>
          <w:u w:val="single"/>
        </w:rPr>
        <w:t>chip</w:t>
      </w:r>
      <w:r>
        <w:rPr>
          <w:b w:val="0"/>
          <w:i w:val="0"/>
          <w:smallCaps w:val="0"/>
          <w:strike w:val="0"/>
          <w:color w:val="000000"/>
          <w:sz w:val="16"/>
          <w:u w:val="none"/>
        </w:rPr>
        <w:t xml:space="preserve"> </w:t>
      </w:r>
      <w:r>
        <w:rPr>
          <w:b w:val="0"/>
          <w:i w:val="0"/>
          <w:smallCaps w:val="0"/>
          <w:strike w:val="0"/>
          <w:color w:val="000000"/>
          <w:u w:val="single"/>
        </w:rPr>
        <w:t>tech</w:t>
      </w:r>
      <w:r>
        <w:rPr>
          <w:b w:val="0"/>
          <w:i w:val="0"/>
          <w:smallCaps w:val="0"/>
          <w:strike w:val="0"/>
          <w:color w:val="000000"/>
          <w:u w:val="single"/>
        </w:rPr>
        <w:t>nology</w:t>
      </w:r>
      <w:r>
        <w:rPr>
          <w:b w:val="0"/>
          <w:i w:val="0"/>
          <w:smallCaps w:val="0"/>
          <w:strike w:val="0"/>
          <w:color w:val="000000"/>
          <w:sz w:val="16"/>
          <w:u w:val="none"/>
        </w:rPr>
        <w:t xml:space="preserve"> </w:t>
      </w:r>
      <w:r>
        <w:rPr>
          <w:b w:val="0"/>
          <w:i w:val="0"/>
          <w:smallCaps w:val="0"/>
          <w:strike w:val="0"/>
          <w:color w:val="000000"/>
          <w:u w:val="single"/>
        </w:rPr>
        <w:t>is a</w:t>
      </w:r>
      <w:r>
        <w:rPr>
          <w:b w:val="0"/>
          <w:i w:val="0"/>
          <w:smallCaps w:val="0"/>
          <w:strike w:val="0"/>
          <w:color w:val="000000"/>
          <w:sz w:val="16"/>
          <w:u w:val="none"/>
        </w:rPr>
        <w:t xml:space="preserve"> </w:t>
      </w:r>
      <w:r>
        <w:rPr>
          <w:b w:val="0"/>
          <w:i w:val="0"/>
          <w:smallCaps w:val="0"/>
          <w:strike w:val="0"/>
          <w:color w:val="000000"/>
          <w:u w:val="single"/>
        </w:rPr>
        <w:t>fundamental</w:t>
      </w:r>
      <w:r>
        <w:rPr>
          <w:b w:val="0"/>
          <w:i w:val="0"/>
          <w:smallCaps w:val="0"/>
          <w:strike w:val="0"/>
          <w:color w:val="000000"/>
          <w:sz w:val="16"/>
          <w:u w:val="none"/>
        </w:rPr>
        <w:t xml:space="preserve"> </w:t>
      </w:r>
      <w:r>
        <w:rPr>
          <w:b w:val="0"/>
          <w:i w:val="0"/>
          <w:smallCaps w:val="0"/>
          <w:strike w:val="0"/>
          <w:color w:val="000000"/>
          <w:u w:val="single"/>
        </w:rPr>
        <w:t>vulnerability</w:t>
      </w:r>
      <w:r>
        <w:rPr>
          <w:b w:val="0"/>
          <w:i w:val="0"/>
          <w:smallCaps w:val="0"/>
          <w:strike w:val="0"/>
          <w:color w:val="000000"/>
          <w:sz w:val="16"/>
          <w:u w:val="none"/>
        </w:rPr>
        <w:t xml:space="preserve">. Over the past few years, the </w:t>
      </w:r>
      <w:r>
        <w:rPr>
          <w:b w:val="0"/>
          <w:i w:val="0"/>
          <w:smallCaps w:val="0"/>
          <w:strike w:val="0"/>
          <w:color w:val="000000"/>
          <w:u w:val="single"/>
        </w:rPr>
        <w:t>US</w:t>
      </w:r>
      <w:r>
        <w:rPr>
          <w:b w:val="0"/>
          <w:i w:val="0"/>
          <w:smallCaps w:val="0"/>
          <w:strike w:val="0"/>
          <w:color w:val="000000"/>
          <w:sz w:val="16"/>
          <w:u w:val="none"/>
        </w:rPr>
        <w:t xml:space="preserve"> </w:t>
      </w:r>
      <w:r>
        <w:rPr>
          <w:b w:val="0"/>
          <w:i w:val="0"/>
          <w:smallCaps w:val="0"/>
          <w:strike w:val="0"/>
          <w:color w:val="000000"/>
          <w:u w:val="single"/>
        </w:rPr>
        <w:t>has</w:t>
      </w:r>
      <w:r>
        <w:rPr>
          <w:b w:val="0"/>
          <w:i w:val="0"/>
          <w:smallCaps w:val="0"/>
          <w:strike w:val="0"/>
          <w:color w:val="000000"/>
          <w:sz w:val="16"/>
          <w:u w:val="none"/>
        </w:rPr>
        <w:t xml:space="preserve"> </w:t>
      </w:r>
      <w:r>
        <w:rPr>
          <w:b w:val="0"/>
          <w:i w:val="0"/>
          <w:smallCaps w:val="0"/>
          <w:strike w:val="0"/>
          <w:color w:val="000000"/>
          <w:u w:val="single"/>
        </w:rPr>
        <w:t>restricted</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transfer of</w:t>
      </w:r>
      <w:r>
        <w:rPr>
          <w:b w:val="0"/>
          <w:i w:val="0"/>
          <w:smallCaps w:val="0"/>
          <w:strike w:val="0"/>
          <w:color w:val="000000"/>
          <w:sz w:val="16"/>
          <w:u w:val="none"/>
        </w:rPr>
        <w:t xml:space="preserve"> </w:t>
      </w:r>
      <w:r>
        <w:rPr>
          <w:b w:val="0"/>
          <w:i w:val="0"/>
          <w:smallCaps w:val="0"/>
          <w:strike w:val="0"/>
          <w:color w:val="000000"/>
          <w:u w:val="single"/>
        </w:rPr>
        <w:t>advanced</w:t>
      </w:r>
      <w:r>
        <w:rPr>
          <w:b w:val="0"/>
          <w:i w:val="0"/>
          <w:smallCaps w:val="0"/>
          <w:strike w:val="0"/>
          <w:color w:val="000000"/>
          <w:sz w:val="16"/>
          <w:u w:val="none"/>
        </w:rPr>
        <w:t xml:space="preserve"> </w:t>
      </w:r>
      <w:r>
        <w:rPr>
          <w:b w:val="0"/>
          <w:i w:val="0"/>
          <w:smallCaps w:val="0"/>
          <w:strike w:val="0"/>
          <w:color w:val="000000"/>
          <w:u w:val="single"/>
        </w:rPr>
        <w:t>chips</w:t>
      </w:r>
      <w:r>
        <w:rPr>
          <w:b w:val="0"/>
          <w:i w:val="0"/>
          <w:smallCaps w:val="0"/>
          <w:strike w:val="0"/>
          <w:color w:val="000000"/>
          <w:sz w:val="16"/>
          <w:u w:val="none"/>
        </w:rPr>
        <w:t xml:space="preserve"> to several dozen Chinese firms that bolster China’s foreign policy, most notably Huawei but also more specialized military producers. There’s no way to produce an advanced semiconductor today without using US software and manufacturing equipment, so facilities in countries like Taiwan and South Korea have cut off Huawei. Even some of China’s own fabrication facilities have reportedly stopped selling to Huawei, to ensure they can continue accessing crucial American equipment. </w:t>
      </w:r>
      <w:r>
        <w:rPr>
          <w:b w:val="0"/>
          <w:i w:val="0"/>
          <w:smallCaps w:val="0"/>
          <w:strike w:val="0"/>
          <w:color w:val="000000"/>
          <w:u w:val="single"/>
        </w:rPr>
        <w:t>A digital cold war</w:t>
      </w:r>
      <w:r>
        <w:rPr>
          <w:b w:val="0"/>
          <w:i w:val="0"/>
          <w:smallCaps w:val="0"/>
          <w:strike w:val="0"/>
          <w:color w:val="000000"/>
          <w:sz w:val="16"/>
          <w:u w:val="none"/>
        </w:rPr>
        <w:t xml:space="preserve"> </w:t>
      </w:r>
      <w:r>
        <w:rPr>
          <w:b w:val="0"/>
          <w:i w:val="0"/>
          <w:smallCaps w:val="0"/>
          <w:strike w:val="0"/>
          <w:color w:val="000000"/>
          <w:u w:val="single"/>
        </w:rPr>
        <w:t>isn’t something to be avoided; it</w:t>
      </w:r>
      <w:r>
        <w:rPr>
          <w:b w:val="0"/>
          <w:i w:val="0"/>
          <w:smallCaps w:val="0"/>
          <w:strike w:val="0"/>
          <w:color w:val="000000"/>
          <w:sz w:val="16"/>
          <w:u w:val="none"/>
        </w:rPr>
        <w:t xml:space="preserve"> </w:t>
      </w:r>
      <w:r>
        <w:rPr>
          <w:b w:val="0"/>
          <w:i w:val="0"/>
          <w:smallCaps w:val="0"/>
          <w:strike w:val="0"/>
          <w:color w:val="000000"/>
          <w:u w:val="single"/>
        </w:rPr>
        <w:t>is reality</w:t>
      </w:r>
      <w:r>
        <w:rPr>
          <w:b w:val="0"/>
          <w:i w:val="0"/>
          <w:smallCaps w:val="0"/>
          <w:strike w:val="0"/>
          <w:color w:val="000000"/>
          <w:sz w:val="16"/>
          <w:u w:val="none"/>
        </w:rPr>
        <w:t xml:space="preserve">. Yet like in the original Cold War, when Europe bought Soviet gas and the USSR used IBM computer software, the </w:t>
      </w:r>
      <w:r>
        <w:rPr>
          <w:b w:val="0"/>
          <w:i w:val="0"/>
          <w:smallCaps w:val="0"/>
          <w:strike w:val="0"/>
          <w:color w:val="000000"/>
          <w:u w:val="single"/>
        </w:rPr>
        <w:t>policy options today are not simply “do nothing” or “completely decoupling</w:t>
      </w:r>
      <w:r>
        <w:rPr>
          <w:b w:val="0"/>
          <w:i w:val="0"/>
          <w:smallCaps w:val="0"/>
          <w:strike w:val="0"/>
          <w:color w:val="000000"/>
          <w:sz w:val="16"/>
          <w:u w:val="none"/>
        </w:rPr>
        <w:t xml:space="preserve">.” </w:t>
      </w:r>
      <w:r>
        <w:rPr>
          <w:b w:val="0"/>
          <w:i w:val="0"/>
          <w:smallCaps w:val="0"/>
          <w:strike w:val="0"/>
          <w:color w:val="000000"/>
          <w:u w:val="single"/>
        </w:rPr>
        <w:t>China will continue to rely on the global chip supply chain for the foreseeable future, and</w:t>
      </w:r>
      <w:r>
        <w:rPr>
          <w:b w:val="0"/>
          <w:i w:val="0"/>
          <w:smallCaps w:val="0"/>
          <w:strike w:val="0"/>
          <w:color w:val="000000"/>
          <w:sz w:val="16"/>
          <w:u w:val="none"/>
        </w:rPr>
        <w:t xml:space="preserve"> </w:t>
      </w:r>
      <w:r>
        <w:rPr>
          <w:b w:val="0"/>
          <w:i w:val="0"/>
          <w:smallCaps w:val="0"/>
          <w:strike w:val="0"/>
          <w:color w:val="000000"/>
          <w:u w:val="single"/>
        </w:rPr>
        <w:t>the US will permit</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sales of most semiconductors to China</w:t>
      </w:r>
      <w:r>
        <w:rPr>
          <w:b w:val="0"/>
          <w:i w:val="0"/>
          <w:smallCaps w:val="0"/>
          <w:strike w:val="0"/>
          <w:color w:val="000000"/>
          <w:sz w:val="16"/>
          <w:u w:val="none"/>
        </w:rPr>
        <w:t xml:space="preserve">. But </w:t>
      </w:r>
      <w:r>
        <w:rPr>
          <w:b/>
          <w:i w:val="0"/>
          <w:smallCaps w:val="0"/>
          <w:strike w:val="0"/>
          <w:color w:val="000000"/>
          <w:u w:val="single"/>
        </w:rPr>
        <w:t>decisions</w:t>
      </w:r>
      <w:r>
        <w:rPr>
          <w:b w:val="0"/>
          <w:i w:val="0"/>
          <w:smallCaps w:val="0"/>
          <w:strike w:val="0"/>
          <w:color w:val="000000"/>
          <w:sz w:val="16"/>
          <w:u w:val="none"/>
        </w:rPr>
        <w:t xml:space="preserve"> </w:t>
      </w:r>
      <w:r>
        <w:rPr>
          <w:b/>
          <w:i w:val="0"/>
          <w:smallCaps w:val="0"/>
          <w:strike w:val="0"/>
          <w:color w:val="000000"/>
          <w:u w:val="single"/>
        </w:rPr>
        <w:t>that used to be made purely on business grounds now inevitably</w:t>
      </w:r>
      <w:r>
        <w:rPr>
          <w:b w:val="0"/>
          <w:i w:val="0"/>
          <w:smallCaps w:val="0"/>
          <w:strike w:val="0"/>
          <w:color w:val="000000"/>
          <w:sz w:val="16"/>
          <w:u w:val="none"/>
        </w:rPr>
        <w:t xml:space="preserve"> </w:t>
      </w:r>
      <w:r>
        <w:rPr>
          <w:b/>
          <w:i w:val="0"/>
          <w:smallCaps w:val="0"/>
          <w:strike w:val="0"/>
          <w:color w:val="000000"/>
          <w:u w:val="single"/>
        </w:rPr>
        <w:t>involve calculations about geopolitics</w:t>
      </w:r>
      <w:r>
        <w:rPr>
          <w:b/>
          <w:i w:val="0"/>
          <w:smallCaps w:val="0"/>
          <w:strike w:val="0"/>
          <w:color w:val="000000"/>
          <w:u w:val="single"/>
        </w:rPr>
        <w:t>, too</w:t>
      </w:r>
      <w:r>
        <w:rPr>
          <w:b w:val="0"/>
          <w:i w:val="0"/>
          <w:smallCaps w:val="0"/>
          <w:strike w:val="0"/>
          <w:color w:val="000000"/>
          <w:sz w:val="16"/>
          <w:u w:val="none"/>
        </w:rPr>
        <w:t xml:space="preserve">. Attention is focusing on “chokepoint” technologies that are crucial to chip production but are produced by only one or two countries. </w:t>
      </w:r>
      <w:r>
        <w:rPr>
          <w:b w:val="0"/>
          <w:i w:val="0"/>
          <w:smallCaps w:val="0"/>
          <w:strike w:val="0"/>
          <w:color w:val="000000"/>
          <w:u w:val="single"/>
        </w:rPr>
        <w:t>The U</w:t>
      </w:r>
      <w:r>
        <w:rPr>
          <w:b w:val="0"/>
          <w:i w:val="0"/>
          <w:smallCaps w:val="0"/>
          <w:strike w:val="0"/>
          <w:color w:val="000000"/>
          <w:u w:val="single"/>
        </w:rPr>
        <w:t>nited</w:t>
      </w:r>
      <w:r>
        <w:rPr>
          <w:b w:val="0"/>
          <w:i w:val="0"/>
          <w:smallCaps w:val="0"/>
          <w:strike w:val="0"/>
          <w:color w:val="000000"/>
          <w:sz w:val="16"/>
          <w:u w:val="none"/>
        </w:rPr>
        <w:t xml:space="preserve"> </w:t>
      </w:r>
      <w:r>
        <w:rPr>
          <w:b w:val="0"/>
          <w:i w:val="0"/>
          <w:smallCaps w:val="0"/>
          <w:strike w:val="0"/>
          <w:color w:val="000000"/>
          <w:u w:val="single"/>
        </w:rPr>
        <w:t>S</w:t>
      </w:r>
      <w:r>
        <w:rPr>
          <w:b w:val="0"/>
          <w:i w:val="0"/>
          <w:smallCaps w:val="0"/>
          <w:strike w:val="0"/>
          <w:color w:val="000000"/>
          <w:u w:val="single"/>
        </w:rPr>
        <w:t>tates today</w:t>
      </w:r>
      <w:r>
        <w:rPr>
          <w:b w:val="0"/>
          <w:i w:val="0"/>
          <w:smallCaps w:val="0"/>
          <w:strike w:val="0"/>
          <w:color w:val="000000"/>
          <w:sz w:val="16"/>
          <w:u w:val="none"/>
        </w:rPr>
        <w:t xml:space="preserve"> </w:t>
      </w:r>
      <w:r>
        <w:rPr>
          <w:b w:val="0"/>
          <w:i w:val="0"/>
          <w:smallCaps w:val="0"/>
          <w:strike w:val="0"/>
          <w:color w:val="000000"/>
          <w:u w:val="single"/>
        </w:rPr>
        <w:t>can control</w:t>
      </w:r>
      <w:r>
        <w:rPr>
          <w:b w:val="0"/>
          <w:i w:val="0"/>
          <w:smallCaps w:val="0"/>
          <w:strike w:val="0"/>
          <w:color w:val="000000"/>
          <w:sz w:val="16"/>
          <w:u w:val="none"/>
        </w:rPr>
        <w:t xml:space="preserve"> </w:t>
      </w:r>
      <w:r>
        <w:rPr>
          <w:b w:val="0"/>
          <w:i w:val="0"/>
          <w:smallCaps w:val="0"/>
          <w:strike w:val="0"/>
          <w:color w:val="000000"/>
          <w:u w:val="single"/>
        </w:rPr>
        <w:t>multiple</w:t>
      </w:r>
      <w:r>
        <w:rPr>
          <w:b w:val="0"/>
          <w:i w:val="0"/>
          <w:smallCaps w:val="0"/>
          <w:strike w:val="0"/>
          <w:color w:val="000000"/>
          <w:sz w:val="16"/>
          <w:u w:val="none"/>
        </w:rPr>
        <w:t xml:space="preserve"> </w:t>
      </w:r>
      <w:r>
        <w:rPr>
          <w:b w:val="0"/>
          <w:i w:val="0"/>
          <w:smallCaps w:val="0"/>
          <w:strike w:val="0"/>
          <w:color w:val="000000"/>
          <w:u w:val="single"/>
        </w:rPr>
        <w:t>chokepoints</w:t>
      </w:r>
      <w:r>
        <w:rPr>
          <w:b w:val="0"/>
          <w:i w:val="0"/>
          <w:smallCaps w:val="0"/>
          <w:strike w:val="0"/>
          <w:color w:val="000000"/>
          <w:sz w:val="16"/>
          <w:u w:val="none"/>
        </w:rPr>
        <w:t xml:space="preserve">, including design software and production equipment; </w:t>
      </w:r>
      <w:r>
        <w:rPr>
          <w:b/>
          <w:i w:val="0"/>
          <w:smallCaps w:val="0"/>
          <w:strike w:val="0"/>
          <w:color w:val="000000"/>
          <w:u w:val="single"/>
        </w:rPr>
        <w:t>China controls none</w:t>
      </w:r>
      <w:r>
        <w:rPr>
          <w:b w:val="0"/>
          <w:i w:val="0"/>
          <w:smallCaps w:val="0"/>
          <w:strike w:val="0"/>
          <w:color w:val="000000"/>
          <w:sz w:val="16"/>
          <w:u w:val="none"/>
        </w:rPr>
        <w:t xml:space="preserve">. Other </w:t>
      </w:r>
      <w:r>
        <w:rPr>
          <w:b w:val="0"/>
          <w:i w:val="0"/>
          <w:smallCaps w:val="0"/>
          <w:strike w:val="0"/>
          <w:color w:val="000000"/>
          <w:u w:val="single"/>
        </w:rPr>
        <w:t>countries will insist they want to stay neutral.</w:t>
      </w:r>
      <w:r>
        <w:rPr>
          <w:b w:val="0"/>
          <w:i w:val="0"/>
          <w:smallCaps w:val="0"/>
          <w:strike w:val="0"/>
          <w:color w:val="000000"/>
          <w:sz w:val="16"/>
          <w:u w:val="none"/>
        </w:rPr>
        <w:t xml:space="preserve"> They have every incentive to say this, but in reality each major country is jockeying for its position in the supply chain. All players fear Beijing’s state subsidies and the risk of intellectual property theft. South Korea, Europe, and Japan have all announced major new government spending on their chip industries to bolster existing firms. </w:t>
      </w:r>
      <w:r>
        <w:rPr>
          <w:b w:val="0"/>
          <w:i w:val="0"/>
          <w:smallCaps w:val="0"/>
          <w:strike w:val="0"/>
          <w:color w:val="000000"/>
          <w:u w:val="single"/>
        </w:rPr>
        <w:t>Controlling a chokepoint isn’t only economically valuable</w:t>
      </w:r>
      <w:r>
        <w:rPr>
          <w:b w:val="0"/>
          <w:i w:val="0"/>
          <w:smallCaps w:val="0"/>
          <w:strike w:val="0"/>
          <w:color w:val="000000"/>
          <w:sz w:val="16"/>
          <w:u w:val="none"/>
        </w:rPr>
        <w:t xml:space="preserve">—it </w:t>
      </w:r>
      <w:r>
        <w:rPr>
          <w:b w:val="0"/>
          <w:i w:val="0"/>
          <w:smallCaps w:val="0"/>
          <w:strike w:val="0"/>
          <w:color w:val="000000"/>
          <w:u w:val="single"/>
        </w:rPr>
        <w:t>also</w:t>
      </w:r>
      <w:r>
        <w:rPr>
          <w:b w:val="0"/>
          <w:i w:val="0"/>
          <w:smallCaps w:val="0"/>
          <w:strike w:val="0"/>
          <w:color w:val="000000"/>
          <w:sz w:val="16"/>
          <w:u w:val="none"/>
        </w:rPr>
        <w:t xml:space="preserve"> </w:t>
      </w:r>
      <w:r>
        <w:rPr>
          <w:b w:val="0"/>
          <w:i w:val="0"/>
          <w:smallCaps w:val="0"/>
          <w:strike w:val="0"/>
          <w:color w:val="000000"/>
          <w:u w:val="single"/>
        </w:rPr>
        <w:t>provides</w:t>
      </w:r>
      <w:r>
        <w:rPr>
          <w:b w:val="0"/>
          <w:i w:val="0"/>
          <w:smallCaps w:val="0"/>
          <w:strike w:val="0"/>
          <w:color w:val="000000"/>
          <w:sz w:val="16"/>
          <w:u w:val="none"/>
        </w:rPr>
        <w:t xml:space="preserve"> </w:t>
      </w:r>
      <w:r>
        <w:rPr>
          <w:b w:val="0"/>
          <w:i w:val="0"/>
          <w:smallCaps w:val="0"/>
          <w:strike w:val="0"/>
          <w:color w:val="000000"/>
          <w:u w:val="single"/>
        </w:rPr>
        <w:t>countries with newfound</w:t>
      </w:r>
      <w:r>
        <w:rPr>
          <w:b w:val="0"/>
          <w:i w:val="0"/>
          <w:smallCaps w:val="0"/>
          <w:strike w:val="0"/>
          <w:color w:val="000000"/>
          <w:sz w:val="16"/>
          <w:u w:val="none"/>
        </w:rPr>
        <w:t xml:space="preserve"> </w:t>
      </w:r>
      <w:r>
        <w:rPr>
          <w:b w:val="0"/>
          <w:i w:val="0"/>
          <w:smallCaps w:val="0"/>
          <w:strike w:val="0"/>
          <w:color w:val="000000"/>
          <w:u w:val="single"/>
        </w:rPr>
        <w:t>geopolitical influence,</w:t>
      </w:r>
      <w:r>
        <w:rPr>
          <w:b w:val="0"/>
          <w:i w:val="0"/>
          <w:smallCaps w:val="0"/>
          <w:strike w:val="0"/>
          <w:color w:val="000000"/>
          <w:sz w:val="16"/>
          <w:u w:val="none"/>
        </w:rPr>
        <w:t xml:space="preserve"> </w:t>
      </w:r>
      <w:r>
        <w:rPr>
          <w:b/>
          <w:i w:val="0"/>
          <w:smallCaps w:val="0"/>
          <w:strike w:val="0"/>
          <w:color w:val="000000"/>
          <w:u w:val="single"/>
        </w:rPr>
        <w:t>a useful bargaining chip in relations with Washington and Beijing</w:t>
      </w:r>
      <w:r>
        <w:rPr>
          <w:b/>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Amid this global competition</w:t>
      </w:r>
      <w:r>
        <w:rPr>
          <w:b w:val="0"/>
          <w:i w:val="0"/>
          <w:smallCaps w:val="0"/>
          <w:strike w:val="0"/>
          <w:color w:val="000000"/>
          <w:sz w:val="16"/>
          <w:u w:val="none"/>
        </w:rPr>
        <w:t xml:space="preserve"> for leverage in the semiconductor industry,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Biden</w:t>
      </w:r>
      <w:r>
        <w:rPr>
          <w:b w:val="0"/>
          <w:i w:val="0"/>
          <w:smallCaps w:val="0"/>
          <w:strike w:val="0"/>
          <w:color w:val="000000"/>
          <w:sz w:val="16"/>
          <w:u w:val="none"/>
        </w:rPr>
        <w:t xml:space="preserve"> </w:t>
      </w:r>
      <w:r>
        <w:rPr>
          <w:b w:val="0"/>
          <w:i w:val="0"/>
          <w:smallCaps w:val="0"/>
          <w:strike w:val="0"/>
          <w:color w:val="000000"/>
          <w:u w:val="single"/>
        </w:rPr>
        <w:t>admin</w:t>
      </w:r>
      <w:r>
        <w:rPr>
          <w:b w:val="0"/>
          <w:i w:val="0"/>
          <w:smallCaps w:val="0"/>
          <w:strike w:val="0"/>
          <w:color w:val="000000"/>
          <w:sz w:val="16"/>
          <w:u w:val="none"/>
        </w:rPr>
        <w:t xml:space="preserve">istration </w:t>
      </w:r>
      <w:r>
        <w:rPr>
          <w:b w:val="0"/>
          <w:i w:val="0"/>
          <w:smallCaps w:val="0"/>
          <w:strike w:val="0"/>
          <w:color w:val="000000"/>
          <w:u w:val="single"/>
        </w:rPr>
        <w:t>is trying to catch up</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The US government is re-learning how to think strategically about semiconductors after</w:t>
      </w:r>
      <w:r>
        <w:rPr>
          <w:b w:val="0"/>
          <w:i w:val="0"/>
          <w:smallCaps w:val="0"/>
          <w:strike w:val="0"/>
          <w:color w:val="000000"/>
          <w:sz w:val="16"/>
          <w:u w:val="none"/>
        </w:rPr>
        <w:t xml:space="preserve"> two decades of </w:t>
      </w:r>
      <w:r>
        <w:rPr>
          <w:b w:val="0"/>
          <w:i w:val="0"/>
          <w:smallCaps w:val="0"/>
          <w:strike w:val="0"/>
          <w:color w:val="000000"/>
          <w:u w:val="single"/>
        </w:rPr>
        <w:t>mostly ignoring the industry</w:t>
      </w:r>
      <w:r>
        <w:rPr>
          <w:b w:val="0"/>
          <w:i w:val="0"/>
          <w:smallCaps w:val="0"/>
          <w:strike w:val="0"/>
          <w:color w:val="000000"/>
          <w:sz w:val="16"/>
          <w:u w:val="none"/>
        </w:rPr>
        <w:t xml:space="preserve">. Facing the global politicization of semiconductor supply chains and state subsidies from other chip producers, </w:t>
      </w:r>
      <w:r>
        <w:rPr>
          <w:b w:val="0"/>
          <w:i w:val="0"/>
          <w:smallCaps w:val="0"/>
          <w:strike w:val="0"/>
          <w:color w:val="000000"/>
          <w:u w:val="single"/>
        </w:rPr>
        <w:t>Washington has concluded it has no choice but to device an industrial policy strategy to support semiconductors</w:t>
      </w:r>
      <w:r>
        <w:rPr>
          <w:b w:val="0"/>
          <w:i w:val="0"/>
          <w:smallCaps w:val="0"/>
          <w:strike w:val="0"/>
          <w:color w:val="000000"/>
          <w:sz w:val="16"/>
          <w:u w:val="none"/>
        </w:rPr>
        <w:t xml:space="preserve">. </w:t>
      </w:r>
      <w:r>
        <w:rPr>
          <w:b w:val="0"/>
          <w:i w:val="0"/>
          <w:smallCaps w:val="0"/>
          <w:strike w:val="0"/>
          <w:color w:val="000000"/>
          <w:u w:val="single"/>
        </w:rPr>
        <w:t>The Biden admin</w:t>
      </w:r>
      <w:r>
        <w:rPr>
          <w:b w:val="0"/>
          <w:i w:val="0"/>
          <w:smallCaps w:val="0"/>
          <w:strike w:val="0"/>
          <w:color w:val="000000"/>
          <w:sz w:val="16"/>
          <w:u w:val="none"/>
        </w:rPr>
        <w:t xml:space="preserve">istration’s strategy is threefold. First, it </w:t>
      </w:r>
      <w:r>
        <w:rPr>
          <w:b w:val="0"/>
          <w:i w:val="0"/>
          <w:smallCaps w:val="0"/>
          <w:strike w:val="0"/>
          <w:color w:val="000000"/>
          <w:u w:val="single"/>
        </w:rPr>
        <w:t>wants to use existing chokepoints to secure important objectives</w:t>
      </w:r>
      <w:r>
        <w:rPr>
          <w:b w:val="0"/>
          <w:i w:val="0"/>
          <w:smallCaps w:val="0"/>
          <w:strike w:val="0"/>
          <w:color w:val="000000"/>
          <w:sz w:val="16"/>
          <w:u w:val="none"/>
        </w:rPr>
        <w:t xml:space="preserve"> (e.g., impair Huawei's 5G rollout globally) without overusing them in a way that limits these chokepoints' future efficacy. </w:t>
      </w:r>
      <w:r>
        <w:rPr>
          <w:b w:val="0"/>
          <w:i w:val="0"/>
          <w:smallCaps w:val="0"/>
          <w:strike w:val="0"/>
          <w:color w:val="000000"/>
          <w:u w:val="single"/>
        </w:rPr>
        <w:t>This requires more subtle communication</w:t>
      </w:r>
      <w:r>
        <w:rPr>
          <w:b w:val="0"/>
          <w:i w:val="0"/>
          <w:smallCaps w:val="0"/>
          <w:strike w:val="0"/>
          <w:color w:val="000000"/>
          <w:sz w:val="16"/>
          <w:u w:val="none"/>
        </w:rPr>
        <w:t xml:space="preserve"> with allies than the Trump administration’s tactic of twitter diplomacy. Second, the Biden administration wants to coordinate multilateral controls with allies over semiconductor chokepoints. Countries like the Netherlands, Germany, Japan, and South Korea all produce advanced manufacturing equipment or could potentially produce it soon. Multilateral export controls would be less leaky than unilateral US restrictions. </w:t>
      </w:r>
      <w:r>
        <w:rPr>
          <w:b w:val="0"/>
          <w:i w:val="0"/>
          <w:smallCaps w:val="0"/>
          <w:strike w:val="0"/>
          <w:color w:val="000000"/>
          <w:u w:val="single"/>
        </w:rPr>
        <w:t>Multilateralism sounds</w:t>
      </w:r>
      <w:r>
        <w:rPr>
          <w:b w:val="0"/>
          <w:i w:val="0"/>
          <w:smallCaps w:val="0"/>
          <w:strike w:val="0"/>
          <w:color w:val="000000"/>
          <w:sz w:val="16"/>
          <w:u w:val="none"/>
        </w:rPr>
        <w:t xml:space="preserve"> </w:t>
      </w:r>
      <w:r>
        <w:rPr>
          <w:b w:val="0"/>
          <w:i w:val="0"/>
          <w:smallCaps w:val="0"/>
          <w:strike w:val="0"/>
          <w:color w:val="000000"/>
          <w:u w:val="single"/>
        </w:rPr>
        <w:t>nice. Is it possible</w:t>
      </w:r>
      <w:r>
        <w:rPr>
          <w:b w:val="0"/>
          <w:i w:val="0"/>
          <w:smallCaps w:val="0"/>
          <w:strike w:val="0"/>
          <w:color w:val="000000"/>
          <w:sz w:val="16"/>
          <w:u w:val="none"/>
        </w:rPr>
        <w:t xml:space="preserve">? Getting buy in from South Korea is difficult given that country’s economic dependence on Beijing. Support from Germany, meanwhile, requires Berlin to think clearly about geopolitics, something that the German elite is hard-wired not to do. </w:t>
      </w:r>
      <w:r>
        <w:rPr>
          <w:b w:val="0"/>
          <w:i w:val="0"/>
          <w:smallCaps w:val="0"/>
          <w:strike w:val="0"/>
          <w:color w:val="000000"/>
          <w:u w:val="single"/>
        </w:rPr>
        <w:t>Companies in all countries howl when told their sales to China will be restricted, though off the record many semiconductor executives admit they understand what is at stake</w:t>
      </w:r>
      <w:r>
        <w:rPr>
          <w:b w:val="0"/>
          <w:i w:val="0"/>
          <w:smallCaps w:val="0"/>
          <w:strike w:val="0"/>
          <w:color w:val="000000"/>
          <w:sz w:val="16"/>
          <w:u w:val="none"/>
        </w:rPr>
        <w:t xml:space="preserve">. </w:t>
      </w:r>
      <w:r>
        <w:rPr>
          <w:b/>
          <w:i w:val="0"/>
          <w:smallCaps w:val="0"/>
          <w:strike w:val="0"/>
          <w:color w:val="000000"/>
          <w:u w:val="single"/>
        </w:rPr>
        <w:t>America’s</w:t>
      </w:r>
      <w:r>
        <w:rPr>
          <w:b w:val="0"/>
          <w:i w:val="0"/>
          <w:smallCaps w:val="0"/>
          <w:strike w:val="0"/>
          <w:color w:val="000000"/>
          <w:sz w:val="16"/>
          <w:u w:val="none"/>
        </w:rPr>
        <w:t xml:space="preserve"> </w:t>
      </w:r>
      <w:r>
        <w:rPr>
          <w:b/>
          <w:i w:val="0"/>
          <w:smallCaps w:val="0"/>
          <w:strike w:val="0"/>
          <w:color w:val="000000"/>
          <w:u w:val="single"/>
        </w:rPr>
        <w:t>chip</w:t>
      </w:r>
      <w:r>
        <w:rPr>
          <w:b w:val="0"/>
          <w:i w:val="0"/>
          <w:smallCaps w:val="0"/>
          <w:strike w:val="0"/>
          <w:color w:val="000000"/>
          <w:sz w:val="16"/>
          <w:u w:val="none"/>
        </w:rPr>
        <w:t xml:space="preserve"> </w:t>
      </w:r>
      <w:r>
        <w:rPr>
          <w:b/>
          <w:i w:val="0"/>
          <w:smallCaps w:val="0"/>
          <w:strike w:val="0"/>
          <w:color w:val="000000"/>
          <w:u w:val="single"/>
        </w:rPr>
        <w:t>industry would</w:t>
      </w:r>
      <w:r>
        <w:rPr>
          <w:b w:val="0"/>
          <w:i w:val="0"/>
          <w:smallCaps w:val="0"/>
          <w:strike w:val="0"/>
          <w:color w:val="000000"/>
          <w:sz w:val="16"/>
          <w:u w:val="none"/>
        </w:rPr>
        <w:t xml:space="preserve"> </w:t>
      </w:r>
      <w:r>
        <w:rPr>
          <w:b/>
          <w:i w:val="0"/>
          <w:smallCaps w:val="0"/>
          <w:strike w:val="0"/>
          <w:color w:val="000000"/>
          <w:u w:val="single"/>
        </w:rPr>
        <w:t>much</w:t>
      </w:r>
      <w:r>
        <w:rPr>
          <w:b w:val="0"/>
          <w:i w:val="0"/>
          <w:smallCaps w:val="0"/>
          <w:strike w:val="0"/>
          <w:color w:val="000000"/>
          <w:sz w:val="16"/>
          <w:u w:val="none"/>
        </w:rPr>
        <w:t xml:space="preserve"> </w:t>
      </w:r>
      <w:r>
        <w:rPr>
          <w:b/>
          <w:i w:val="0"/>
          <w:smallCaps w:val="0"/>
          <w:strike w:val="0"/>
          <w:color w:val="000000"/>
          <w:u w:val="single"/>
        </w:rPr>
        <w:t>rather have the third leg of the Biden</w:t>
      </w:r>
      <w:r>
        <w:rPr>
          <w:b w:val="0"/>
          <w:i w:val="0"/>
          <w:smallCaps w:val="0"/>
          <w:strike w:val="0"/>
          <w:color w:val="000000"/>
          <w:sz w:val="16"/>
          <w:u w:val="none"/>
        </w:rPr>
        <w:t xml:space="preserve"> </w:t>
      </w:r>
      <w:r>
        <w:rPr>
          <w:b/>
          <w:i w:val="0"/>
          <w:smallCaps w:val="0"/>
          <w:strike w:val="0"/>
          <w:color w:val="000000"/>
          <w:u w:val="single"/>
        </w:rPr>
        <w:t>administration’s</w:t>
      </w:r>
      <w:r>
        <w:rPr>
          <w:b w:val="0"/>
          <w:i w:val="0"/>
          <w:smallCaps w:val="0"/>
          <w:strike w:val="0"/>
          <w:color w:val="000000"/>
          <w:sz w:val="16"/>
          <w:u w:val="none"/>
        </w:rPr>
        <w:t xml:space="preserve"> </w:t>
      </w:r>
      <w:r>
        <w:rPr>
          <w:b/>
          <w:i w:val="0"/>
          <w:smallCaps w:val="0"/>
          <w:strike w:val="0"/>
          <w:color w:val="000000"/>
          <w:u w:val="single"/>
        </w:rPr>
        <w:t>strategy</w:t>
      </w:r>
      <w:r>
        <w:rPr>
          <w:b w:val="0"/>
          <w:i w:val="0"/>
          <w:smallCaps w:val="0"/>
          <w:strike w:val="0"/>
          <w:color w:val="000000"/>
          <w:sz w:val="16"/>
          <w:u w:val="none"/>
        </w:rPr>
        <w:t xml:space="preserve">, a major government spending program to back the construction of fabrication facilities and R&amp;D. Congress looks likely to pass up to $50 billion in subsidies, a sizeable sum, though far smaller than the hundreds of billions that some Chinese sources speak of. There is a real risk that too much of this sum supports established chipmakers rather than small startups. </w:t>
      </w:r>
      <w:r>
        <w:rPr>
          <w:b w:val="0"/>
          <w:i w:val="0"/>
          <w:smallCaps w:val="0"/>
          <w:strike w:val="0"/>
          <w:color w:val="000000"/>
          <w:u w:val="single"/>
        </w:rPr>
        <w:t>As countries jostle for position in semiconductor supply chains, government funds will only be one variable among several. More important, in the end, will be the</w:t>
      </w:r>
      <w:r>
        <w:rPr>
          <w:b w:val="0"/>
          <w:i w:val="0"/>
          <w:smallCaps w:val="0"/>
          <w:strike w:val="0"/>
          <w:color w:val="000000"/>
          <w:sz w:val="16"/>
          <w:u w:val="none"/>
        </w:rPr>
        <w:t xml:space="preserve"> </w:t>
      </w:r>
      <w:r>
        <w:rPr>
          <w:b w:val="0"/>
          <w:i w:val="0"/>
          <w:smallCaps w:val="0"/>
          <w:strike w:val="0"/>
          <w:color w:val="000000"/>
          <w:u w:val="single"/>
        </w:rPr>
        <w:t>companies that build</w:t>
      </w:r>
      <w:r>
        <w:rPr>
          <w:b w:val="0"/>
          <w:i w:val="0"/>
          <w:smallCaps w:val="0"/>
          <w:strike w:val="0"/>
          <w:color w:val="000000"/>
          <w:sz w:val="16"/>
          <w:u w:val="none"/>
        </w:rPr>
        <w:t xml:space="preserve"> </w:t>
      </w:r>
      <w:r>
        <w:rPr>
          <w:b w:val="0"/>
          <w:i w:val="0"/>
          <w:smallCaps w:val="0"/>
          <w:strike w:val="0"/>
          <w:color w:val="000000"/>
          <w:u w:val="single"/>
        </w:rPr>
        <w:t>the innovative</w:t>
      </w:r>
      <w:r>
        <w:rPr>
          <w:b w:val="0"/>
          <w:i w:val="0"/>
          <w:smallCaps w:val="0"/>
          <w:strike w:val="0"/>
          <w:color w:val="000000"/>
          <w:sz w:val="16"/>
          <w:u w:val="none"/>
        </w:rPr>
        <w:t xml:space="preserve"> </w:t>
      </w:r>
      <w:r>
        <w:rPr>
          <w:b w:val="0"/>
          <w:i w:val="0"/>
          <w:smallCaps w:val="0"/>
          <w:strike w:val="0"/>
          <w:color w:val="000000"/>
          <w:u w:val="single"/>
        </w:rPr>
        <w:t>tech</w:t>
      </w:r>
      <w:r>
        <w:rPr>
          <w:b w:val="0"/>
          <w:i w:val="0"/>
          <w:smallCaps w:val="0"/>
          <w:strike w:val="0"/>
          <w:color w:val="000000"/>
          <w:u w:val="single"/>
        </w:rPr>
        <w:t>nologies and disruptive business models that</w:t>
      </w:r>
      <w:r>
        <w:rPr>
          <w:b w:val="0"/>
          <w:i w:val="0"/>
          <w:smallCaps w:val="0"/>
          <w:strike w:val="0"/>
          <w:color w:val="000000"/>
          <w:sz w:val="16"/>
          <w:u w:val="none"/>
        </w:rPr>
        <w:t xml:space="preserve"> </w:t>
      </w:r>
      <w:r>
        <w:rPr>
          <w:b w:val="0"/>
          <w:i w:val="0"/>
          <w:smallCaps w:val="0"/>
          <w:strike w:val="0"/>
          <w:color w:val="000000"/>
          <w:u w:val="single"/>
        </w:rPr>
        <w:t>define the industry in the future</w:t>
      </w:r>
      <w:r>
        <w:rPr>
          <w:b w:val="0"/>
          <w:i w:val="0"/>
          <w:smallCaps w:val="0"/>
          <w:strike w:val="0"/>
          <w:color w:val="000000"/>
          <w:sz w:val="16"/>
          <w:u w:val="none"/>
        </w:rPr>
        <w:t>.</w:t>
      </w:r>
    </w:p>
    <w:p>
      <w:pPr>
        <w:pStyle w:val="Caption"/>
      </w:pPr>
      <w:r>
        <w:t>Source: Advantage CP vs E Commerce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