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Semiconductor dependence makes US-China conflict over Taiwan inevitable</w:t>
      </w:r>
    </w:p>
    <w:p>
      <w:pPr>
        <w:spacing w:after="80"/>
      </w:pPr>
      <w:r>
        <w:rPr>
          <w:b/>
          <w:i w:val="0"/>
          <w:smallCaps w:val="0"/>
          <w:strike w:val="0"/>
          <w:color w:val="000000"/>
          <w:sz w:val="26"/>
          <w:u w:val="none"/>
        </w:rPr>
        <w:t>Barnes 22</w:t>
      </w:r>
      <w:r>
        <w:rPr>
          <w:b w:val="0"/>
          <w:i w:val="0"/>
          <w:smallCaps w:val="0"/>
          <w:strike w:val="0"/>
          <w:color w:val="000000"/>
          <w:u w:val="none"/>
        </w:rPr>
        <w:t xml:space="preserve"> [Julian E. Barnes is a national security reporter for The New York Times, 1-26-2022 https://www.nytimes.com/2022/01/26/us/politics/computer-chip-shortage-taiwan.html]</w:t>
      </w:r>
    </w:p>
    <w:p>
      <w:pPr>
        <w:spacing w:after="60"/>
      </w:pPr>
      <w:r>
        <w:rPr>
          <w:b w:val="0"/>
          <w:i w:val="0"/>
          <w:smallCaps w:val="0"/>
          <w:strike w:val="0"/>
          <w:color w:val="000000"/>
          <w:u w:val="single"/>
        </w:rPr>
        <w:t>The war game scenario</w:t>
      </w:r>
      <w:r>
        <w:rPr>
          <w:b w:val="0"/>
          <w:i w:val="0"/>
          <w:smallCaps w:val="0"/>
          <w:strike w:val="0"/>
          <w:color w:val="000000"/>
          <w:sz w:val="16"/>
          <w:u w:val="none"/>
        </w:rPr>
        <w:t xml:space="preserve"> conducted by a Washington think tank </w:t>
      </w:r>
      <w:r>
        <w:rPr>
          <w:b w:val="0"/>
          <w:i w:val="0"/>
          <w:smallCaps w:val="0"/>
          <w:strike w:val="0"/>
          <w:color w:val="000000"/>
          <w:u w:val="single"/>
        </w:rPr>
        <w:t>began with</w:t>
      </w:r>
      <w:r>
        <w:rPr>
          <w:b w:val="0"/>
          <w:i w:val="0"/>
          <w:smallCaps w:val="0"/>
          <w:strike w:val="0"/>
          <w:color w:val="000000"/>
          <w:sz w:val="16"/>
          <w:u w:val="none"/>
        </w:rPr>
        <w:t xml:space="preserve"> </w:t>
      </w:r>
      <w:r>
        <w:rPr>
          <w:b w:val="0"/>
          <w:i w:val="0"/>
          <w:smallCaps w:val="0"/>
          <w:strike w:val="0"/>
          <w:color w:val="000000"/>
          <w:u w:val="single"/>
        </w:rPr>
        <w:t>a sudden</w:t>
      </w:r>
      <w:r>
        <w:rPr>
          <w:b w:val="0"/>
          <w:i w:val="0"/>
          <w:smallCaps w:val="0"/>
          <w:strike w:val="0"/>
          <w:color w:val="000000"/>
          <w:sz w:val="16"/>
          <w:u w:val="none"/>
        </w:rPr>
        <w:t xml:space="preserve"> </w:t>
      </w:r>
      <w:r>
        <w:rPr>
          <w:b w:val="0"/>
          <w:i w:val="0"/>
          <w:smallCaps w:val="0"/>
          <w:strike w:val="0"/>
          <w:color w:val="000000"/>
          <w:u w:val="single"/>
        </w:rPr>
        <w:t>failure at</w:t>
      </w:r>
      <w:r>
        <w:rPr>
          <w:b w:val="0"/>
          <w:i w:val="0"/>
          <w:smallCaps w:val="0"/>
          <w:strike w:val="0"/>
          <w:color w:val="000000"/>
          <w:sz w:val="16"/>
          <w:u w:val="none"/>
        </w:rPr>
        <w:t xml:space="preserve"> </w:t>
      </w:r>
      <w:r>
        <w:rPr>
          <w:b w:val="0"/>
          <w:i w:val="0"/>
          <w:smallCaps w:val="0"/>
          <w:strike w:val="0"/>
          <w:color w:val="000000"/>
          <w:u w:val="single"/>
        </w:rPr>
        <w:t>three</w:t>
      </w:r>
      <w:r>
        <w:rPr>
          <w:b w:val="0"/>
          <w:i w:val="0"/>
          <w:smallCaps w:val="0"/>
          <w:strike w:val="0"/>
          <w:color w:val="000000"/>
          <w:sz w:val="16"/>
          <w:u w:val="none"/>
        </w:rPr>
        <w:t xml:space="preserve"> </w:t>
      </w:r>
      <w:r>
        <w:rPr>
          <w:b w:val="0"/>
          <w:i w:val="0"/>
          <w:smallCaps w:val="0"/>
          <w:strike w:val="0"/>
          <w:color w:val="000000"/>
          <w:u w:val="single"/>
        </w:rPr>
        <w:t>Taiwanese</w:t>
      </w:r>
      <w:r>
        <w:rPr>
          <w:b w:val="0"/>
          <w:i w:val="0"/>
          <w:smallCaps w:val="0"/>
          <w:strike w:val="0"/>
          <w:color w:val="000000"/>
          <w:sz w:val="16"/>
          <w:u w:val="none"/>
        </w:rPr>
        <w:t xml:space="preserve"> </w:t>
      </w:r>
      <w:r>
        <w:rPr>
          <w:b w:val="0"/>
          <w:i w:val="0"/>
          <w:smallCaps w:val="0"/>
          <w:strike w:val="0"/>
          <w:color w:val="000000"/>
          <w:u w:val="single"/>
        </w:rPr>
        <w:t>semiconductor foundries</w:t>
      </w:r>
      <w:r>
        <w:rPr>
          <w:b w:val="0"/>
          <w:i w:val="0"/>
          <w:smallCaps w:val="0"/>
          <w:strike w:val="0"/>
          <w:color w:val="000000"/>
          <w:sz w:val="16"/>
          <w:u w:val="none"/>
        </w:rPr>
        <w:t xml:space="preserve"> that make high-end computer chips used in such items as smartphones, automobiles and military equipment. The halt in production raised questions of whether a cyberattack by Beijing was responsible — </w:t>
      </w:r>
      <w:r>
        <w:rPr>
          <w:b w:val="0"/>
          <w:i w:val="0"/>
          <w:smallCaps w:val="0"/>
          <w:strike w:val="0"/>
          <w:color w:val="000000"/>
          <w:u w:val="single"/>
        </w:rPr>
        <w:t>touching off</w:t>
      </w:r>
      <w:r>
        <w:rPr>
          <w:b w:val="0"/>
          <w:i w:val="0"/>
          <w:smallCaps w:val="0"/>
          <w:strike w:val="0"/>
          <w:color w:val="000000"/>
          <w:sz w:val="16"/>
          <w:u w:val="none"/>
        </w:rPr>
        <w:t xml:space="preserve"> </w:t>
      </w:r>
      <w:r>
        <w:rPr>
          <w:b w:val="0"/>
          <w:i w:val="0"/>
          <w:smallCaps w:val="0"/>
          <w:strike w:val="0"/>
          <w:color w:val="000000"/>
          <w:u w:val="single"/>
        </w:rPr>
        <w:t>an</w:t>
      </w:r>
      <w:r>
        <w:rPr>
          <w:b w:val="0"/>
          <w:i w:val="0"/>
          <w:smallCaps w:val="0"/>
          <w:strike w:val="0"/>
          <w:color w:val="000000"/>
          <w:sz w:val="16"/>
          <w:u w:val="none"/>
        </w:rPr>
        <w:t xml:space="preserve"> </w:t>
      </w:r>
      <w:r>
        <w:rPr>
          <w:b/>
          <w:i w:val="0"/>
          <w:smallCaps w:val="0"/>
          <w:strike w:val="0"/>
          <w:color w:val="000000"/>
          <w:u w:val="single"/>
        </w:rPr>
        <w:t>international</w:t>
      </w:r>
      <w:r>
        <w:rPr>
          <w:b w:val="0"/>
          <w:i w:val="0"/>
          <w:smallCaps w:val="0"/>
          <w:strike w:val="0"/>
          <w:color w:val="000000"/>
          <w:sz w:val="16"/>
          <w:u w:val="none"/>
        </w:rPr>
        <w:t xml:space="preserve"> </w:t>
      </w:r>
      <w:r>
        <w:rPr>
          <w:b/>
          <w:i w:val="0"/>
          <w:smallCaps w:val="0"/>
          <w:strike w:val="0"/>
          <w:color w:val="000000"/>
          <w:u w:val="single"/>
        </w:rPr>
        <w:t>crisis</w:t>
      </w:r>
      <w:r>
        <w:rPr>
          <w:b w:val="0"/>
          <w:i w:val="0"/>
          <w:smallCaps w:val="0"/>
          <w:strike w:val="0"/>
          <w:color w:val="000000"/>
          <w:sz w:val="16"/>
          <w:u w:val="none"/>
        </w:rPr>
        <w:t xml:space="preserve"> </w:t>
      </w:r>
      <w:r>
        <w:rPr>
          <w:b w:val="0"/>
          <w:i w:val="0"/>
          <w:smallCaps w:val="0"/>
          <w:strike w:val="0"/>
          <w:color w:val="000000"/>
          <w:u w:val="single"/>
        </w:rPr>
        <w:t>between China and the U</w:t>
      </w:r>
      <w:r>
        <w:rPr>
          <w:b w:val="0"/>
          <w:i w:val="0"/>
          <w:smallCaps w:val="0"/>
          <w:strike w:val="0"/>
          <w:color w:val="000000"/>
          <w:u w:val="single"/>
        </w:rPr>
        <w:t>nited</w:t>
      </w:r>
      <w:r>
        <w:rPr>
          <w:b w:val="0"/>
          <w:i w:val="0"/>
          <w:smallCaps w:val="0"/>
          <w:strike w:val="0"/>
          <w:color w:val="000000"/>
          <w:sz w:val="16"/>
          <w:u w:val="none"/>
        </w:rPr>
        <w:t xml:space="preserve"> </w:t>
      </w:r>
      <w:r>
        <w:rPr>
          <w:b w:val="0"/>
          <w:i w:val="0"/>
          <w:smallCaps w:val="0"/>
          <w:strike w:val="0"/>
          <w:color w:val="000000"/>
          <w:u w:val="single"/>
        </w:rPr>
        <w:t>S</w:t>
      </w:r>
      <w:r>
        <w:rPr>
          <w:b w:val="0"/>
          <w:i w:val="0"/>
          <w:smallCaps w:val="0"/>
          <w:strike w:val="0"/>
          <w:color w:val="000000"/>
          <w:u w:val="single"/>
        </w:rPr>
        <w:t>tates that</w:t>
      </w:r>
      <w:r>
        <w:rPr>
          <w:b w:val="0"/>
          <w:i w:val="0"/>
          <w:smallCaps w:val="0"/>
          <w:strike w:val="0"/>
          <w:color w:val="000000"/>
          <w:sz w:val="16"/>
          <w:u w:val="none"/>
        </w:rPr>
        <w:t xml:space="preserve"> the </w:t>
      </w:r>
      <w:r>
        <w:rPr>
          <w:b w:val="0"/>
          <w:i w:val="0"/>
          <w:smallCaps w:val="0"/>
          <w:strike w:val="0"/>
          <w:color w:val="000000"/>
          <w:u w:val="single"/>
        </w:rPr>
        <w:t>researchers said could</w:t>
      </w:r>
      <w:r>
        <w:rPr>
          <w:b w:val="0"/>
          <w:i w:val="0"/>
          <w:smallCaps w:val="0"/>
          <w:strike w:val="0"/>
          <w:color w:val="000000"/>
          <w:sz w:val="16"/>
          <w:u w:val="none"/>
        </w:rPr>
        <w:t xml:space="preserve"> grind the global economy to a halt </w:t>
      </w:r>
      <w:r>
        <w:rPr>
          <w:b w:val="0"/>
          <w:i w:val="0"/>
          <w:smallCaps w:val="0"/>
          <w:strike w:val="0"/>
          <w:color w:val="000000"/>
          <w:u w:val="single"/>
        </w:rPr>
        <w:t>and</w:t>
      </w:r>
      <w:r>
        <w:rPr>
          <w:b w:val="0"/>
          <w:i w:val="0"/>
          <w:smallCaps w:val="0"/>
          <w:strike w:val="0"/>
          <w:color w:val="000000"/>
          <w:sz w:val="16"/>
          <w:u w:val="none"/>
        </w:rPr>
        <w:t xml:space="preserve"> </w:t>
      </w:r>
      <w:r>
        <w:rPr>
          <w:b/>
          <w:i w:val="0"/>
          <w:smallCaps w:val="0"/>
          <w:strike w:val="0"/>
          <w:color w:val="000000"/>
          <w:u w:val="single"/>
        </w:rPr>
        <w:t>incite</w:t>
      </w:r>
      <w:r>
        <w:rPr>
          <w:b w:val="0"/>
          <w:i w:val="0"/>
          <w:smallCaps w:val="0"/>
          <w:strike w:val="0"/>
          <w:color w:val="000000"/>
          <w:sz w:val="16"/>
          <w:u w:val="none"/>
        </w:rPr>
        <w:t xml:space="preserve"> </w:t>
      </w:r>
      <w:r>
        <w:rPr>
          <w:b/>
          <w:i w:val="0"/>
          <w:smallCaps w:val="0"/>
          <w:strike w:val="0"/>
          <w:color w:val="000000"/>
          <w:u w:val="single"/>
        </w:rPr>
        <w:t>a</w:t>
      </w:r>
      <w:r>
        <w:rPr>
          <w:b w:val="0"/>
          <w:i w:val="0"/>
          <w:smallCaps w:val="0"/>
          <w:strike w:val="0"/>
          <w:color w:val="000000"/>
          <w:sz w:val="16"/>
          <w:u w:val="none"/>
        </w:rPr>
        <w:t xml:space="preserve"> </w:t>
      </w:r>
      <w:r>
        <w:rPr>
          <w:b/>
          <w:i w:val="0"/>
          <w:smallCaps w:val="0"/>
          <w:strike w:val="0"/>
          <w:color w:val="000000"/>
          <w:u w:val="single"/>
        </w:rPr>
        <w:t>military confrontation</w:t>
      </w:r>
      <w:r>
        <w:rPr>
          <w:b w:val="0"/>
          <w:i w:val="0"/>
          <w:smallCaps w:val="0"/>
          <w:strike w:val="0"/>
          <w:color w:val="000000"/>
          <w:sz w:val="16"/>
          <w:u w:val="none"/>
        </w:rPr>
        <w:t xml:space="preserve">. </w:t>
      </w:r>
      <w:r>
        <w:rPr>
          <w:b w:val="0"/>
          <w:i w:val="0"/>
          <w:smallCaps w:val="0"/>
          <w:strike w:val="0"/>
          <w:color w:val="000000"/>
          <w:u w:val="single"/>
        </w:rPr>
        <w:t>The</w:t>
      </w:r>
      <w:r>
        <w:rPr>
          <w:b w:val="0"/>
          <w:i w:val="0"/>
          <w:smallCaps w:val="0"/>
          <w:strike w:val="0"/>
          <w:color w:val="000000"/>
          <w:sz w:val="16"/>
          <w:u w:val="none"/>
        </w:rPr>
        <w:t xml:space="preserve"> war game and </w:t>
      </w:r>
      <w:r>
        <w:rPr>
          <w:b w:val="0"/>
          <w:i w:val="0"/>
          <w:smallCaps w:val="0"/>
          <w:strike w:val="0"/>
          <w:color w:val="000000"/>
          <w:u w:val="single"/>
        </w:rPr>
        <w:t>study</w:t>
      </w:r>
      <w:r>
        <w:rPr>
          <w:b w:val="0"/>
          <w:i w:val="0"/>
          <w:smallCaps w:val="0"/>
          <w:strike w:val="0"/>
          <w:color w:val="000000"/>
          <w:sz w:val="16"/>
          <w:u w:val="none"/>
        </w:rPr>
        <w:t xml:space="preserve"> by the Center for a New American Security, which is set to be released on Thursday, </w:t>
      </w:r>
      <w:r>
        <w:rPr>
          <w:b w:val="0"/>
          <w:i w:val="0"/>
          <w:smallCaps w:val="0"/>
          <w:strike w:val="0"/>
          <w:color w:val="000000"/>
          <w:u w:val="single"/>
        </w:rPr>
        <w:t>illustrate</w:t>
      </w:r>
      <w:r>
        <w:rPr>
          <w:b w:val="0"/>
          <w:i w:val="0"/>
          <w:smallCaps w:val="0"/>
          <w:strike w:val="0"/>
          <w:color w:val="000000"/>
          <w:sz w:val="16"/>
          <w:u w:val="none"/>
        </w:rPr>
        <w:t xml:space="preserve"> </w:t>
      </w:r>
      <w:r>
        <w:rPr>
          <w:b w:val="0"/>
          <w:i w:val="0"/>
          <w:smallCaps w:val="0"/>
          <w:strike w:val="0"/>
          <w:color w:val="000000"/>
          <w:u w:val="single"/>
        </w:rPr>
        <w:t>how dependent the world is on Taiwanese</w:t>
      </w:r>
      <w:r>
        <w:rPr>
          <w:b w:val="0"/>
          <w:i w:val="0"/>
          <w:smallCaps w:val="0"/>
          <w:strike w:val="0"/>
          <w:color w:val="000000"/>
          <w:sz w:val="16"/>
          <w:u w:val="none"/>
        </w:rPr>
        <w:t xml:space="preserve"> </w:t>
      </w:r>
      <w:r>
        <w:rPr>
          <w:b w:val="0"/>
          <w:i w:val="0"/>
          <w:smallCaps w:val="0"/>
          <w:strike w:val="0"/>
          <w:color w:val="000000"/>
          <w:u w:val="single"/>
        </w:rPr>
        <w:t>computer</w:t>
      </w:r>
      <w:r>
        <w:rPr>
          <w:b w:val="0"/>
          <w:i w:val="0"/>
          <w:smallCaps w:val="0"/>
          <w:strike w:val="0"/>
          <w:color w:val="000000"/>
          <w:sz w:val="16"/>
          <w:u w:val="none"/>
        </w:rPr>
        <w:t xml:space="preserve"> </w:t>
      </w:r>
      <w:r>
        <w:rPr>
          <w:b w:val="0"/>
          <w:i w:val="0"/>
          <w:smallCaps w:val="0"/>
          <w:strike w:val="0"/>
          <w:color w:val="000000"/>
          <w:u w:val="single"/>
        </w:rPr>
        <w:t>chips</w:t>
      </w:r>
      <w:r>
        <w:rPr>
          <w:b w:val="0"/>
          <w:i w:val="0"/>
          <w:smallCaps w:val="0"/>
          <w:strike w:val="0"/>
          <w:color w:val="000000"/>
          <w:sz w:val="16"/>
          <w:u w:val="none"/>
        </w:rPr>
        <w:t xml:space="preserve"> </w:t>
      </w:r>
      <w:r>
        <w:rPr>
          <w:b w:val="0"/>
          <w:i w:val="0"/>
          <w:smallCaps w:val="0"/>
          <w:strike w:val="0"/>
          <w:color w:val="000000"/>
          <w:u w:val="single"/>
        </w:rPr>
        <w:t>— and how that dependence could</w:t>
      </w:r>
      <w:r>
        <w:rPr>
          <w:b w:val="0"/>
          <w:i w:val="0"/>
          <w:smallCaps w:val="0"/>
          <w:strike w:val="0"/>
          <w:color w:val="000000"/>
          <w:sz w:val="16"/>
          <w:u w:val="none"/>
        </w:rPr>
        <w:t xml:space="preserve"> </w:t>
      </w:r>
      <w:r>
        <w:rPr>
          <w:b w:val="0"/>
          <w:i w:val="0"/>
          <w:smallCaps w:val="0"/>
          <w:strike w:val="0"/>
          <w:color w:val="000000"/>
          <w:u w:val="single"/>
        </w:rPr>
        <w:t>draw the U</w:t>
      </w:r>
      <w:r>
        <w:rPr>
          <w:b w:val="0"/>
          <w:i w:val="0"/>
          <w:smallCaps w:val="0"/>
          <w:strike w:val="0"/>
          <w:color w:val="000000"/>
          <w:u w:val="single"/>
        </w:rPr>
        <w:t>nited</w:t>
      </w:r>
      <w:r>
        <w:rPr>
          <w:b w:val="0"/>
          <w:i w:val="0"/>
          <w:smallCaps w:val="0"/>
          <w:strike w:val="0"/>
          <w:color w:val="000000"/>
          <w:sz w:val="16"/>
          <w:u w:val="none"/>
        </w:rPr>
        <w:t xml:space="preserve"> </w:t>
      </w:r>
      <w:r>
        <w:rPr>
          <w:b w:val="0"/>
          <w:i w:val="0"/>
          <w:smallCaps w:val="0"/>
          <w:strike w:val="0"/>
          <w:color w:val="000000"/>
          <w:u w:val="single"/>
        </w:rPr>
        <w:t>S</w:t>
      </w:r>
      <w:r>
        <w:rPr>
          <w:b w:val="0"/>
          <w:i w:val="0"/>
          <w:smallCaps w:val="0"/>
          <w:strike w:val="0"/>
          <w:color w:val="000000"/>
          <w:u w:val="single"/>
        </w:rPr>
        <w:t>tates</w:t>
      </w:r>
      <w:r>
        <w:rPr>
          <w:b w:val="0"/>
          <w:i w:val="0"/>
          <w:smallCaps w:val="0"/>
          <w:strike w:val="0"/>
          <w:color w:val="000000"/>
          <w:sz w:val="16"/>
          <w:u w:val="none"/>
        </w:rPr>
        <w:t xml:space="preserve"> </w:t>
      </w:r>
      <w:r>
        <w:rPr>
          <w:b w:val="0"/>
          <w:i w:val="0"/>
          <w:smallCaps w:val="0"/>
          <w:strike w:val="0"/>
          <w:color w:val="000000"/>
          <w:u w:val="single"/>
        </w:rPr>
        <w:t>and China into</w:t>
      </w:r>
      <w:r>
        <w:rPr>
          <w:b w:val="0"/>
          <w:i w:val="0"/>
          <w:smallCaps w:val="0"/>
          <w:strike w:val="0"/>
          <w:color w:val="000000"/>
          <w:sz w:val="16"/>
          <w:u w:val="none"/>
        </w:rPr>
        <w:t xml:space="preserve"> various kinds of </w:t>
      </w:r>
      <w:r>
        <w:rPr>
          <w:b/>
          <w:i w:val="0"/>
          <w:smallCaps w:val="0"/>
          <w:strike w:val="0"/>
          <w:color w:val="000000"/>
          <w:u w:val="single"/>
        </w:rPr>
        <w:t>conflict</w:t>
      </w:r>
      <w:r>
        <w:rPr>
          <w:b w:val="0"/>
          <w:i w:val="0"/>
          <w:smallCaps w:val="0"/>
          <w:strike w:val="0"/>
          <w:color w:val="000000"/>
          <w:sz w:val="16"/>
          <w:u w:val="none"/>
        </w:rPr>
        <w:t xml:space="preserve">. The report comes as Congress has put new energy into bills to increase domestic production of semiconductors in the United States. Diversifying the global supply chain for computer chips is a key recommendation in the report. Last week, President Biden urged Congress to pass those bills and promised he would work to bring production of semiconductor chips back to the United States. “Today we barely produce 10 percent of the computer chips, despite being the leader in chip design and research,” Mr. Biden said. “And we don’t have the ability to make the most advanced chips now — right now. But today, 75 percent of production takes place in East Asia. Ninety percent of the most advanced chips are made in Taiwan. China is doing everything it can to take over the global market so they can try to outcompete the rest of us and have a lot of applications — including military applications.” Even if Congress approves new government investments in America’s microchip production capacities, matching Taiwanese expertise is years away, if it is even possible, the report’s authors say. </w:t>
      </w:r>
      <w:r>
        <w:rPr>
          <w:b w:val="0"/>
          <w:i w:val="0"/>
          <w:smallCaps w:val="0"/>
          <w:strike w:val="0"/>
          <w:color w:val="000000"/>
          <w:u w:val="single"/>
        </w:rPr>
        <w:t>The United States</w:t>
      </w:r>
      <w:r>
        <w:rPr>
          <w:b w:val="0"/>
          <w:i w:val="0"/>
          <w:smallCaps w:val="0"/>
          <w:strike w:val="0"/>
          <w:color w:val="000000"/>
          <w:sz w:val="16"/>
          <w:u w:val="none"/>
        </w:rPr>
        <w:t xml:space="preserve"> is already </w:t>
      </w:r>
      <w:r>
        <w:rPr>
          <w:b w:val="0"/>
          <w:i w:val="0"/>
          <w:smallCaps w:val="0"/>
          <w:strike w:val="0"/>
          <w:color w:val="000000"/>
          <w:u w:val="single"/>
        </w:rPr>
        <w:t>more dependent on Taiwan’s</w:t>
      </w:r>
      <w:r>
        <w:rPr>
          <w:b w:val="0"/>
          <w:i w:val="0"/>
          <w:smallCaps w:val="0"/>
          <w:strike w:val="0"/>
          <w:color w:val="000000"/>
          <w:sz w:val="16"/>
          <w:u w:val="none"/>
        </w:rPr>
        <w:t xml:space="preserve"> high-end </w:t>
      </w:r>
      <w:r>
        <w:rPr>
          <w:b w:val="0"/>
          <w:i w:val="0"/>
          <w:smallCaps w:val="0"/>
          <w:strike w:val="0"/>
          <w:color w:val="000000"/>
          <w:u w:val="single"/>
        </w:rPr>
        <w:t>microchips</w:t>
      </w:r>
      <w:r>
        <w:rPr>
          <w:b w:val="0"/>
          <w:i w:val="0"/>
          <w:smallCaps w:val="0"/>
          <w:strike w:val="0"/>
          <w:color w:val="000000"/>
          <w:sz w:val="16"/>
          <w:u w:val="none"/>
        </w:rPr>
        <w:t xml:space="preserve"> </w:t>
      </w:r>
      <w:r>
        <w:rPr>
          <w:b w:val="0"/>
          <w:i w:val="0"/>
          <w:smallCaps w:val="0"/>
          <w:strike w:val="0"/>
          <w:color w:val="000000"/>
          <w:u w:val="single"/>
        </w:rPr>
        <w:t>than</w:t>
      </w:r>
      <w:r>
        <w:rPr>
          <w:b w:val="0"/>
          <w:i w:val="0"/>
          <w:smallCaps w:val="0"/>
          <w:strike w:val="0"/>
          <w:color w:val="000000"/>
          <w:sz w:val="16"/>
          <w:u w:val="none"/>
        </w:rPr>
        <w:t xml:space="preserve"> </w:t>
      </w:r>
      <w:r>
        <w:rPr>
          <w:b w:val="0"/>
          <w:i w:val="0"/>
          <w:smallCaps w:val="0"/>
          <w:strike w:val="0"/>
          <w:color w:val="000000"/>
          <w:u w:val="single"/>
        </w:rPr>
        <w:t>it was on</w:t>
      </w:r>
      <w:r>
        <w:rPr>
          <w:b w:val="0"/>
          <w:i w:val="0"/>
          <w:smallCaps w:val="0"/>
          <w:strike w:val="0"/>
          <w:color w:val="000000"/>
          <w:sz w:val="16"/>
          <w:u w:val="none"/>
        </w:rPr>
        <w:t xml:space="preserve"> </w:t>
      </w:r>
      <w:r>
        <w:rPr>
          <w:b w:val="0"/>
          <w:i w:val="0"/>
          <w:smallCaps w:val="0"/>
          <w:strike w:val="0"/>
          <w:color w:val="000000"/>
          <w:u w:val="single"/>
        </w:rPr>
        <w:t>Mid</w:t>
      </w:r>
      <w:r>
        <w:rPr>
          <w:b w:val="0"/>
          <w:i w:val="0"/>
          <w:smallCaps w:val="0"/>
          <w:strike w:val="0"/>
          <w:color w:val="000000"/>
          <w:u w:val="single"/>
        </w:rPr>
        <w:t>dle</w:t>
      </w:r>
      <w:r>
        <w:rPr>
          <w:b w:val="0"/>
          <w:i w:val="0"/>
          <w:smallCaps w:val="0"/>
          <w:strike w:val="0"/>
          <w:color w:val="000000"/>
          <w:sz w:val="16"/>
          <w:u w:val="none"/>
        </w:rPr>
        <w:t xml:space="preserve"> </w:t>
      </w:r>
      <w:r>
        <w:rPr>
          <w:b w:val="0"/>
          <w:i w:val="0"/>
          <w:smallCaps w:val="0"/>
          <w:strike w:val="0"/>
          <w:color w:val="000000"/>
          <w:u w:val="single"/>
        </w:rPr>
        <w:t>East</w:t>
      </w:r>
      <w:r>
        <w:rPr>
          <w:b w:val="0"/>
          <w:i w:val="0"/>
          <w:smallCaps w:val="0"/>
          <w:strike w:val="0"/>
          <w:color w:val="000000"/>
          <w:u w:val="single"/>
        </w:rPr>
        <w:t>ern</w:t>
      </w:r>
      <w:r>
        <w:rPr>
          <w:b w:val="0"/>
          <w:i w:val="0"/>
          <w:smallCaps w:val="0"/>
          <w:strike w:val="0"/>
          <w:color w:val="000000"/>
          <w:sz w:val="16"/>
          <w:u w:val="none"/>
        </w:rPr>
        <w:t xml:space="preserve"> </w:t>
      </w:r>
      <w:r>
        <w:rPr>
          <w:b w:val="0"/>
          <w:i w:val="0"/>
          <w:smallCaps w:val="0"/>
          <w:strike w:val="0"/>
          <w:color w:val="000000"/>
          <w:u w:val="single"/>
        </w:rPr>
        <w:t>oil</w:t>
      </w:r>
      <w:r>
        <w:rPr>
          <w:b w:val="0"/>
          <w:i w:val="0"/>
          <w:smallCaps w:val="0"/>
          <w:strike w:val="0"/>
          <w:color w:val="000000"/>
          <w:sz w:val="16"/>
          <w:u w:val="none"/>
        </w:rPr>
        <w:t xml:space="preserve"> </w:t>
      </w:r>
      <w:r>
        <w:rPr>
          <w:b w:val="0"/>
          <w:i w:val="0"/>
          <w:smallCaps w:val="0"/>
          <w:strike w:val="0"/>
          <w:color w:val="000000"/>
          <w:u w:val="single"/>
        </w:rPr>
        <w:t>in decades past, the report said.</w:t>
      </w:r>
      <w:r>
        <w:rPr>
          <w:b w:val="0"/>
          <w:i w:val="0"/>
          <w:smallCaps w:val="0"/>
          <w:strike w:val="0"/>
          <w:color w:val="000000"/>
          <w:sz w:val="16"/>
          <w:u w:val="none"/>
        </w:rPr>
        <w:t xml:space="preserve"> </w:t>
      </w:r>
      <w:r>
        <w:rPr>
          <w:b w:val="0"/>
          <w:i w:val="0"/>
          <w:smallCaps w:val="0"/>
          <w:strike w:val="0"/>
          <w:color w:val="000000"/>
          <w:u w:val="single"/>
        </w:rPr>
        <w:t>China</w:t>
      </w:r>
      <w:r>
        <w:rPr>
          <w:b w:val="0"/>
          <w:i w:val="0"/>
          <w:smallCaps w:val="0"/>
          <w:strike w:val="0"/>
          <w:color w:val="000000"/>
          <w:sz w:val="16"/>
          <w:u w:val="none"/>
        </w:rPr>
        <w:t xml:space="preserve">, the war game predicts, </w:t>
      </w:r>
      <w:r>
        <w:rPr>
          <w:b w:val="0"/>
          <w:i w:val="0"/>
          <w:smallCaps w:val="0"/>
          <w:strike w:val="0"/>
          <w:color w:val="000000"/>
          <w:u w:val="single"/>
        </w:rPr>
        <w:t>could use</w:t>
      </w:r>
      <w:r>
        <w:rPr>
          <w:b w:val="0"/>
          <w:i w:val="0"/>
          <w:smallCaps w:val="0"/>
          <w:strike w:val="0"/>
          <w:color w:val="000000"/>
          <w:sz w:val="16"/>
          <w:u w:val="none"/>
        </w:rPr>
        <w:t xml:space="preserve"> </w:t>
      </w:r>
      <w:r>
        <w:rPr>
          <w:b/>
          <w:i w:val="0"/>
          <w:smallCaps w:val="0"/>
          <w:strike w:val="0"/>
          <w:color w:val="000000"/>
          <w:u w:val="single"/>
        </w:rPr>
        <w:t>economic coercion</w:t>
      </w:r>
      <w:r>
        <w:rPr>
          <w:b w:val="0"/>
          <w:i w:val="0"/>
          <w:smallCaps w:val="0"/>
          <w:strike w:val="0"/>
          <w:color w:val="000000"/>
          <w:sz w:val="16"/>
          <w:u w:val="none"/>
        </w:rPr>
        <w:t xml:space="preserve">, </w:t>
      </w:r>
      <w:r>
        <w:rPr>
          <w:b/>
          <w:i w:val="0"/>
          <w:smallCaps w:val="0"/>
          <w:strike w:val="0"/>
          <w:color w:val="000000"/>
          <w:u w:val="single"/>
        </w:rPr>
        <w:t>cyberoperations</w:t>
      </w:r>
      <w:r>
        <w:rPr>
          <w:b w:val="0"/>
          <w:i w:val="0"/>
          <w:smallCaps w:val="0"/>
          <w:strike w:val="0"/>
          <w:color w:val="000000"/>
          <w:sz w:val="16"/>
          <w:u w:val="none"/>
        </w:rPr>
        <w:t xml:space="preserve"> </w:t>
      </w:r>
      <w:r>
        <w:rPr>
          <w:b w:val="0"/>
          <w:i w:val="0"/>
          <w:smallCaps w:val="0"/>
          <w:strike w:val="0"/>
          <w:color w:val="000000"/>
          <w:u w:val="single"/>
        </w:rPr>
        <w:t>and</w:t>
      </w:r>
      <w:r>
        <w:rPr>
          <w:b w:val="0"/>
          <w:i w:val="0"/>
          <w:smallCaps w:val="0"/>
          <w:strike w:val="0"/>
          <w:color w:val="000000"/>
          <w:sz w:val="16"/>
          <w:u w:val="none"/>
        </w:rPr>
        <w:t xml:space="preserve"> </w:t>
      </w:r>
      <w:r>
        <w:rPr>
          <w:b/>
          <w:i w:val="0"/>
          <w:smallCaps w:val="0"/>
          <w:strike w:val="0"/>
          <w:color w:val="000000"/>
          <w:u w:val="single"/>
        </w:rPr>
        <w:t>hybrid tactics</w:t>
      </w:r>
      <w:r>
        <w:rPr>
          <w:b w:val="0"/>
          <w:i w:val="0"/>
          <w:smallCaps w:val="0"/>
          <w:strike w:val="0"/>
          <w:color w:val="000000"/>
          <w:sz w:val="16"/>
          <w:u w:val="none"/>
        </w:rPr>
        <w:t xml:space="preserve"> </w:t>
      </w:r>
      <w:r>
        <w:rPr>
          <w:b w:val="0"/>
          <w:i w:val="0"/>
          <w:smallCaps w:val="0"/>
          <w:strike w:val="0"/>
          <w:color w:val="000000"/>
          <w:u w:val="single"/>
        </w:rPr>
        <w:t>to try to seize or harm Taiwan’s semiconductor industry</w:t>
      </w:r>
      <w:r>
        <w:rPr>
          <w:b w:val="0"/>
          <w:i w:val="0"/>
          <w:smallCaps w:val="0"/>
          <w:strike w:val="0"/>
          <w:color w:val="000000"/>
          <w:sz w:val="16"/>
          <w:u w:val="none"/>
        </w:rPr>
        <w:t xml:space="preserve"> — and the United States must become better able to identify and counter Chinese tactics that could threaten the microchip supply. War games like this one involve current and former officials, academics and other experts sitting around a table playing various roles. After an initial scenario is presented, the teams take turns making strategic decisions. Such exercises are supposed to yield insights about how different players would act, and lay plain what sort of moves each group might make. Becca Wasser, who helped design and lead the scenario, said that while many war games were conducted to study China, most focused on conventional military threats, giving short shrift to the many ways China could exert pressure on Taiwan. And countering those pressure points could be difficult, especially if the United States and Taiwan were at odds over the best strategy. In the scenario, the U.S. team presumed the Taiwan team would go along with its strategies to counter China. But Taiwan’s interest sometimes led it to cross-purposes. For example, when the United States wanted to bring semiconductor engineers to the safety of America, Taiwan resisted, worried about a brain drain. “Whatever the United States tried to do by itself in the game really fell flat,” Ms. Wasser said. “We have seen a variety of examples of that in real life.” As a result, multilateral responses and global efforts </w:t>
      </w:r>
      <w:r>
        <w:rPr>
          <w:b w:val="0"/>
          <w:i w:val="0"/>
          <w:smallCaps w:val="0"/>
          <w:strike w:val="0"/>
          <w:color w:val="000000"/>
          <w:u w:val="single"/>
        </w:rPr>
        <w:t>to build</w:t>
      </w:r>
      <w:r>
        <w:rPr>
          <w:b w:val="0"/>
          <w:i w:val="0"/>
          <w:smallCaps w:val="0"/>
          <w:strike w:val="0"/>
          <w:color w:val="000000"/>
          <w:sz w:val="16"/>
          <w:u w:val="none"/>
        </w:rPr>
        <w:t xml:space="preserve"> </w:t>
      </w:r>
      <w:r>
        <w:rPr>
          <w:b w:val="0"/>
          <w:i w:val="0"/>
          <w:smallCaps w:val="0"/>
          <w:strike w:val="0"/>
          <w:color w:val="000000"/>
          <w:u w:val="single"/>
        </w:rPr>
        <w:t>resiliency in the supply chain</w:t>
      </w:r>
      <w:r>
        <w:rPr>
          <w:b w:val="0"/>
          <w:i w:val="0"/>
          <w:smallCaps w:val="0"/>
          <w:strike w:val="0"/>
          <w:color w:val="000000"/>
          <w:sz w:val="16"/>
          <w:u w:val="none"/>
        </w:rPr>
        <w:t xml:space="preserve"> </w:t>
      </w:r>
      <w:r>
        <w:rPr>
          <w:b w:val="0"/>
          <w:i w:val="0"/>
          <w:smallCaps w:val="0"/>
          <w:strike w:val="0"/>
          <w:color w:val="000000"/>
          <w:u w:val="single"/>
        </w:rPr>
        <w:t>for computer chips are most</w:t>
      </w:r>
      <w:r>
        <w:rPr>
          <w:b w:val="0"/>
          <w:i w:val="0"/>
          <w:smallCaps w:val="0"/>
          <w:strike w:val="0"/>
          <w:color w:val="000000"/>
          <w:sz w:val="16"/>
          <w:u w:val="none"/>
        </w:rPr>
        <w:t xml:space="preserve"> </w:t>
      </w:r>
      <w:r>
        <w:rPr>
          <w:b w:val="0"/>
          <w:i w:val="0"/>
          <w:smallCaps w:val="0"/>
          <w:strike w:val="0"/>
          <w:color w:val="000000"/>
          <w:u w:val="single"/>
        </w:rPr>
        <w:t>likely the best strategy</w:t>
      </w:r>
      <w:r>
        <w:rPr>
          <w:b w:val="0"/>
          <w:i w:val="0"/>
          <w:smallCaps w:val="0"/>
          <w:strike w:val="0"/>
          <w:color w:val="000000"/>
          <w:sz w:val="16"/>
          <w:u w:val="none"/>
        </w:rPr>
        <w:t xml:space="preserve">, the report said. Taiwan has relied on its dominance of the microchip industry for its defense. The “silicon shield” theory argued that because its semiconductor industry is so important to Chinese manufacturing and the United States consumer economy, actions that threaten its foundries would be too risky. Martijn Rasser, a co-author of the study and a former C.I.A. analyst, said it was crucial for the international community to convince Taiwan that its shield strategy needed to be internationalized. “The long-term play has to be a geographic dispersal of those capabilities out of Taiwan in exchange for enhanced security guarantees for the island,” he said. The Biden administration has made clear that </w:t>
      </w:r>
      <w:r>
        <w:rPr>
          <w:b w:val="0"/>
          <w:i w:val="0"/>
          <w:smallCaps w:val="0"/>
          <w:strike w:val="0"/>
          <w:color w:val="000000"/>
          <w:u w:val="single"/>
        </w:rPr>
        <w:t>in</w:t>
      </w:r>
      <w:r>
        <w:rPr>
          <w:b w:val="0"/>
          <w:i w:val="0"/>
          <w:smallCaps w:val="0"/>
          <w:strike w:val="0"/>
          <w:color w:val="000000"/>
          <w:sz w:val="16"/>
          <w:u w:val="none"/>
        </w:rPr>
        <w:t xml:space="preserve"> the case of </w:t>
      </w:r>
      <w:r>
        <w:rPr>
          <w:b w:val="0"/>
          <w:i w:val="0"/>
          <w:smallCaps w:val="0"/>
          <w:strike w:val="0"/>
          <w:color w:val="000000"/>
          <w:u w:val="single"/>
        </w:rPr>
        <w:t>Ukraine</w:t>
      </w:r>
      <w:r>
        <w:rPr>
          <w:b w:val="0"/>
          <w:i w:val="0"/>
          <w:smallCaps w:val="0"/>
          <w:strike w:val="0"/>
          <w:color w:val="000000"/>
          <w:sz w:val="16"/>
          <w:u w:val="none"/>
        </w:rPr>
        <w:t xml:space="preserve">, </w:t>
      </w:r>
      <w:r>
        <w:rPr>
          <w:b w:val="0"/>
          <w:i w:val="0"/>
          <w:smallCaps w:val="0"/>
          <w:strike w:val="0"/>
          <w:color w:val="000000"/>
          <w:u w:val="single"/>
        </w:rPr>
        <w:t>while</w:t>
      </w:r>
      <w:r>
        <w:rPr>
          <w:b w:val="0"/>
          <w:i w:val="0"/>
          <w:smallCaps w:val="0"/>
          <w:strike w:val="0"/>
          <w:color w:val="000000"/>
          <w:sz w:val="16"/>
          <w:u w:val="none"/>
        </w:rPr>
        <w:t xml:space="preserve"> </w:t>
      </w:r>
      <w:r>
        <w:rPr>
          <w:b w:val="0"/>
          <w:i w:val="0"/>
          <w:smallCaps w:val="0"/>
          <w:strike w:val="0"/>
          <w:color w:val="000000"/>
          <w:u w:val="single"/>
        </w:rPr>
        <w:t>the U</w:t>
      </w:r>
      <w:r>
        <w:rPr>
          <w:b w:val="0"/>
          <w:i w:val="0"/>
          <w:smallCaps w:val="0"/>
          <w:strike w:val="0"/>
          <w:color w:val="000000"/>
          <w:u w:val="single"/>
        </w:rPr>
        <w:t>nited</w:t>
      </w:r>
      <w:r>
        <w:rPr>
          <w:b w:val="0"/>
          <w:i w:val="0"/>
          <w:smallCaps w:val="0"/>
          <w:strike w:val="0"/>
          <w:color w:val="000000"/>
          <w:sz w:val="16"/>
          <w:u w:val="none"/>
        </w:rPr>
        <w:t xml:space="preserve"> </w:t>
      </w:r>
      <w:r>
        <w:rPr>
          <w:b w:val="0"/>
          <w:i w:val="0"/>
          <w:smallCaps w:val="0"/>
          <w:strike w:val="0"/>
          <w:color w:val="000000"/>
          <w:u w:val="single"/>
        </w:rPr>
        <w:t>S</w:t>
      </w:r>
      <w:r>
        <w:rPr>
          <w:b w:val="0"/>
          <w:i w:val="0"/>
          <w:smallCaps w:val="0"/>
          <w:strike w:val="0"/>
          <w:color w:val="000000"/>
          <w:u w:val="single"/>
        </w:rPr>
        <w:t>tates would economically punish Russia for</w:t>
      </w:r>
      <w:r>
        <w:rPr>
          <w:b w:val="0"/>
          <w:i w:val="0"/>
          <w:smallCaps w:val="0"/>
          <w:strike w:val="0"/>
          <w:color w:val="000000"/>
          <w:sz w:val="16"/>
          <w:u w:val="none"/>
        </w:rPr>
        <w:t xml:space="preserve"> any </w:t>
      </w:r>
      <w:r>
        <w:rPr>
          <w:b w:val="0"/>
          <w:i w:val="0"/>
          <w:smallCaps w:val="0"/>
          <w:strike w:val="0"/>
          <w:color w:val="000000"/>
          <w:u w:val="single"/>
        </w:rPr>
        <w:t>invasion</w:t>
      </w:r>
      <w:r>
        <w:rPr>
          <w:b w:val="0"/>
          <w:i w:val="0"/>
          <w:smallCaps w:val="0"/>
          <w:strike w:val="0"/>
          <w:color w:val="000000"/>
          <w:sz w:val="16"/>
          <w:u w:val="none"/>
        </w:rPr>
        <w:t xml:space="preserve">, </w:t>
      </w:r>
      <w:r>
        <w:rPr>
          <w:b w:val="0"/>
          <w:i w:val="0"/>
          <w:smallCaps w:val="0"/>
          <w:strike w:val="0"/>
          <w:color w:val="000000"/>
          <w:u w:val="single"/>
        </w:rPr>
        <w:t>it</w:t>
      </w:r>
      <w:r>
        <w:rPr>
          <w:b w:val="0"/>
          <w:i w:val="0"/>
          <w:smallCaps w:val="0"/>
          <w:strike w:val="0"/>
          <w:color w:val="000000"/>
          <w:sz w:val="16"/>
          <w:u w:val="none"/>
        </w:rPr>
        <w:t xml:space="preserve"> </w:t>
      </w:r>
      <w:r>
        <w:rPr>
          <w:b w:val="0"/>
          <w:i w:val="0"/>
          <w:smallCaps w:val="0"/>
          <w:strike w:val="0"/>
          <w:color w:val="000000"/>
          <w:u w:val="single"/>
        </w:rPr>
        <w:t>would not commit troops</w:t>
      </w:r>
      <w:r>
        <w:rPr>
          <w:b w:val="0"/>
          <w:i w:val="0"/>
          <w:smallCaps w:val="0"/>
          <w:strike w:val="0"/>
          <w:color w:val="000000"/>
          <w:sz w:val="16"/>
          <w:u w:val="none"/>
        </w:rPr>
        <w:t xml:space="preserve"> to fight alongside Kyiv to stop any intervention by Moscow. The longstanding American policy toward </w:t>
      </w:r>
      <w:r>
        <w:rPr>
          <w:b w:val="0"/>
          <w:i w:val="0"/>
          <w:smallCaps w:val="0"/>
          <w:strike w:val="0"/>
          <w:color w:val="000000"/>
          <w:u w:val="single"/>
        </w:rPr>
        <w:t>Taiwan</w:t>
      </w:r>
      <w:r>
        <w:rPr>
          <w:b w:val="0"/>
          <w:i w:val="0"/>
          <w:smallCaps w:val="0"/>
          <w:strike w:val="0"/>
          <w:color w:val="000000"/>
          <w:sz w:val="16"/>
          <w:u w:val="none"/>
        </w:rPr>
        <w:t xml:space="preserve"> calls for shoring up its defenses and practicing strategic ambiguity over whether </w:t>
      </w:r>
      <w:r>
        <w:rPr>
          <w:b w:val="0"/>
          <w:i w:val="0"/>
          <w:smallCaps w:val="0"/>
          <w:strike w:val="0"/>
          <w:color w:val="000000"/>
          <w:u w:val="single"/>
        </w:rPr>
        <w:t>Washington</w:t>
      </w:r>
      <w:r>
        <w:rPr>
          <w:b w:val="0"/>
          <w:i w:val="0"/>
          <w:smallCaps w:val="0"/>
          <w:strike w:val="0"/>
          <w:color w:val="000000"/>
          <w:sz w:val="16"/>
          <w:u w:val="none"/>
        </w:rPr>
        <w:t xml:space="preserve"> </w:t>
      </w:r>
      <w:r>
        <w:rPr>
          <w:b w:val="0"/>
          <w:i w:val="0"/>
          <w:smallCaps w:val="0"/>
          <w:strike w:val="0"/>
          <w:color w:val="000000"/>
          <w:u w:val="single"/>
        </w:rPr>
        <w:t>would</w:t>
      </w:r>
      <w:r>
        <w:rPr>
          <w:b w:val="0"/>
          <w:i w:val="0"/>
          <w:smallCaps w:val="0"/>
          <w:strike w:val="0"/>
          <w:color w:val="000000"/>
          <w:sz w:val="16"/>
          <w:u w:val="none"/>
        </w:rPr>
        <w:t xml:space="preserve"> </w:t>
      </w:r>
      <w:r>
        <w:rPr>
          <w:b/>
          <w:i w:val="0"/>
          <w:smallCaps w:val="0"/>
          <w:strike w:val="0"/>
          <w:color w:val="000000"/>
          <w:u w:val="single"/>
        </w:rPr>
        <w:t>militarily intervene</w:t>
      </w:r>
      <w:r>
        <w:rPr>
          <w:b w:val="0"/>
          <w:i w:val="0"/>
          <w:smallCaps w:val="0"/>
          <w:strike w:val="0"/>
          <w:color w:val="000000"/>
          <w:sz w:val="16"/>
          <w:u w:val="none"/>
        </w:rPr>
        <w:t xml:space="preserve"> </w:t>
      </w:r>
      <w:r>
        <w:rPr>
          <w:b w:val="0"/>
          <w:i w:val="0"/>
          <w:smallCaps w:val="0"/>
          <w:strike w:val="0"/>
          <w:color w:val="000000"/>
          <w:u w:val="single"/>
        </w:rPr>
        <w:t>in a conflict over the island</w:t>
      </w:r>
      <w:r>
        <w:rPr>
          <w:b w:val="0"/>
          <w:i w:val="0"/>
          <w:smallCaps w:val="0"/>
          <w:strike w:val="0"/>
          <w:color w:val="000000"/>
          <w:sz w:val="16"/>
          <w:u w:val="none"/>
        </w:rPr>
        <w:t xml:space="preserve">. But </w:t>
      </w:r>
      <w:r>
        <w:rPr>
          <w:b w:val="0"/>
          <w:i w:val="0"/>
          <w:smallCaps w:val="0"/>
          <w:strike w:val="0"/>
          <w:color w:val="000000"/>
          <w:u w:val="single"/>
        </w:rPr>
        <w:t>Taiwan and its semiconductors are</w:t>
      </w:r>
      <w:r>
        <w:rPr>
          <w:b w:val="0"/>
          <w:i w:val="0"/>
          <w:smallCaps w:val="0"/>
          <w:strike w:val="0"/>
          <w:color w:val="000000"/>
          <w:sz w:val="16"/>
          <w:u w:val="none"/>
        </w:rPr>
        <w:t xml:space="preserve"> </w:t>
      </w:r>
      <w:r>
        <w:rPr>
          <w:b w:val="0"/>
          <w:i w:val="0"/>
          <w:smallCaps w:val="0"/>
          <w:strike w:val="0"/>
          <w:color w:val="000000"/>
          <w:u w:val="single"/>
        </w:rPr>
        <w:t>far more important to America’s economy than Ukraine</w:t>
      </w:r>
      <w:r>
        <w:rPr>
          <w:b w:val="0"/>
          <w:i w:val="0"/>
          <w:smallCaps w:val="0"/>
          <w:strike w:val="0"/>
          <w:color w:val="000000"/>
          <w:sz w:val="16"/>
          <w:u w:val="none"/>
        </w:rPr>
        <w:t xml:space="preserve"> </w:t>
      </w:r>
      <w:r>
        <w:rPr>
          <w:b w:val="0"/>
          <w:i w:val="0"/>
          <w:smallCaps w:val="0"/>
          <w:strike w:val="0"/>
          <w:color w:val="000000"/>
          <w:u w:val="single"/>
        </w:rPr>
        <w:t>is</w:t>
      </w:r>
      <w:r>
        <w:rPr>
          <w:b w:val="0"/>
          <w:i w:val="0"/>
          <w:smallCaps w:val="0"/>
          <w:strike w:val="0"/>
          <w:color w:val="000000"/>
          <w:sz w:val="16"/>
          <w:u w:val="none"/>
        </w:rPr>
        <w:t xml:space="preserve"> — meaning </w:t>
      </w:r>
      <w:r>
        <w:rPr>
          <w:b w:val="0"/>
          <w:i w:val="0"/>
          <w:smallCaps w:val="0"/>
          <w:strike w:val="0"/>
          <w:color w:val="000000"/>
          <w:u w:val="single"/>
        </w:rPr>
        <w:t>it would</w:t>
      </w:r>
      <w:r>
        <w:rPr>
          <w:b w:val="0"/>
          <w:i w:val="0"/>
          <w:smallCaps w:val="0"/>
          <w:strike w:val="0"/>
          <w:color w:val="000000"/>
          <w:sz w:val="16"/>
          <w:u w:val="none"/>
        </w:rPr>
        <w:t xml:space="preserve"> </w:t>
      </w:r>
      <w:r>
        <w:rPr>
          <w:b/>
          <w:i w:val="0"/>
          <w:smallCaps w:val="0"/>
          <w:strike w:val="0"/>
          <w:color w:val="000000"/>
          <w:u w:val="single"/>
        </w:rPr>
        <w:t>very likely</w:t>
      </w:r>
      <w:r>
        <w:rPr>
          <w:b w:val="0"/>
          <w:i w:val="0"/>
          <w:smallCaps w:val="0"/>
          <w:strike w:val="0"/>
          <w:color w:val="000000"/>
          <w:sz w:val="16"/>
          <w:u w:val="none"/>
        </w:rPr>
        <w:t xml:space="preserve"> </w:t>
      </w:r>
      <w:r>
        <w:rPr>
          <w:b w:val="0"/>
          <w:i w:val="0"/>
          <w:smallCaps w:val="0"/>
          <w:strike w:val="0"/>
          <w:color w:val="000000"/>
          <w:u w:val="single"/>
        </w:rPr>
        <w:t>be</w:t>
      </w:r>
      <w:r>
        <w:rPr>
          <w:b w:val="0"/>
          <w:i w:val="0"/>
          <w:smallCaps w:val="0"/>
          <w:strike w:val="0"/>
          <w:color w:val="000000"/>
          <w:sz w:val="16"/>
          <w:u w:val="none"/>
        </w:rPr>
        <w:t xml:space="preserve"> far more </w:t>
      </w:r>
      <w:r>
        <w:rPr>
          <w:b w:val="0"/>
          <w:i w:val="0"/>
          <w:smallCaps w:val="0"/>
          <w:strike w:val="0"/>
          <w:color w:val="000000"/>
          <w:u w:val="single"/>
        </w:rPr>
        <w:t>difficult</w:t>
      </w:r>
      <w:r>
        <w:rPr>
          <w:b w:val="0"/>
          <w:i w:val="0"/>
          <w:smallCaps w:val="0"/>
          <w:strike w:val="0"/>
          <w:color w:val="000000"/>
          <w:sz w:val="16"/>
          <w:u w:val="none"/>
        </w:rPr>
        <w:t xml:space="preserve"> for the United States </w:t>
      </w:r>
      <w:r>
        <w:rPr>
          <w:b w:val="0"/>
          <w:i w:val="0"/>
          <w:smallCaps w:val="0"/>
          <w:strike w:val="0"/>
          <w:color w:val="000000"/>
          <w:u w:val="single"/>
        </w:rPr>
        <w:t>to stay out of a conflict</w:t>
      </w:r>
      <w:r>
        <w:rPr>
          <w:b w:val="0"/>
          <w:i w:val="0"/>
          <w:smallCaps w:val="0"/>
          <w:strike w:val="0"/>
          <w:color w:val="000000"/>
          <w:sz w:val="16"/>
          <w:u w:val="none"/>
        </w:rPr>
        <w:t xml:space="preserve"> </w:t>
      </w:r>
      <w:r>
        <w:rPr>
          <w:b w:val="0"/>
          <w:i w:val="0"/>
          <w:smallCaps w:val="0"/>
          <w:strike w:val="0"/>
          <w:color w:val="000000"/>
          <w:u w:val="single"/>
        </w:rPr>
        <w:t>involving Taiwan</w:t>
      </w:r>
      <w:r>
        <w:rPr>
          <w:b w:val="0"/>
          <w:i w:val="0"/>
          <w:smallCaps w:val="0"/>
          <w:strike w:val="0"/>
          <w:color w:val="000000"/>
          <w:sz w:val="16"/>
          <w:u w:val="none"/>
        </w:rPr>
        <w:t>.</w:t>
      </w:r>
    </w:p>
    <w:p>
      <w:pPr>
        <w:pStyle w:val="Caption"/>
      </w:pPr>
      <w:r>
        <w:t>Source: Advantage CP vs E Commerce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