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Hip-hop has been corrupted by capitalism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Rachel K. </w:t>
      </w:r>
      <w:r>
        <w:rPr>
          <w:b/>
          <w:i w:val="0"/>
          <w:smallCaps w:val="0"/>
          <w:strike w:val="0"/>
          <w:sz w:val="26"/>
          <w:u w:val="none"/>
        </w:rPr>
        <w:t>Quick 11</w:t>
      </w:r>
      <w:r>
        <w:rPr>
          <w:b w:val="0"/>
          <w:i w:val="0"/>
          <w:smallCaps w:val="0"/>
          <w:strike w:val="0"/>
          <w:u w:val="none"/>
        </w:rPr>
        <w:t xml:space="preserve">, Quick has a </w:t>
      </w:r>
      <w:r>
        <w:rPr>
          <w:b w:val="0"/>
          <w:i w:val="0"/>
          <w:smallCaps w:val="0"/>
          <w:strike w:val="0"/>
          <w:u w:val="none"/>
        </w:rPr>
        <w:t>masters</w:t>
      </w:r>
      <w:r>
        <w:rPr>
          <w:b w:val="0"/>
          <w:i w:val="0"/>
          <w:smallCaps w:val="0"/>
          <w:strike w:val="0"/>
          <w:u w:val="none"/>
        </w:rPr>
        <w:t xml:space="preserve"> degree from the University of Missouri, “THE CULTURAL COMMODIFICATION OF IDENTITY: HIP-HOP AUTHENTICITY </w:t>
      </w:r>
      <w:r>
        <w:rPr>
          <w:b w:val="0"/>
          <w:i w:val="0"/>
          <w:smallCaps w:val="0"/>
          <w:strike w:val="0"/>
          <w:u w:val="none"/>
        </w:rPr>
        <w:t xml:space="preserve">“ </w:t>
      </w:r>
      <w:r>
        <w:rPr>
          <w:b w:val="0"/>
          <w:i w:val="0"/>
          <w:smallCaps w:val="0"/>
          <w:strike w:val="0"/>
          <w:u w:val="none"/>
        </w:rPr>
        <w:t>Masters</w:t>
      </w:r>
      <w:r>
        <w:rPr>
          <w:b w:val="0"/>
          <w:i w:val="0"/>
          <w:smallCaps w:val="0"/>
          <w:strike w:val="0"/>
          <w:u w:val="none"/>
        </w:rPr>
        <w:t xml:space="preserve"> thesis at University of Missouri, May 2011, https://www.proquest.com/docview/1114898348/fulltextPDF/63BAAAAA62BD477EPQ/1?accountid=14667&amp;sourcetype=Dissertations%20&amp;%20Theses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Hip-hop made it comfortable for me to express my narrative about being a dark-skinned Black girl growing up in the heated social arena of the South, and the U.S. abroad. I would not be as willing as I am to express the sentiments I have on the current state of hip hop, as I do with this thesis on the assimilation of hip-hop culture in advertising, and hip-hop authenticity. </w:t>
      </w:r>
      <w:r>
        <w:rPr>
          <w:b/>
          <w:i w:val="0"/>
          <w:smallCaps w:val="0"/>
          <w:strike w:val="0"/>
          <w:sz w:val="22"/>
          <w:u w:val="single"/>
        </w:rPr>
        <w:t>To situate myself in this project, Rose (2008) claims that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worst</w:t>
      </w:r>
      <w:r>
        <w:rPr>
          <w:b/>
          <w:i w:val="0"/>
          <w:smallCaps w:val="0"/>
          <w:strike w:val="0"/>
          <w:sz w:val="22"/>
          <w:u w:val="single"/>
        </w:rPr>
        <w:t xml:space="preserve"> of what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 find in</w:t>
      </w:r>
      <w:r>
        <w:rPr>
          <w:b/>
          <w:i w:val="0"/>
          <w:smallCaps w:val="0"/>
          <w:strike w:val="0"/>
          <w:sz w:val="22"/>
          <w:u w:val="single"/>
        </w:rPr>
        <w:t xml:space="preserve"> the [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hip-hop</w:t>
      </w:r>
      <w:r>
        <w:rPr>
          <w:b/>
          <w:i w:val="0"/>
          <w:smallCaps w:val="0"/>
          <w:strike w:val="0"/>
          <w:sz w:val="22"/>
          <w:u w:val="single"/>
        </w:rPr>
        <w:t xml:space="preserve">] music and imagery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commercially promoted, </w:t>
      </w:r>
      <w:r>
        <w:rPr>
          <w:b/>
          <w:i w:val="0"/>
          <w:smallCaps w:val="0"/>
          <w:strike w:val="0"/>
          <w:sz w:val="22"/>
          <w:u w:val="single"/>
        </w:rPr>
        <w:t xml:space="preserve">encouraged, produced,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 distributed by</w:t>
      </w:r>
      <w:r>
        <w:rPr>
          <w:b/>
          <w:i w:val="0"/>
          <w:smallCaps w:val="0"/>
          <w:strike w:val="0"/>
          <w:sz w:val="22"/>
          <w:u w:val="single"/>
        </w:rPr>
        <w:t xml:space="preserve"> major 2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corporations</w:t>
      </w:r>
      <w:r>
        <w:rPr>
          <w:b/>
          <w:i w:val="0"/>
          <w:smallCaps w:val="0"/>
          <w:strike w:val="0"/>
          <w:sz w:val="22"/>
          <w:u w:val="single"/>
        </w:rPr>
        <w:t>” (p. 77).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authenticity and</w:t>
      </w:r>
      <w:r>
        <w:rPr>
          <w:b/>
          <w:i w:val="0"/>
          <w:smallCaps w:val="0"/>
          <w:strike w:val="0"/>
          <w:sz w:val="22"/>
          <w:u w:val="single"/>
        </w:rPr>
        <w:t xml:space="preserve"> the pseudo-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purity</w:t>
      </w:r>
      <w:r>
        <w:rPr>
          <w:b/>
          <w:i w:val="0"/>
          <w:smallCaps w:val="0"/>
          <w:strike w:val="0"/>
          <w:sz w:val="22"/>
          <w:u w:val="single"/>
        </w:rPr>
        <w:t xml:space="preserve"> of hip-hop culture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has</w:t>
      </w:r>
      <w:r>
        <w:rPr>
          <w:b/>
          <w:i w:val="0"/>
          <w:smallCaps w:val="0"/>
          <w:strike w:val="0"/>
          <w:sz w:val="22"/>
          <w:u w:val="single"/>
        </w:rPr>
        <w:t xml:space="preserve"> already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become tainted due to</w:t>
      </w:r>
      <w:r>
        <w:rPr>
          <w:b/>
          <w:i w:val="0"/>
          <w:smallCaps w:val="0"/>
          <w:strike w:val="0"/>
          <w:sz w:val="22"/>
          <w:u w:val="single"/>
        </w:rPr>
        <w:t xml:space="preserve"> the business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selling records</w:t>
      </w:r>
      <w:r>
        <w:rPr>
          <w:b/>
          <w:i w:val="0"/>
          <w:smallCaps w:val="0"/>
          <w:strike w:val="0"/>
          <w:sz w:val="22"/>
          <w:u w:val="single"/>
        </w:rPr>
        <w:t xml:space="preserve">, and the promotion of an image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record companies and A&amp;R representatives</w:t>
      </w:r>
      <w:r>
        <w:rPr>
          <w:b/>
          <w:i w:val="0"/>
          <w:smallCaps w:val="0"/>
          <w:strike w:val="0"/>
          <w:sz w:val="22"/>
          <w:u w:val="single"/>
        </w:rPr>
        <w:t xml:space="preserve"> want their artists to portray. Yet, there are 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advertising marketers</w:t>
      </w:r>
      <w:r>
        <w:rPr>
          <w:b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take</w:t>
      </w:r>
      <w:r>
        <w:rPr>
          <w:b/>
          <w:i w:val="0"/>
          <w:smallCaps w:val="0"/>
          <w:strike w:val="0"/>
          <w:sz w:val="22"/>
          <w:u w:val="single"/>
        </w:rPr>
        <w:t xml:space="preserve"> certain foundational and popular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elements of hip-hop</w:t>
      </w:r>
      <w:r>
        <w:rPr>
          <w:b/>
          <w:i w:val="0"/>
          <w:smallCaps w:val="0"/>
          <w:strike w:val="0"/>
          <w:sz w:val="22"/>
          <w:u w:val="single"/>
        </w:rPr>
        <w:t xml:space="preserve"> culture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 attach claims</w:t>
      </w:r>
      <w:r>
        <w:rPr>
          <w:b/>
          <w:i w:val="0"/>
          <w:smallCaps w:val="0"/>
          <w:strike w:val="0"/>
          <w:sz w:val="22"/>
          <w:u w:val="single"/>
        </w:rPr>
        <w:t xml:space="preserve"> of hip-hop culture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 sell</w:t>
      </w:r>
      <w:r>
        <w:rPr>
          <w:b/>
          <w:i w:val="0"/>
          <w:smallCaps w:val="0"/>
          <w:strike w:val="0"/>
          <w:sz w:val="22"/>
          <w:u w:val="single"/>
        </w:rPr>
        <w:t xml:space="preserve">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products</w:t>
      </w:r>
      <w:r>
        <w:rPr>
          <w:b/>
          <w:i w:val="0"/>
          <w:smallCaps w:val="0"/>
          <w:strike w:val="0"/>
          <w:sz w:val="22"/>
          <w:u w:val="single"/>
        </w:rPr>
        <w:t>, with imagery, hip-hip vernacular, and even a hip hop artist in their advertisements.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Though one can understand how many of these hip-hop artists </w:t>
      </w:r>
      <w:r>
        <w:rPr>
          <w:b w:val="0"/>
          <w:i w:val="0"/>
          <w:smallCaps w:val="0"/>
          <w:strike w:val="0"/>
          <w:sz w:val="16"/>
          <w:u w:val="none"/>
        </w:rPr>
        <w:t>have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pursue other ventures outside of hip-hop entertainment, due to the constraints and control performed by their music executives’ objectives of their record company, I argue that the practice of selling a culture in advertisements is inherently problematic.  </w:t>
      </w:r>
      <w:r>
        <w:rPr>
          <w:b/>
          <w:i w:val="0"/>
          <w:smallCaps w:val="0"/>
          <w:strike w:val="0"/>
          <w:sz w:val="22"/>
          <w:u w:val="single"/>
        </w:rPr>
        <w:t xml:space="preserve">I do not agree 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current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depictions of hip-hop</w:t>
      </w:r>
      <w:r>
        <w:rPr>
          <w:b/>
          <w:i w:val="0"/>
          <w:smallCaps w:val="0"/>
          <w:strike w:val="0"/>
          <w:sz w:val="22"/>
          <w:u w:val="single"/>
        </w:rPr>
        <w:t xml:space="preserve"> as a culture in the media, specifically television, because the youth of our culture is 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risk</w:t>
      </w:r>
      <w:r>
        <w:rPr>
          <w:b/>
          <w:i w:val="0"/>
          <w:smallCaps w:val="0"/>
          <w:strike w:val="0"/>
          <w:sz w:val="22"/>
          <w:u w:val="single"/>
        </w:rPr>
        <w:t xml:space="preserve"> of a media-generated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cultural assimilation</w:t>
      </w:r>
      <w:r>
        <w:rPr>
          <w:b/>
          <w:i w:val="0"/>
          <w:smallCaps w:val="0"/>
          <w:strike w:val="0"/>
          <w:sz w:val="22"/>
          <w:u w:val="single"/>
        </w:rPr>
        <w:t xml:space="preserve">, in which they may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internalize</w:t>
      </w:r>
      <w:r>
        <w:rPr>
          <w:b/>
          <w:i w:val="0"/>
          <w:smallCaps w:val="0"/>
          <w:strike w:val="0"/>
          <w:sz w:val="22"/>
          <w:u w:val="single"/>
        </w:rPr>
        <w:t xml:space="preserve"> these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falsified representations of</w:t>
      </w:r>
      <w:r>
        <w:rPr>
          <w:b/>
          <w:i w:val="0"/>
          <w:smallCaps w:val="0"/>
          <w:strike w:val="0"/>
          <w:sz w:val="22"/>
          <w:u w:val="single"/>
        </w:rPr>
        <w:t xml:space="preserve"> an authentic hip-hop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culture based on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commodification of hip-hop</w:t>
      </w:r>
      <w:r>
        <w:rPr>
          <w:b/>
          <w:i w:val="0"/>
          <w:smallCaps w:val="0"/>
          <w:strike w:val="0"/>
          <w:sz w:val="22"/>
          <w:u w:val="single"/>
        </w:rPr>
        <w:t xml:space="preserve"> culture in the media.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pStyle w:val="Caption"/>
      </w:pPr>
      <w:r>
        <w:t>Source: Sonics Neg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