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Mumble rap is embedded in capitalism---artists’ focus on money disconnects from the original goal of education</w:t>
      </w:r>
    </w:p>
    <w:p>
      <w:pPr>
        <w:spacing w:after="80"/>
      </w:pPr>
      <w:r>
        <w:rPr>
          <w:b/>
          <w:i w:val="0"/>
          <w:smallCaps w:val="0"/>
          <w:strike w:val="0"/>
          <w:sz w:val="26"/>
          <w:u w:val="none"/>
        </w:rPr>
        <w:t>Ellams</w:t>
      </w:r>
      <w:r>
        <w:rPr>
          <w:b/>
          <w:i w:val="0"/>
          <w:smallCaps w:val="0"/>
          <w:strike w:val="0"/>
          <w:sz w:val="26"/>
          <w:u w:val="none"/>
        </w:rPr>
        <w:t xml:space="preserve"> 17 </w:t>
      </w:r>
      <w:r>
        <w:rPr>
          <w:b w:val="0"/>
          <w:i w:val="0"/>
          <w:smallCaps w:val="0"/>
          <w:strike w:val="0"/>
          <w:u w:val="none"/>
        </w:rPr>
        <w:t xml:space="preserve">[Inua </w:t>
      </w:r>
      <w:r>
        <w:rPr>
          <w:b w:val="0"/>
          <w:i w:val="0"/>
          <w:smallCaps w:val="0"/>
          <w:strike w:val="0"/>
          <w:u w:val="none"/>
        </w:rPr>
        <w:t>Ellams</w:t>
      </w:r>
      <w:r>
        <w:rPr>
          <w:b w:val="0"/>
          <w:i w:val="0"/>
          <w:smallCaps w:val="0"/>
          <w:strike w:val="0"/>
          <w:u w:val="none"/>
        </w:rPr>
        <w:t xml:space="preserve"> i</w:t>
      </w:r>
      <w:r>
        <w:rPr>
          <w:b w:val="0"/>
          <w:i w:val="0"/>
          <w:smallCaps w:val="0"/>
          <w:strike w:val="0"/>
          <w:u w:val="none"/>
        </w:rPr>
        <w:t xml:space="preserve">s a Nigerian writer and curator, </w:t>
      </w:r>
      <w:r>
        <w:rPr>
          <w:b w:val="0"/>
          <w:i w:val="0"/>
          <w:smallCaps w:val="0"/>
          <w:strike w:val="0"/>
          <w:u w:val="none"/>
        </w:rPr>
        <w:t>cross disciplinary artist, an internationally touring performer, a poet, playwright, screenwriter, graphic artist &amp; designer</w:t>
      </w:r>
      <w:r>
        <w:rPr>
          <w:b w:val="0"/>
          <w:i w:val="0"/>
          <w:smallCaps w:val="0"/>
          <w:strike w:val="0"/>
          <w:u w:val="none"/>
        </w:rPr>
        <w:t xml:space="preserve">, 5/19/17, Interview of Inua </w:t>
      </w:r>
      <w:r>
        <w:rPr>
          <w:b w:val="0"/>
          <w:i w:val="0"/>
          <w:smallCaps w:val="0"/>
          <w:strike w:val="0"/>
          <w:u w:val="none"/>
        </w:rPr>
        <w:t>Ellams</w:t>
      </w:r>
      <w:r>
        <w:rPr>
          <w:b w:val="0"/>
          <w:i w:val="0"/>
          <w:smallCaps w:val="0"/>
          <w:strike w:val="0"/>
          <w:u w:val="none"/>
        </w:rPr>
        <w:t xml:space="preserve"> from District Magazine, “Inua </w:t>
      </w:r>
      <w:r>
        <w:rPr>
          <w:b w:val="0"/>
          <w:i w:val="0"/>
          <w:smallCaps w:val="0"/>
          <w:strike w:val="0"/>
          <w:u w:val="none"/>
        </w:rPr>
        <w:t>Ellams</w:t>
      </w:r>
      <w:r>
        <w:rPr>
          <w:b w:val="0"/>
          <w:i w:val="0"/>
          <w:smallCaps w:val="0"/>
          <w:strike w:val="0"/>
          <w:u w:val="none"/>
        </w:rPr>
        <w:t xml:space="preserve"> on hip hop becoming corrupted by capitalism &amp; disrespect”, </w:t>
      </w:r>
      <w:r>
        <w:rPr>
          <w:b w:val="0"/>
          <w:i w:val="0"/>
          <w:smallCaps w:val="0"/>
          <w:strike w:val="0"/>
          <w:u w:val="none"/>
        </w:rPr>
        <w:t>, accessed 7/17/24]</w:t>
      </w:r>
      <w:r>
        <w:rPr>
          <w:b w:val="0"/>
          <w:i w:val="0"/>
          <w:smallCaps w:val="0"/>
          <w:strike w:val="0"/>
          <w:u w:val="none"/>
        </w:rPr>
        <w:t>staghi</w:t>
      </w:r>
    </w:p>
    <w:p>
      <w:pPr>
        <w:spacing w:after="60"/>
      </w:pPr>
      <w:r>
        <w:rPr>
          <w:b w:val="0"/>
          <w:i w:val="0"/>
          <w:smallCaps w:val="0"/>
          <w:strike w:val="0"/>
          <w:sz w:val="16"/>
          <w:u w:val="none"/>
        </w:rPr>
        <w:t xml:space="preserve">I’d say that power </w:t>
      </w:r>
      <w:r>
        <w:rPr>
          <w:b w:val="0"/>
          <w:i w:val="0"/>
          <w:smallCaps w:val="0"/>
          <w:strike w:val="0"/>
          <w:sz w:val="16"/>
          <w:u w:val="none"/>
        </w:rPr>
        <w:t>corrupts</w:t>
      </w:r>
      <w:r>
        <w:rPr>
          <w:b w:val="0"/>
          <w:i w:val="0"/>
          <w:smallCaps w:val="0"/>
          <w:strike w:val="0"/>
          <w:sz w:val="16"/>
          <w:u w:val="none"/>
        </w:rPr>
        <w:t xml:space="preserve"> and absolute power corrupts absolutely. </w:t>
      </w:r>
      <w:r>
        <w:rPr>
          <w:b/>
          <w:i w:val="0"/>
          <w:smallCaps w:val="0"/>
          <w:strike w:val="0"/>
          <w:sz w:val="22"/>
          <w:u w:val="single"/>
        </w:rPr>
        <w:t xml:space="preserve">With capitalism comes </w:t>
      </w:r>
      <w:r>
        <w:rPr>
          <w:b/>
          <w:i w:val="0"/>
          <w:smallCaps w:val="0"/>
          <w:strike w:val="0"/>
          <w:sz w:val="22"/>
          <w:highlight w:val="cyan"/>
          <w:u w:val="single"/>
        </w:rPr>
        <w:t>power and capitalism has corrupted hip hop</w:t>
      </w:r>
      <w:r>
        <w:rPr>
          <w:b/>
          <w:i w:val="0"/>
          <w:smallCaps w:val="0"/>
          <w:strike w:val="0"/>
          <w:sz w:val="22"/>
          <w:u w:val="single"/>
        </w:rPr>
        <w:t xml:space="preserve">. </w:t>
      </w:r>
      <w:r>
        <w:rPr>
          <w:b w:val="0"/>
          <w:i w:val="0"/>
          <w:smallCaps w:val="0"/>
          <w:strike w:val="0"/>
          <w:sz w:val="16"/>
          <w:u w:val="none"/>
        </w:rPr>
        <w:t xml:space="preserve">That’s my answer to that question. It’s unfortunate to see what it’s become. </w:t>
      </w:r>
      <w:r>
        <w:rPr>
          <w:b/>
          <w:i w:val="0"/>
          <w:smallCaps w:val="0"/>
          <w:strike w:val="0"/>
          <w:sz w:val="22"/>
          <w:u w:val="single"/>
        </w:rPr>
        <w:t xml:space="preserve">It’s been hard to watch how it’s veered from education to </w:t>
      </w:r>
      <w:r>
        <w:rPr>
          <w:b/>
          <w:i w:val="0"/>
          <w:smallCaps w:val="0"/>
          <w:strike w:val="0"/>
          <w:sz w:val="22"/>
          <w:u w:val="single"/>
        </w:rPr>
        <w:t>purely</w:t>
      </w:r>
      <w:r>
        <w:rPr>
          <w:b/>
          <w:i w:val="0"/>
          <w:smallCaps w:val="0"/>
          <w:strike w:val="0"/>
          <w:sz w:val="22"/>
          <w:u w:val="single"/>
        </w:rPr>
        <w:t xml:space="preserve"> entertainment</w:t>
      </w:r>
      <w:r>
        <w:rPr>
          <w:b w:val="0"/>
          <w:i w:val="0"/>
          <w:smallCaps w:val="0"/>
          <w:strike w:val="0"/>
          <w:sz w:val="16"/>
          <w:u w:val="none"/>
        </w:rPr>
        <w:t xml:space="preserve">. I’m sort of like a purist really and I’m just not pleased with the direction that </w:t>
      </w:r>
      <w:r>
        <w:rPr>
          <w:b w:val="0"/>
          <w:i w:val="0"/>
          <w:smallCaps w:val="0"/>
          <w:strike w:val="0"/>
          <w:sz w:val="16"/>
          <w:u w:val="none"/>
        </w:rPr>
        <w:t>his</w:t>
      </w:r>
      <w:r>
        <w:rPr>
          <w:b w:val="0"/>
          <w:i w:val="0"/>
          <w:smallCaps w:val="0"/>
          <w:strike w:val="0"/>
          <w:sz w:val="16"/>
          <w:u w:val="none"/>
        </w:rPr>
        <w:t xml:space="preserve"> gone. I think there’s still an outlier of people trying to bring it back, you know some of the people from New York, like we spoke about earlier Kendrick Lamar, and the J Cole’s of this world. Even I’d argue that Drake has something very few people have. He’s invented a lot with his time signatures and structure and narrative in ways that a lot of the mumble rappers can’t do, and </w:t>
      </w:r>
      <w:r>
        <w:rPr>
          <w:b w:val="0"/>
          <w:i w:val="0"/>
          <w:smallCaps w:val="0"/>
          <w:strike w:val="0"/>
          <w:sz w:val="16"/>
          <w:u w:val="none"/>
        </w:rPr>
        <w:t>really just</w:t>
      </w:r>
      <w:r>
        <w:rPr>
          <w:b w:val="0"/>
          <w:i w:val="0"/>
          <w:smallCaps w:val="0"/>
          <w:strike w:val="0"/>
          <w:sz w:val="16"/>
          <w:u w:val="none"/>
        </w:rPr>
        <w:t xml:space="preserve"> don’t care actually. That’s the most important </w:t>
      </w:r>
      <w:r>
        <w:rPr>
          <w:b w:val="0"/>
          <w:i w:val="0"/>
          <w:smallCaps w:val="0"/>
          <w:strike w:val="0"/>
          <w:sz w:val="16"/>
          <w:u w:val="none"/>
        </w:rPr>
        <w:t>thing</w:t>
      </w:r>
      <w:r>
        <w:rPr>
          <w:b w:val="0"/>
          <w:i w:val="0"/>
          <w:smallCaps w:val="0"/>
          <w:strike w:val="0"/>
          <w:sz w:val="16"/>
          <w:u w:val="none"/>
        </w:rPr>
        <w:t xml:space="preserve"> you </w:t>
      </w:r>
      <w:r>
        <w:rPr>
          <w:b w:val="0"/>
          <w:i w:val="0"/>
          <w:smallCaps w:val="0"/>
          <w:strike w:val="0"/>
          <w:sz w:val="16"/>
          <w:u w:val="none"/>
        </w:rPr>
        <w:t>know?</w:t>
      </w:r>
      <w:r>
        <w:rPr>
          <w:b w:val="0"/>
          <w:i w:val="0"/>
          <w:smallCaps w:val="0"/>
          <w:strike w:val="0"/>
          <w:sz w:val="16"/>
          <w:u w:val="none"/>
        </w:rPr>
        <w:t xml:space="preserve"> </w:t>
      </w:r>
      <w:r>
        <w:rPr>
          <w:b/>
          <w:i w:val="0"/>
          <w:smallCaps w:val="0"/>
          <w:strike w:val="0"/>
          <w:sz w:val="24"/>
          <w:highlight w:val="cyan"/>
          <w:u w:val="single"/>
        </w:rPr>
        <w:t xml:space="preserve">They </w:t>
      </w:r>
      <w:r>
        <w:rPr>
          <w:b/>
          <w:i w:val="0"/>
          <w:smallCaps w:val="0"/>
          <w:strike w:val="0"/>
          <w:sz w:val="24"/>
          <w:u w:val="single"/>
        </w:rPr>
        <w:t xml:space="preserve">seem to </w:t>
      </w:r>
      <w:r>
        <w:rPr>
          <w:b/>
          <w:i w:val="0"/>
          <w:smallCaps w:val="0"/>
          <w:strike w:val="0"/>
          <w:sz w:val="24"/>
          <w:highlight w:val="cyan"/>
          <w:u w:val="single"/>
        </w:rPr>
        <w:t xml:space="preserve">just want to make money </w:t>
      </w:r>
      <w:r>
        <w:rPr>
          <w:b/>
          <w:i w:val="0"/>
          <w:smallCaps w:val="0"/>
          <w:strike w:val="0"/>
          <w:sz w:val="24"/>
          <w:u w:val="single"/>
        </w:rPr>
        <w:t>and think that it just doesn’t matter</w:t>
      </w:r>
      <w:r>
        <w:rPr>
          <w:b/>
          <w:i w:val="0"/>
          <w:smallCaps w:val="0"/>
          <w:strike w:val="0"/>
          <w:sz w:val="22"/>
          <w:u w:val="single"/>
        </w:rPr>
        <w:t xml:space="preserve">. </w:t>
      </w:r>
      <w:r>
        <w:rPr>
          <w:b/>
          <w:i w:val="0"/>
          <w:smallCaps w:val="0"/>
          <w:strike w:val="0"/>
          <w:sz w:val="22"/>
          <w:highlight w:val="cyan"/>
          <w:u w:val="single"/>
        </w:rPr>
        <w:t>They’re disengaged</w:t>
      </w:r>
      <w:r>
        <w:rPr>
          <w:b/>
          <w:i w:val="0"/>
          <w:smallCaps w:val="0"/>
          <w:strike w:val="0"/>
          <w:sz w:val="22"/>
          <w:u w:val="single"/>
        </w:rPr>
        <w:t>.</w:t>
      </w:r>
      <w:r>
        <w:rPr>
          <w:b w:val="0"/>
          <w:i w:val="0"/>
          <w:smallCaps w:val="0"/>
          <w:strike w:val="0"/>
          <w:sz w:val="16"/>
          <w:u w:val="none"/>
        </w:rPr>
        <w:t xml:space="preserve"> To me that speaks to the sort of disenchanted way lots of millennial view the world</w:t>
      </w:r>
      <w:r>
        <w:rPr>
          <w:b/>
          <w:i w:val="0"/>
          <w:smallCaps w:val="0"/>
          <w:strike w:val="0"/>
          <w:sz w:val="22"/>
          <w:u w:val="single"/>
        </w:rPr>
        <w:t>. They don’t think about the real ramifications of their actions, they think nothing really matters and just think the world will sort itself and for me that’s tied in with politics</w:t>
      </w:r>
      <w:r>
        <w:rPr>
          <w:b w:val="0"/>
          <w:i w:val="0"/>
          <w:smallCaps w:val="0"/>
          <w:strike w:val="0"/>
          <w:sz w:val="16"/>
          <w:u w:val="none"/>
        </w:rPr>
        <w:t xml:space="preserve">. Hundreds of thousands of people voted against the war in Iraq and nothing happened. Young people just think there’s no point in anything because when people raise their voices and just nothing happens. </w:t>
      </w:r>
      <w:r>
        <w:rPr>
          <w:b/>
          <w:i w:val="0"/>
          <w:smallCaps w:val="0"/>
          <w:strike w:val="0"/>
          <w:sz w:val="22"/>
          <w:u w:val="single"/>
        </w:rPr>
        <w:t xml:space="preserve">That whole attitude carries right through to artists to the point where we have </w:t>
      </w:r>
      <w:r>
        <w:rPr>
          <w:b/>
          <w:i w:val="0"/>
          <w:smallCaps w:val="0"/>
          <w:strike w:val="0"/>
          <w:sz w:val="22"/>
          <w:highlight w:val="cyan"/>
          <w:u w:val="single"/>
        </w:rPr>
        <w:t xml:space="preserve">art that doesn’t </w:t>
      </w:r>
      <w:r>
        <w:rPr>
          <w:b/>
          <w:i w:val="0"/>
          <w:smallCaps w:val="0"/>
          <w:strike w:val="0"/>
          <w:sz w:val="22"/>
          <w:u w:val="single"/>
        </w:rPr>
        <w:t xml:space="preserve">want to say </w:t>
      </w:r>
      <w:r>
        <w:rPr>
          <w:b/>
          <w:i w:val="0"/>
          <w:smallCaps w:val="0"/>
          <w:strike w:val="0"/>
          <w:sz w:val="22"/>
          <w:highlight w:val="cyan"/>
          <w:u w:val="single"/>
        </w:rPr>
        <w:t>anything</w:t>
      </w:r>
      <w:r>
        <w:rPr>
          <w:b/>
          <w:i w:val="0"/>
          <w:smallCaps w:val="0"/>
          <w:strike w:val="0"/>
          <w:sz w:val="22"/>
          <w:u w:val="single"/>
        </w:rPr>
        <w:t xml:space="preserve">, that’s </w:t>
      </w:r>
      <w:r>
        <w:rPr>
          <w:b/>
          <w:i w:val="0"/>
          <w:smallCaps w:val="0"/>
          <w:strike w:val="0"/>
          <w:sz w:val="22"/>
          <w:highlight w:val="cyan"/>
          <w:u w:val="single"/>
        </w:rPr>
        <w:t>disinterested</w:t>
      </w:r>
      <w:r>
        <w:rPr>
          <w:b/>
          <w:i w:val="0"/>
          <w:smallCaps w:val="0"/>
          <w:strike w:val="0"/>
          <w:sz w:val="22"/>
          <w:u w:val="single"/>
        </w:rPr>
        <w:t xml:space="preserve">, that’s </w:t>
      </w:r>
      <w:r>
        <w:rPr>
          <w:b/>
          <w:i w:val="0"/>
          <w:smallCaps w:val="0"/>
          <w:strike w:val="0"/>
          <w:sz w:val="22"/>
          <w:highlight w:val="cyan"/>
          <w:u w:val="single"/>
        </w:rPr>
        <w:t>disconnected</w:t>
      </w:r>
      <w:r>
        <w:rPr>
          <w:b/>
          <w:i w:val="0"/>
          <w:smallCaps w:val="0"/>
          <w:strike w:val="0"/>
          <w:sz w:val="22"/>
          <w:highlight w:val="cyan"/>
          <w:u w:val="single"/>
        </w:rPr>
        <w:t xml:space="preserve"> </w:t>
      </w:r>
      <w:r>
        <w:rPr>
          <w:b/>
          <w:i w:val="0"/>
          <w:smallCaps w:val="0"/>
          <w:strike w:val="0"/>
          <w:sz w:val="22"/>
          <w:u w:val="single"/>
        </w:rPr>
        <w:t xml:space="preserve">and </w:t>
      </w:r>
      <w:r>
        <w:rPr>
          <w:b/>
          <w:i w:val="0"/>
          <w:smallCaps w:val="0"/>
          <w:strike w:val="0"/>
          <w:sz w:val="22"/>
          <w:highlight w:val="cyan"/>
          <w:u w:val="single"/>
        </w:rPr>
        <w:t xml:space="preserve">you </w:t>
      </w:r>
      <w:r>
        <w:rPr>
          <w:b/>
          <w:i w:val="0"/>
          <w:smallCaps w:val="0"/>
          <w:strike w:val="0"/>
          <w:sz w:val="22"/>
          <w:u w:val="single"/>
        </w:rPr>
        <w:t xml:space="preserve">ultimately </w:t>
      </w:r>
      <w:r>
        <w:rPr>
          <w:b/>
          <w:i w:val="0"/>
          <w:smallCaps w:val="0"/>
          <w:strike w:val="0"/>
          <w:sz w:val="22"/>
          <w:highlight w:val="cyan"/>
          <w:u w:val="single"/>
        </w:rPr>
        <w:t>end up with mumble rap</w:t>
      </w:r>
      <w:r>
        <w:rPr>
          <w:b/>
          <w:i w:val="0"/>
          <w:smallCaps w:val="0"/>
          <w:strike w:val="0"/>
          <w:sz w:val="22"/>
          <w:u w:val="single"/>
        </w:rPr>
        <w:t xml:space="preserve">. You end up with </w:t>
      </w:r>
      <w:r>
        <w:rPr>
          <w:b/>
          <w:i w:val="0"/>
          <w:smallCaps w:val="0"/>
          <w:strike w:val="0"/>
          <w:sz w:val="22"/>
          <w:highlight w:val="cyan"/>
          <w:u w:val="single"/>
        </w:rPr>
        <w:t xml:space="preserve">people </w:t>
      </w:r>
      <w:r>
        <w:rPr>
          <w:b/>
          <w:i w:val="0"/>
          <w:smallCaps w:val="0"/>
          <w:strike w:val="0"/>
          <w:sz w:val="22"/>
          <w:u w:val="single"/>
        </w:rPr>
        <w:t xml:space="preserve">who </w:t>
      </w:r>
      <w:r>
        <w:rPr>
          <w:b/>
          <w:i w:val="0"/>
          <w:smallCaps w:val="0"/>
          <w:strike w:val="0"/>
          <w:sz w:val="22"/>
          <w:highlight w:val="cyan"/>
          <w:u w:val="single"/>
        </w:rPr>
        <w:t xml:space="preserve">are making music with no respect </w:t>
      </w:r>
      <w:r>
        <w:rPr>
          <w:b/>
          <w:i w:val="0"/>
          <w:smallCaps w:val="0"/>
          <w:strike w:val="0"/>
          <w:sz w:val="22"/>
          <w:u w:val="single"/>
        </w:rPr>
        <w:t xml:space="preserve">or awareness of repercussions </w:t>
      </w:r>
      <w:r>
        <w:rPr>
          <w:b/>
          <w:i w:val="0"/>
          <w:smallCaps w:val="0"/>
          <w:strike w:val="0"/>
          <w:sz w:val="22"/>
          <w:highlight w:val="cyan"/>
          <w:u w:val="single"/>
        </w:rPr>
        <w:t>to what they’re doing</w:t>
      </w:r>
      <w:r>
        <w:rPr>
          <w:b/>
          <w:i w:val="0"/>
          <w:smallCaps w:val="0"/>
          <w:strike w:val="0"/>
          <w:sz w:val="22"/>
          <w:u w:val="single"/>
        </w:rPr>
        <w:t>.</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