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Individual and cultural differences undermine the message artists convey through </w:t>
      </w:r>
      <w:r>
        <w:rPr>
          <w:b/>
          <w:i w:val="0"/>
          <w:smallCaps w:val="0"/>
          <w:strike w:val="0"/>
          <w:sz w:val="26"/>
          <w:u w:val="none"/>
        </w:rPr>
        <w:t>hiphop</w:t>
      </w:r>
      <w:r>
        <w:rPr>
          <w:b/>
          <w:i w:val="0"/>
          <w:smallCaps w:val="0"/>
          <w:strike w:val="0"/>
          <w:sz w:val="26"/>
          <w:u w:val="none"/>
        </w:rPr>
        <w:t xml:space="preserve"> as interpretation differs from </w:t>
      </w:r>
      <w:r>
        <w:rPr>
          <w:b/>
          <w:i w:val="0"/>
          <w:smallCaps w:val="0"/>
          <w:strike w:val="0"/>
          <w:sz w:val="26"/>
          <w:u w:val="none"/>
        </w:rPr>
        <w:t>each individual</w:t>
      </w:r>
    </w:p>
    <w:p>
      <w:pPr>
        <w:spacing w:after="80"/>
      </w:pPr>
      <w:r>
        <w:rPr>
          <w:b w:val="0"/>
          <w:i w:val="0"/>
          <w:smallCaps w:val="0"/>
          <w:strike w:val="0"/>
          <w:u w:val="none"/>
        </w:rPr>
        <w:t xml:space="preserve">Rachel K. </w:t>
      </w:r>
      <w:r>
        <w:rPr>
          <w:b/>
          <w:i w:val="0"/>
          <w:smallCaps w:val="0"/>
          <w:strike w:val="0"/>
          <w:sz w:val="26"/>
          <w:u w:val="none"/>
        </w:rPr>
        <w:t>Quick 11</w:t>
      </w:r>
      <w:r>
        <w:rPr>
          <w:b w:val="0"/>
          <w:i w:val="0"/>
          <w:smallCaps w:val="0"/>
          <w:strike w:val="0"/>
          <w:u w:val="none"/>
        </w:rPr>
        <w:t xml:space="preserve">, Quick has a </w:t>
      </w:r>
      <w:r>
        <w:rPr>
          <w:b w:val="0"/>
          <w:i w:val="0"/>
          <w:smallCaps w:val="0"/>
          <w:strike w:val="0"/>
          <w:u w:val="none"/>
        </w:rPr>
        <w:t>masters</w:t>
      </w:r>
      <w:r>
        <w:rPr>
          <w:b w:val="0"/>
          <w:i w:val="0"/>
          <w:smallCaps w:val="0"/>
          <w:strike w:val="0"/>
          <w:u w:val="none"/>
        </w:rPr>
        <w:t xml:space="preserve"> degree from the University of Missouri, “THE CULTURAL COMMODIFICATION OF IDENTITY: HIP-HOP AUTHENTICITY </w:t>
      </w:r>
      <w:r>
        <w:rPr>
          <w:b w:val="0"/>
          <w:i w:val="0"/>
          <w:smallCaps w:val="0"/>
          <w:strike w:val="0"/>
          <w:u w:val="none"/>
        </w:rPr>
        <w:t xml:space="preserve">“ </w:t>
      </w:r>
      <w:r>
        <w:rPr>
          <w:b w:val="0"/>
          <w:i w:val="0"/>
          <w:smallCaps w:val="0"/>
          <w:strike w:val="0"/>
          <w:u w:val="none"/>
        </w:rPr>
        <w:t>Masters</w:t>
      </w:r>
      <w:r>
        <w:rPr>
          <w:b w:val="0"/>
          <w:i w:val="0"/>
          <w:smallCaps w:val="0"/>
          <w:strike w:val="0"/>
          <w:u w:val="none"/>
        </w:rPr>
        <w:t xml:space="preserve"> thesis at University of Missouri, May 2011, https://www.proquest.com/docview/1114898348/fulltextPDF/63BAAAAA62BD477EPQ/1?accountid=14667&amp;sourcetype=Dissertations%20&amp;%20Theses </w:t>
      </w:r>
    </w:p>
    <w:p>
      <w:pPr>
        <w:spacing w:after="60"/>
      </w:pPr>
      <w:r>
        <w:rPr>
          <w:b/>
          <w:i w:val="0"/>
          <w:smallCaps w:val="0"/>
          <w:strike w:val="0"/>
          <w:sz w:val="22"/>
          <w:u w:val="single"/>
        </w:rPr>
        <w:t xml:space="preserve">First, although the dominant </w:t>
      </w:r>
      <w:r>
        <w:rPr>
          <w:b/>
          <w:i w:val="0"/>
          <w:smallCaps w:val="0"/>
          <w:strike w:val="0"/>
          <w:sz w:val="22"/>
          <w:highlight w:val="cyan"/>
          <w:u w:val="single"/>
        </w:rPr>
        <w:t>conceptualization of hip-hop</w:t>
      </w:r>
      <w:r>
        <w:rPr>
          <w:b/>
          <w:i w:val="0"/>
          <w:smallCaps w:val="0"/>
          <w:strike w:val="0"/>
          <w:sz w:val="22"/>
          <w:u w:val="single"/>
        </w:rPr>
        <w:t xml:space="preserve"> authenticity </w:t>
      </w:r>
      <w:r>
        <w:rPr>
          <w:b/>
          <w:i w:val="0"/>
          <w:smallCaps w:val="0"/>
          <w:strike w:val="0"/>
          <w:sz w:val="22"/>
          <w:highlight w:val="cyan"/>
          <w:u w:val="single"/>
        </w:rPr>
        <w:t>does not</w:t>
      </w:r>
      <w:r>
        <w:rPr>
          <w:b/>
          <w:i w:val="0"/>
          <w:smallCaps w:val="0"/>
          <w:strike w:val="0"/>
          <w:sz w:val="22"/>
          <w:u w:val="single"/>
        </w:rPr>
        <w:t xml:space="preserve"> seem to </w:t>
      </w:r>
      <w:r>
        <w:rPr>
          <w:b/>
          <w:i w:val="0"/>
          <w:smallCaps w:val="0"/>
          <w:strike w:val="0"/>
          <w:sz w:val="22"/>
          <w:highlight w:val="cyan"/>
          <w:u w:val="single"/>
        </w:rPr>
        <w:t>recognize non-U.S. cultural members</w:t>
      </w:r>
      <w:r>
        <w:rPr>
          <w:b/>
          <w:i w:val="0"/>
          <w:smallCaps w:val="0"/>
          <w:strike w:val="0"/>
          <w:sz w:val="22"/>
          <w:u w:val="single"/>
        </w:rPr>
        <w:t>, these global hip-hop members are still a real part of the hip-hop community.</w:t>
      </w:r>
      <w:r>
        <w:rPr>
          <w:b w:val="0"/>
          <w:i w:val="0"/>
          <w:smallCaps w:val="0"/>
          <w:strike w:val="0"/>
          <w:u w:val="none"/>
        </w:rPr>
        <w:t xml:space="preserve"> </w:t>
      </w:r>
      <w:r>
        <w:rPr>
          <w:b w:val="0"/>
          <w:i w:val="0"/>
          <w:smallCaps w:val="0"/>
          <w:strike w:val="0"/>
          <w:sz w:val="16"/>
          <w:u w:val="none"/>
        </w:rPr>
        <w:t xml:space="preserve">The concept of “keeping it real” is so prevalent among artists that claim hip hop authenticity, and as O’Hanlon (2006) found, Australian hip-hop artists maintain this American hip-hop cultural norm by also staying true to their own cultural identity, as </w:t>
      </w:r>
      <w:r>
        <w:rPr>
          <w:b w:val="0"/>
          <w:i w:val="0"/>
          <w:smallCaps w:val="0"/>
          <w:strike w:val="0"/>
          <w:sz w:val="16"/>
          <w:u w:val="none"/>
        </w:rPr>
        <w:t>they ”keep</w:t>
      </w:r>
      <w:r>
        <w:rPr>
          <w:b w:val="0"/>
          <w:i w:val="0"/>
          <w:smallCaps w:val="0"/>
          <w:strike w:val="0"/>
          <w:sz w:val="16"/>
          <w:u w:val="none"/>
        </w:rPr>
        <w:t xml:space="preserve"> it real” with their Australian heritage. With the Australian hip-hop artists studied by O’Hanlon, the desire to promote identification with a local audience overrides any allegiance to an American pronunciation, which is typically defined as </w:t>
      </w:r>
      <w:r>
        <w:rPr>
          <w:b w:val="0"/>
          <w:i w:val="0"/>
          <w:smallCaps w:val="0"/>
          <w:strike w:val="0"/>
          <w:sz w:val="16"/>
          <w:u w:val="none"/>
        </w:rPr>
        <w:t>African-American</w:t>
      </w:r>
      <w:r>
        <w:rPr>
          <w:b w:val="0"/>
          <w:i w:val="0"/>
          <w:smallCaps w:val="0"/>
          <w:strike w:val="0"/>
          <w:sz w:val="16"/>
          <w:u w:val="none"/>
        </w:rPr>
        <w:t xml:space="preserve"> English (AAE). </w:t>
      </w:r>
      <w:r>
        <w:rPr>
          <w:b/>
          <w:i w:val="0"/>
          <w:smallCaps w:val="0"/>
          <w:strike w:val="0"/>
          <w:sz w:val="22"/>
          <w:u w:val="single"/>
        </w:rPr>
        <w:t xml:space="preserve">The </w:t>
      </w:r>
      <w:r>
        <w:rPr>
          <w:b/>
          <w:i w:val="0"/>
          <w:smallCaps w:val="0"/>
          <w:strike w:val="0"/>
          <w:sz w:val="22"/>
          <w:highlight w:val="cyan"/>
          <w:u w:val="single"/>
        </w:rPr>
        <w:t>Australian English accent</w:t>
      </w:r>
      <w:r>
        <w:rPr>
          <w:b/>
          <w:i w:val="0"/>
          <w:smallCaps w:val="0"/>
          <w:strike w:val="0"/>
          <w:sz w:val="22"/>
          <w:u w:val="single"/>
        </w:rPr>
        <w:t xml:space="preserve"> is </w:t>
      </w:r>
      <w:r>
        <w:rPr>
          <w:b/>
          <w:i w:val="0"/>
          <w:smallCaps w:val="0"/>
          <w:strike w:val="0"/>
          <w:sz w:val="22"/>
          <w:highlight w:val="cyan"/>
          <w:u w:val="single"/>
        </w:rPr>
        <w:t>performed</w:t>
      </w:r>
      <w:r>
        <w:rPr>
          <w:b/>
          <w:i w:val="0"/>
          <w:smallCaps w:val="0"/>
          <w:strike w:val="0"/>
          <w:sz w:val="22"/>
          <w:u w:val="single"/>
        </w:rPr>
        <w:t xml:space="preserve"> by Australian hip-hop artists to aid identification with their target audience, which mostly consists of the </w:t>
      </w:r>
      <w:r>
        <w:rPr>
          <w:b/>
          <w:i w:val="0"/>
          <w:smallCaps w:val="0"/>
          <w:strike w:val="0"/>
          <w:sz w:val="22"/>
          <w:u w:val="single"/>
        </w:rPr>
        <w:t>working class</w:t>
      </w:r>
      <w:r>
        <w:rPr>
          <w:b/>
          <w:i w:val="0"/>
          <w:smallCaps w:val="0"/>
          <w:strike w:val="0"/>
          <w:sz w:val="22"/>
          <w:u w:val="single"/>
        </w:rPr>
        <w:t xml:space="preserve"> youth of the urban areas of Australia, </w:t>
      </w:r>
      <w:r>
        <w:rPr>
          <w:b/>
          <w:i w:val="0"/>
          <w:smallCaps w:val="0"/>
          <w:strike w:val="0"/>
          <w:sz w:val="22"/>
          <w:highlight w:val="cyan"/>
          <w:u w:val="single"/>
        </w:rPr>
        <w:t>to maintain</w:t>
      </w:r>
      <w:r>
        <w:rPr>
          <w:b/>
          <w:i w:val="0"/>
          <w:smallCaps w:val="0"/>
          <w:strike w:val="0"/>
          <w:sz w:val="22"/>
          <w:u w:val="single"/>
        </w:rPr>
        <w:t xml:space="preserve"> a </w:t>
      </w:r>
      <w:r>
        <w:rPr>
          <w:b/>
          <w:i w:val="0"/>
          <w:smallCaps w:val="0"/>
          <w:strike w:val="0"/>
          <w:sz w:val="22"/>
          <w:highlight w:val="cyan"/>
          <w:u w:val="single"/>
        </w:rPr>
        <w:t>local authenticity</w:t>
      </w:r>
      <w:r>
        <w:rPr>
          <w:b/>
          <w:i w:val="0"/>
          <w:smallCaps w:val="0"/>
          <w:strike w:val="0"/>
          <w:sz w:val="22"/>
          <w:u w:val="single"/>
        </w:rPr>
        <w:t xml:space="preserve"> in Australia, which is also validated with the hip-hop philosophy of authenticity.</w:t>
      </w:r>
      <w:r>
        <w:rPr>
          <w:b w:val="0"/>
          <w:i w:val="0"/>
          <w:smallCaps w:val="0"/>
          <w:strike w:val="0"/>
          <w:u w:val="none"/>
        </w:rPr>
        <w:t xml:space="preserve"> </w:t>
      </w:r>
    </w:p>
    <w:p>
      <w:pPr>
        <w:spacing w:after="60"/>
      </w:pPr>
      <w:r>
        <w:rPr>
          <w:b/>
          <w:i w:val="0"/>
          <w:smallCaps w:val="0"/>
          <w:strike w:val="0"/>
          <w:sz w:val="22"/>
          <w:highlight w:val="cyan"/>
          <w:u w:val="single"/>
        </w:rPr>
        <w:t>Sexuality</w:t>
      </w:r>
      <w:r>
        <w:rPr>
          <w:b/>
          <w:i w:val="0"/>
          <w:smallCaps w:val="0"/>
          <w:strike w:val="0"/>
          <w:sz w:val="22"/>
          <w:u w:val="single"/>
        </w:rPr>
        <w:t xml:space="preserve"> also </w:t>
      </w:r>
      <w:r>
        <w:rPr>
          <w:b/>
          <w:i w:val="0"/>
          <w:smallCaps w:val="0"/>
          <w:strike w:val="0"/>
          <w:sz w:val="22"/>
          <w:highlight w:val="cyan"/>
          <w:u w:val="single"/>
        </w:rPr>
        <w:t>impacts</w:t>
      </w:r>
      <w:r>
        <w:rPr>
          <w:b/>
          <w:i w:val="0"/>
          <w:smallCaps w:val="0"/>
          <w:strike w:val="0"/>
          <w:sz w:val="22"/>
          <w:u w:val="single"/>
        </w:rPr>
        <w:t xml:space="preserve"> how one can be seen as </w:t>
      </w:r>
      <w:r>
        <w:rPr>
          <w:b/>
          <w:i w:val="0"/>
          <w:smallCaps w:val="0"/>
          <w:strike w:val="0"/>
          <w:sz w:val="22"/>
          <w:highlight w:val="cyan"/>
          <w:u w:val="single"/>
        </w:rPr>
        <w:t>authentic in hip-hop</w:t>
      </w:r>
      <w:r>
        <w:rPr>
          <w:b/>
          <w:i w:val="0"/>
          <w:smallCaps w:val="0"/>
          <w:strike w:val="0"/>
          <w:sz w:val="22"/>
          <w:u w:val="single"/>
        </w:rPr>
        <w:t xml:space="preserve"> culture. For example, a </w:t>
      </w:r>
      <w:r>
        <w:rPr>
          <w:b/>
          <w:i w:val="0"/>
          <w:smallCaps w:val="0"/>
          <w:strike w:val="0"/>
          <w:sz w:val="22"/>
          <w:highlight w:val="cyan"/>
          <w:u w:val="single"/>
        </w:rPr>
        <w:t>homosexual artist expressing</w:t>
      </w:r>
      <w:r>
        <w:rPr>
          <w:b/>
          <w:i w:val="0"/>
          <w:smallCaps w:val="0"/>
          <w:strike w:val="0"/>
          <w:sz w:val="22"/>
          <w:u w:val="single"/>
        </w:rPr>
        <w:t xml:space="preserve"> their </w:t>
      </w:r>
      <w:r>
        <w:rPr>
          <w:b/>
          <w:i w:val="0"/>
          <w:smallCaps w:val="0"/>
          <w:strike w:val="0"/>
          <w:sz w:val="22"/>
          <w:highlight w:val="cyan"/>
          <w:u w:val="single"/>
        </w:rPr>
        <w:t>truth about</w:t>
      </w:r>
      <w:r>
        <w:rPr>
          <w:b/>
          <w:i w:val="0"/>
          <w:smallCaps w:val="0"/>
          <w:strike w:val="0"/>
          <w:sz w:val="22"/>
          <w:u w:val="single"/>
        </w:rPr>
        <w:t xml:space="preserve"> being a part of a </w:t>
      </w:r>
      <w:r>
        <w:rPr>
          <w:b/>
          <w:i w:val="0"/>
          <w:smallCaps w:val="0"/>
          <w:strike w:val="0"/>
          <w:sz w:val="22"/>
          <w:highlight w:val="cyan"/>
          <w:u w:val="single"/>
        </w:rPr>
        <w:t>culture that discriminates</w:t>
      </w:r>
      <w:r>
        <w:rPr>
          <w:b/>
          <w:i w:val="0"/>
          <w:smallCaps w:val="0"/>
          <w:strike w:val="0"/>
          <w:sz w:val="22"/>
          <w:u w:val="single"/>
        </w:rPr>
        <w:t xml:space="preserve"> against them would not be seen as authentic to many hip-hop cultural members because they are homosexual, and homosexuality has most often been trivialized and discussed in a negative manner in hip-hop culture. </w:t>
      </w:r>
    </w:p>
    <w:p>
      <w:pPr>
        <w:spacing w:after="60"/>
      </w:pPr>
      <w:r>
        <w:rPr>
          <w:b/>
          <w:i w:val="0"/>
          <w:smallCaps w:val="0"/>
          <w:strike w:val="0"/>
          <w:sz w:val="22"/>
          <w:u w:val="single"/>
        </w:rPr>
        <w:t xml:space="preserve">This is also </w:t>
      </w:r>
      <w:r>
        <w:rPr>
          <w:b/>
          <w:i w:val="0"/>
          <w:smallCaps w:val="0"/>
          <w:strike w:val="0"/>
          <w:sz w:val="22"/>
          <w:highlight w:val="cyan"/>
          <w:u w:val="single"/>
        </w:rPr>
        <w:t>seen with race</w:t>
      </w:r>
      <w:r>
        <w:rPr>
          <w:b/>
          <w:i w:val="0"/>
          <w:smallCaps w:val="0"/>
          <w:strike w:val="0"/>
          <w:sz w:val="22"/>
          <w:u w:val="single"/>
        </w:rPr>
        <w:t xml:space="preserve">; </w:t>
      </w:r>
      <w:r>
        <w:rPr>
          <w:b/>
          <w:i w:val="0"/>
          <w:smallCaps w:val="0"/>
          <w:strike w:val="0"/>
          <w:sz w:val="22"/>
          <w:highlight w:val="cyan"/>
          <w:u w:val="single"/>
        </w:rPr>
        <w:t>arguments</w:t>
      </w:r>
      <w:r>
        <w:rPr>
          <w:b/>
          <w:i w:val="0"/>
          <w:smallCaps w:val="0"/>
          <w:strike w:val="0"/>
          <w:sz w:val="22"/>
          <w:u w:val="single"/>
        </w:rPr>
        <w:t xml:space="preserve"> have been </w:t>
      </w:r>
      <w:r>
        <w:rPr>
          <w:b/>
          <w:i w:val="0"/>
          <w:smallCaps w:val="0"/>
          <w:strike w:val="0"/>
          <w:sz w:val="22"/>
          <w:highlight w:val="cyan"/>
          <w:u w:val="single"/>
        </w:rPr>
        <w:t>made</w:t>
      </w:r>
      <w:r>
        <w:rPr>
          <w:b/>
          <w:i w:val="0"/>
          <w:smallCaps w:val="0"/>
          <w:strike w:val="0"/>
          <w:sz w:val="22"/>
          <w:u w:val="single"/>
        </w:rPr>
        <w:t xml:space="preserve"> in the past that one of the most popular hip-hop artists, </w:t>
      </w:r>
      <w:r>
        <w:rPr>
          <w:b/>
          <w:i w:val="0"/>
          <w:smallCaps w:val="0"/>
          <w:strike w:val="0"/>
          <w:sz w:val="22"/>
          <w:highlight w:val="cyan"/>
          <w:u w:val="single"/>
        </w:rPr>
        <w:t>Eminem</w:t>
      </w:r>
      <w:r>
        <w:rPr>
          <w:b/>
          <w:i w:val="0"/>
          <w:smallCaps w:val="0"/>
          <w:strike w:val="0"/>
          <w:sz w:val="22"/>
          <w:u w:val="single"/>
        </w:rPr>
        <w:t xml:space="preserve">, would </w:t>
      </w:r>
      <w:r>
        <w:rPr>
          <w:b/>
          <w:i w:val="0"/>
          <w:smallCaps w:val="0"/>
          <w:strike w:val="0"/>
          <w:sz w:val="22"/>
          <w:highlight w:val="cyan"/>
          <w:u w:val="single"/>
        </w:rPr>
        <w:t>not</w:t>
      </w:r>
      <w:r>
        <w:rPr>
          <w:b/>
          <w:i w:val="0"/>
          <w:smallCaps w:val="0"/>
          <w:strike w:val="0"/>
          <w:sz w:val="22"/>
          <w:u w:val="single"/>
        </w:rPr>
        <w:t xml:space="preserve"> be seen as in</w:t>
      </w:r>
      <w:r>
        <w:rPr>
          <w:b/>
          <w:i w:val="0"/>
          <w:smallCaps w:val="0"/>
          <w:strike w:val="0"/>
          <w:sz w:val="22"/>
          <w:highlight w:val="cyan"/>
          <w:u w:val="single"/>
        </w:rPr>
        <w:t>authentic</w:t>
      </w:r>
      <w:r>
        <w:rPr>
          <w:b/>
          <w:i w:val="0"/>
          <w:smallCaps w:val="0"/>
          <w:strike w:val="0"/>
          <w:sz w:val="22"/>
          <w:u w:val="single"/>
        </w:rPr>
        <w:t xml:space="preserve"> </w:t>
      </w:r>
      <w:r>
        <w:rPr>
          <w:b/>
          <w:i w:val="0"/>
          <w:smallCaps w:val="0"/>
          <w:strike w:val="0"/>
          <w:sz w:val="22"/>
          <w:highlight w:val="cyan"/>
          <w:u w:val="single"/>
        </w:rPr>
        <w:t>based on</w:t>
      </w:r>
      <w:r>
        <w:rPr>
          <w:b/>
          <w:i w:val="0"/>
          <w:smallCaps w:val="0"/>
          <w:strike w:val="0"/>
          <w:sz w:val="22"/>
          <w:u w:val="single"/>
        </w:rPr>
        <w:t xml:space="preserve"> his </w:t>
      </w:r>
      <w:r>
        <w:rPr>
          <w:b/>
          <w:i w:val="0"/>
          <w:smallCaps w:val="0"/>
          <w:strike w:val="0"/>
          <w:sz w:val="22"/>
          <w:highlight w:val="cyan"/>
          <w:u w:val="single"/>
        </w:rPr>
        <w:t>race</w:t>
      </w:r>
      <w:r>
        <w:rPr>
          <w:b/>
          <w:i w:val="0"/>
          <w:smallCaps w:val="0"/>
          <w:strike w:val="0"/>
          <w:sz w:val="22"/>
          <w:u w:val="single"/>
        </w:rPr>
        <w:t xml:space="preserve"> being classified as White. </w:t>
      </w:r>
      <w:r>
        <w:rPr>
          <w:b w:val="0"/>
          <w:i w:val="0"/>
          <w:smallCaps w:val="0"/>
          <w:strike w:val="0"/>
          <w:sz w:val="16"/>
          <w:u w:val="none"/>
        </w:rPr>
        <w:t xml:space="preserve">Since hip-hop has become so </w:t>
      </w:r>
      <w:r>
        <w:rPr>
          <w:b w:val="0"/>
          <w:i w:val="0"/>
          <w:smallCaps w:val="0"/>
          <w:strike w:val="0"/>
          <w:sz w:val="16"/>
          <w:u w:val="none"/>
        </w:rPr>
        <w:t>appropriated</w:t>
      </w:r>
      <w:r>
        <w:rPr>
          <w:b w:val="0"/>
          <w:i w:val="0"/>
          <w:smallCaps w:val="0"/>
          <w:strike w:val="0"/>
          <w:sz w:val="16"/>
          <w:u w:val="none"/>
        </w:rPr>
        <w:t xml:space="preserve"> within Black culture, Eminem would not be seen as authentic. I argue that race has no bearing on who is or is not an authentic cultural member. Race, heritage, and sexuality do not prevent a hip-hop artist and/or cultural member </w:t>
      </w:r>
      <w:r>
        <w:rPr>
          <w:b w:val="0"/>
          <w:i w:val="0"/>
          <w:smallCaps w:val="0"/>
          <w:strike w:val="0"/>
          <w:sz w:val="16"/>
          <w:u w:val="none"/>
        </w:rPr>
        <w:t>to portray</w:t>
      </w:r>
      <w:r>
        <w:rPr>
          <w:b w:val="0"/>
          <w:i w:val="0"/>
          <w:smallCaps w:val="0"/>
          <w:strike w:val="0"/>
          <w:sz w:val="16"/>
          <w:u w:val="none"/>
        </w:rPr>
        <w:t xml:space="preserve"> an authentic hip-hop identity because that is the nature of who they are. Hip hop cultural members, who use the expression of their personal cultural truth, are what authentic hip-hop is truly about. Thus, they should be seen as some of the most authentic identities within hip-hop culture. So, even </w:t>
      </w:r>
      <w:r>
        <w:rPr>
          <w:b w:val="0"/>
          <w:i w:val="0"/>
          <w:smallCaps w:val="0"/>
          <w:strike w:val="0"/>
          <w:sz w:val="16"/>
          <w:u w:val="none"/>
        </w:rPr>
        <w:t>through</w:t>
      </w:r>
      <w:r>
        <w:rPr>
          <w:b w:val="0"/>
          <w:i w:val="0"/>
          <w:smallCaps w:val="0"/>
          <w:strike w:val="0"/>
          <w:sz w:val="16"/>
          <w:u w:val="none"/>
        </w:rPr>
        <w:t xml:space="preserve"> hip-hop globalization, racial differences, and performances of sexuality, the notion of “keeping it real”, in relation to hip-hop authenticity, can be seen to still maintain a bulk of hip-hop culture, which expresses that “keeping it real” is a foundational hip-hop cultural element that surpasses geographical borders and subcultures. </w:t>
      </w:r>
    </w:p>
    <w:p>
      <w:pPr>
        <w:spacing w:after="60"/>
      </w:pPr>
      <w:r>
        <w:rPr>
          <w:b/>
          <w:i w:val="0"/>
          <w:smallCaps w:val="0"/>
          <w:strike w:val="0"/>
          <w:sz w:val="22"/>
          <w:u w:val="single"/>
        </w:rPr>
        <w:t xml:space="preserve">In light of these phenomena, I define </w:t>
      </w:r>
      <w:r>
        <w:rPr>
          <w:b/>
          <w:i w:val="0"/>
          <w:smallCaps w:val="0"/>
          <w:strike w:val="0"/>
          <w:sz w:val="22"/>
          <w:highlight w:val="cyan"/>
          <w:u w:val="single"/>
        </w:rPr>
        <w:t>hip-hop authenticity</w:t>
      </w:r>
      <w:r>
        <w:rPr>
          <w:b/>
          <w:i w:val="0"/>
          <w:smallCaps w:val="0"/>
          <w:strike w:val="0"/>
          <w:sz w:val="22"/>
          <w:u w:val="single"/>
        </w:rPr>
        <w:t xml:space="preserve"> as a genuine performance of a hip-hop identity, which </w:t>
      </w:r>
      <w:r>
        <w:rPr>
          <w:b/>
          <w:i w:val="0"/>
          <w:smallCaps w:val="0"/>
          <w:strike w:val="0"/>
          <w:sz w:val="22"/>
          <w:highlight w:val="cyan"/>
          <w:u w:val="single"/>
        </w:rPr>
        <w:t xml:space="preserve">is in accordance </w:t>
      </w:r>
      <w:r>
        <w:rPr>
          <w:b/>
          <w:i w:val="0"/>
          <w:smallCaps w:val="0"/>
          <w:strike w:val="0"/>
          <w:sz w:val="22"/>
          <w:highlight w:val="cyan"/>
          <w:u w:val="single"/>
        </w:rPr>
        <w:t>to</w:t>
      </w:r>
      <w:r>
        <w:rPr>
          <w:b/>
          <w:i w:val="0"/>
          <w:smallCaps w:val="0"/>
          <w:strike w:val="0"/>
          <w:sz w:val="22"/>
          <w:u w:val="single"/>
        </w:rPr>
        <w:t xml:space="preserve"> the </w:t>
      </w:r>
      <w:r>
        <w:rPr>
          <w:b/>
          <w:i w:val="0"/>
          <w:smallCaps w:val="0"/>
          <w:strike w:val="0"/>
          <w:sz w:val="22"/>
          <w:highlight w:val="cyan"/>
          <w:u w:val="single"/>
        </w:rPr>
        <w:t>character of</w:t>
      </w:r>
      <w:r>
        <w:rPr>
          <w:b/>
          <w:i w:val="0"/>
          <w:smallCaps w:val="0"/>
          <w:strike w:val="0"/>
          <w:sz w:val="22"/>
          <w:u w:val="single"/>
        </w:rPr>
        <w:t xml:space="preserve"> the individual </w:t>
      </w:r>
      <w:r>
        <w:rPr>
          <w:b/>
          <w:i w:val="0"/>
          <w:smallCaps w:val="0"/>
          <w:strike w:val="0"/>
          <w:sz w:val="22"/>
          <w:highlight w:val="cyan"/>
          <w:u w:val="single"/>
        </w:rPr>
        <w:t>performer</w:t>
      </w:r>
      <w:r>
        <w:rPr>
          <w:b/>
          <w:i w:val="0"/>
          <w:smallCaps w:val="0"/>
          <w:strike w:val="0"/>
          <w:sz w:val="22"/>
          <w:u w:val="single"/>
        </w:rPr>
        <w:t xml:space="preserve">, including </w:t>
      </w:r>
      <w:r>
        <w:rPr>
          <w:b/>
          <w:i w:val="0"/>
          <w:smallCaps w:val="0"/>
          <w:strike w:val="0"/>
          <w:sz w:val="22"/>
          <w:highlight w:val="cyan"/>
          <w:u w:val="single"/>
        </w:rPr>
        <w:t>cultural</w:t>
      </w:r>
      <w:r>
        <w:rPr>
          <w:b/>
          <w:i w:val="0"/>
          <w:smallCaps w:val="0"/>
          <w:strike w:val="0"/>
          <w:sz w:val="22"/>
          <w:u w:val="single"/>
        </w:rPr>
        <w:t xml:space="preserve"> and </w:t>
      </w:r>
      <w:r>
        <w:rPr>
          <w:b/>
          <w:i w:val="0"/>
          <w:smallCaps w:val="0"/>
          <w:strike w:val="0"/>
          <w:sz w:val="22"/>
          <w:highlight w:val="cyan"/>
          <w:u w:val="single"/>
        </w:rPr>
        <w:t>personal nuances</w:t>
      </w:r>
      <w:r>
        <w:rPr>
          <w:b/>
          <w:i w:val="0"/>
          <w:smallCaps w:val="0"/>
          <w:strike w:val="0"/>
          <w:sz w:val="22"/>
          <w:u w:val="single"/>
        </w:rPr>
        <w:t xml:space="preserve"> that are incorporated in the hip-hop artists’ persona.</w:t>
      </w:r>
      <w:r>
        <w:rPr>
          <w:b w:val="0"/>
          <w:i w:val="0"/>
          <w:smallCaps w:val="0"/>
          <w:strike w:val="0"/>
          <w:u w:val="none"/>
        </w:rPr>
        <w:t xml:space="preserve"> </w:t>
      </w:r>
      <w:r>
        <w:rPr>
          <w:b/>
          <w:i w:val="0"/>
          <w:smallCaps w:val="0"/>
          <w:strike w:val="0"/>
          <w:sz w:val="22"/>
          <w:u w:val="single"/>
        </w:rPr>
        <w:t xml:space="preserve">I believe that </w:t>
      </w:r>
      <w:r>
        <w:rPr>
          <w:b/>
          <w:i w:val="0"/>
          <w:smallCaps w:val="0"/>
          <w:strike w:val="0"/>
          <w:sz w:val="22"/>
          <w:highlight w:val="cyan"/>
          <w:u w:val="single"/>
        </w:rPr>
        <w:t>hip-hop authenticity could only be made on</w:t>
      </w:r>
      <w:r>
        <w:rPr>
          <w:b/>
          <w:i w:val="0"/>
          <w:smallCaps w:val="0"/>
          <w:strike w:val="0"/>
          <w:sz w:val="22"/>
          <w:u w:val="single"/>
        </w:rPr>
        <w:t xml:space="preserve"> the </w:t>
      </w:r>
      <w:r>
        <w:rPr>
          <w:b/>
          <w:i w:val="0"/>
          <w:smallCaps w:val="0"/>
          <w:strike w:val="0"/>
          <w:sz w:val="22"/>
          <w:highlight w:val="cyan"/>
          <w:u w:val="single"/>
        </w:rPr>
        <w:t>individual level</w:t>
      </w:r>
      <w:r>
        <w:rPr>
          <w:b/>
          <w:i w:val="0"/>
          <w:smallCaps w:val="0"/>
          <w:strike w:val="0"/>
          <w:sz w:val="22"/>
          <w:u w:val="single"/>
        </w:rPr>
        <w:t xml:space="preserve">, because as stated previously, I believe that </w:t>
      </w:r>
      <w:r>
        <w:rPr>
          <w:b/>
          <w:i w:val="0"/>
          <w:smallCaps w:val="0"/>
          <w:strike w:val="0"/>
          <w:sz w:val="22"/>
          <w:highlight w:val="cyan"/>
          <w:u w:val="single"/>
        </w:rPr>
        <w:t>determining</w:t>
      </w:r>
      <w:r>
        <w:rPr>
          <w:b/>
          <w:i w:val="0"/>
          <w:smallCaps w:val="0"/>
          <w:strike w:val="0"/>
          <w:sz w:val="22"/>
          <w:u w:val="single"/>
        </w:rPr>
        <w:t xml:space="preserve"> one definition of </w:t>
      </w:r>
      <w:r>
        <w:rPr>
          <w:b/>
          <w:i w:val="0"/>
          <w:smallCaps w:val="0"/>
          <w:strike w:val="0"/>
          <w:sz w:val="22"/>
          <w:highlight w:val="cyan"/>
          <w:u w:val="single"/>
        </w:rPr>
        <w:t>authenticity of a culture</w:t>
      </w:r>
      <w:r>
        <w:rPr>
          <w:b/>
          <w:i w:val="0"/>
          <w:smallCaps w:val="0"/>
          <w:strike w:val="0"/>
          <w:sz w:val="22"/>
          <w:u w:val="single"/>
        </w:rPr>
        <w:t xml:space="preserve"> is inherently </w:t>
      </w:r>
      <w:r>
        <w:rPr>
          <w:b/>
          <w:i w:val="0"/>
          <w:smallCaps w:val="0"/>
          <w:strike w:val="0"/>
          <w:sz w:val="22"/>
          <w:highlight w:val="cyan"/>
          <w:u w:val="single"/>
        </w:rPr>
        <w:t xml:space="preserve">problematic for all </w:t>
      </w:r>
      <w:r>
        <w:rPr>
          <w:b/>
          <w:i w:val="0"/>
          <w:smallCaps w:val="0"/>
          <w:strike w:val="0"/>
          <w:sz w:val="22"/>
          <w:u w:val="single"/>
        </w:rPr>
        <w:t xml:space="preserve">individuals affiliated within the culture. When one makes claims of authenticity on the collective cultural level, many identities within the culture can become assimilated or forgotten altogether. Additionally, the communication of a collective </w:t>
      </w:r>
      <w:r>
        <w:rPr>
          <w:b/>
          <w:i w:val="0"/>
          <w:smallCaps w:val="0"/>
          <w:strike w:val="0"/>
          <w:sz w:val="22"/>
          <w:highlight w:val="cyan"/>
          <w:u w:val="single"/>
        </w:rPr>
        <w:t xml:space="preserve">hip-hop </w:t>
      </w:r>
      <w:r>
        <w:rPr>
          <w:b/>
          <w:i w:val="0"/>
          <w:smallCaps w:val="0"/>
          <w:strike w:val="0"/>
          <w:sz w:val="22"/>
          <w:u w:val="single"/>
        </w:rPr>
        <w:t xml:space="preserve">authenticity </w:t>
      </w:r>
      <w:r>
        <w:rPr>
          <w:b/>
          <w:i w:val="0"/>
          <w:smallCaps w:val="0"/>
          <w:strike w:val="0"/>
          <w:sz w:val="22"/>
          <w:highlight w:val="cyan"/>
          <w:u w:val="single"/>
        </w:rPr>
        <w:t>through commercial advertising</w:t>
      </w:r>
      <w:r>
        <w:rPr>
          <w:b/>
          <w:i w:val="0"/>
          <w:smallCaps w:val="0"/>
          <w:strike w:val="0"/>
          <w:sz w:val="22"/>
          <w:u w:val="single"/>
        </w:rPr>
        <w:t xml:space="preserve"> may </w:t>
      </w:r>
      <w:r>
        <w:rPr>
          <w:b/>
          <w:i w:val="0"/>
          <w:smallCaps w:val="0"/>
          <w:strike w:val="0"/>
          <w:sz w:val="22"/>
          <w:highlight w:val="cyan"/>
          <w:u w:val="single"/>
        </w:rPr>
        <w:t>influence</w:t>
      </w:r>
      <w:r>
        <w:rPr>
          <w:b/>
          <w:i w:val="0"/>
          <w:smallCaps w:val="0"/>
          <w:strike w:val="0"/>
          <w:sz w:val="22"/>
          <w:u w:val="single"/>
        </w:rPr>
        <w:t xml:space="preserve"> the individual </w:t>
      </w:r>
      <w:r>
        <w:rPr>
          <w:b/>
          <w:i w:val="0"/>
          <w:smallCaps w:val="0"/>
          <w:strike w:val="0"/>
          <w:sz w:val="22"/>
          <w:highlight w:val="cyan"/>
          <w:u w:val="single"/>
        </w:rPr>
        <w:t>claims</w:t>
      </w:r>
      <w:r>
        <w:rPr>
          <w:b/>
          <w:i w:val="0"/>
          <w:smallCaps w:val="0"/>
          <w:strike w:val="0"/>
          <w:sz w:val="22"/>
          <w:u w:val="single"/>
        </w:rPr>
        <w:t xml:space="preserve"> one has or authenticity.</w:t>
      </w:r>
      <w:r>
        <w:rPr>
          <w:b w:val="0"/>
          <w:i w:val="0"/>
          <w:smallCaps w:val="0"/>
          <w:strike w:val="0"/>
          <w:u w:val="none"/>
        </w:rPr>
        <w:t xml:space="preserve"> </w:t>
      </w:r>
      <w:r>
        <w:rPr>
          <w:b w:val="0"/>
          <w:i w:val="0"/>
          <w:smallCaps w:val="0"/>
          <w:strike w:val="0"/>
          <w:sz w:val="16"/>
          <w:u w:val="none"/>
        </w:rPr>
        <w:t xml:space="preserve">Therefore, this thesis examines how hip-hop is portrayed in advertising messages </w:t>
      </w:r>
      <w:r>
        <w:rPr>
          <w:b w:val="0"/>
          <w:i w:val="0"/>
          <w:smallCaps w:val="0"/>
          <w:strike w:val="0"/>
          <w:sz w:val="16"/>
          <w:u w:val="none"/>
        </w:rPr>
        <w:t>in order to</w:t>
      </w:r>
      <w:r>
        <w:rPr>
          <w:b w:val="0"/>
          <w:i w:val="0"/>
          <w:smallCaps w:val="0"/>
          <w:strike w:val="0"/>
          <w:sz w:val="16"/>
          <w:u w:val="none"/>
        </w:rPr>
        <w:t xml:space="preserve"> better understand what messages of authenticity hip-hop youth may be exposed to and potentially use when constructing their own identities and perceptions of the culture they inhabit. </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