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Rap music depends upon the capitalist framework to succeed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Tsang 20 </w:t>
      </w:r>
      <w:r>
        <w:rPr>
          <w:b w:val="0"/>
          <w:i w:val="0"/>
          <w:smallCaps w:val="0"/>
          <w:strike w:val="0"/>
          <w:u w:val="none"/>
        </w:rPr>
        <w:t xml:space="preserve">[Tate Tsang </w:t>
      </w:r>
      <w:r>
        <w:rPr>
          <w:b w:val="0"/>
          <w:i w:val="0"/>
          <w:smallCaps w:val="0"/>
          <w:strike w:val="0"/>
          <w:u w:val="none"/>
        </w:rPr>
        <w:t xml:space="preserve">is a student at Oxford College receiving a PhD in music studies who published an article with the </w:t>
      </w:r>
      <w:r>
        <w:rPr>
          <w:b w:val="0"/>
          <w:i w:val="0"/>
          <w:smallCaps w:val="0"/>
          <w:strike w:val="0"/>
          <w:u w:val="none"/>
        </w:rPr>
        <w:t>jfa</w:t>
      </w:r>
      <w:r>
        <w:rPr>
          <w:b w:val="0"/>
          <w:i w:val="0"/>
          <w:smallCaps w:val="0"/>
          <w:strike w:val="0"/>
          <w:u w:val="none"/>
        </w:rPr>
        <w:t>; t</w:t>
      </w:r>
      <w:r>
        <w:rPr>
          <w:b w:val="0"/>
          <w:i w:val="0"/>
          <w:smallCaps w:val="0"/>
          <w:strike w:val="0"/>
          <w:u w:val="none"/>
        </w:rPr>
        <w:t xml:space="preserve">he </w:t>
      </w:r>
      <w:r>
        <w:rPr>
          <w:b w:val="0"/>
          <w:i w:val="0"/>
          <w:smallCaps w:val="0"/>
          <w:strike w:val="0"/>
          <w:u w:val="none"/>
        </w:rPr>
        <w:t>jfa</w:t>
      </w:r>
      <w:r>
        <w:rPr>
          <w:b w:val="0"/>
          <w:i w:val="0"/>
          <w:smallCaps w:val="0"/>
          <w:strike w:val="0"/>
          <w:u w:val="none"/>
        </w:rPr>
        <w:t xml:space="preserve"> (justice for all)</w:t>
      </w:r>
      <w:r>
        <w:rPr>
          <w:b w:val="0"/>
          <w:i w:val="0"/>
          <w:smallCaps w:val="0"/>
          <w:strike w:val="0"/>
          <w:u w:val="none"/>
        </w:rPr>
        <w:t xml:space="preserve"> Human Rights Journal is an award-nominated online and print storytelling publication focused on amplifying under-platformed human rights issues through articles, photography, poetry and art</w:t>
      </w:r>
      <w:r>
        <w:rPr>
          <w:b w:val="0"/>
          <w:i w:val="0"/>
          <w:smallCaps w:val="0"/>
          <w:strike w:val="0"/>
          <w:u w:val="none"/>
        </w:rPr>
        <w:t xml:space="preserve">, 7/23/20, “The commodification of hip-hop culture and rap music”, </w:t>
      </w:r>
      <w:r>
        <w:rPr>
          <w:b w:val="0"/>
          <w:i w:val="0"/>
          <w:smallCaps w:val="0"/>
          <w:strike w:val="0"/>
          <w:u w:val="none"/>
        </w:rPr>
        <w:t>, accessed 7/20/24]</w:t>
      </w:r>
      <w:r>
        <w:rPr>
          <w:b w:val="0"/>
          <w:i w:val="0"/>
          <w:smallCaps w:val="0"/>
          <w:strike w:val="0"/>
          <w:u w:val="none"/>
        </w:rPr>
        <w:t>staghi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Within hip-hop culture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rap music </w:t>
      </w:r>
      <w:r>
        <w:rPr>
          <w:b/>
          <w:i w:val="0"/>
          <w:smallCaps w:val="0"/>
          <w:strike w:val="0"/>
          <w:sz w:val="22"/>
          <w:u w:val="single"/>
        </w:rPr>
        <w:t>is the most popular vehicle of freedom of expression for black African Americans to project their voices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artists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such as Kendrick Lamar, Childish Gambino and Jay-Z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dominate popular culture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some of the top rap artists, </w:t>
      </w:r>
      <w:r>
        <w:rPr>
          <w:b w:val="0"/>
          <w:i w:val="0"/>
          <w:smallCaps w:val="0"/>
          <w:strike w:val="0"/>
          <w:sz w:val="16"/>
          <w:u w:val="none"/>
        </w:rPr>
        <w:t>utilising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music to incorporate subliminal messages regarding black oppression as a liberating and politically progressive form of popular culture. However,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issue of rap music </w:t>
      </w:r>
      <w:r>
        <w:rPr>
          <w:b/>
          <w:i w:val="0"/>
          <w:smallCaps w:val="0"/>
          <w:strike w:val="0"/>
          <w:sz w:val="22"/>
          <w:u w:val="single"/>
        </w:rPr>
        <w:t xml:space="preserve">as an oppositional phenomenon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lies within the relationship between rap </w:t>
      </w:r>
      <w:r>
        <w:rPr>
          <w:b/>
          <w:i w:val="0"/>
          <w:smallCaps w:val="0"/>
          <w:strike w:val="0"/>
          <w:sz w:val="22"/>
          <w:u w:val="single"/>
        </w:rPr>
        <w:t xml:space="preserve">artists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 xml:space="preserve">patriarchal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capitalist structures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Hip-hop may be </w:t>
      </w:r>
      <w:r>
        <w:rPr>
          <w:b/>
          <w:i w:val="0"/>
          <w:smallCaps w:val="0"/>
          <w:strike w:val="0"/>
          <w:sz w:val="22"/>
          <w:u w:val="single"/>
        </w:rPr>
        <w:t xml:space="preserve">considered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counteractive </w:t>
      </w:r>
      <w:r>
        <w:rPr>
          <w:b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utilising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rap music to oppose the hegemonic frameworks </w:t>
      </w:r>
      <w:r>
        <w:rPr>
          <w:b/>
          <w:i w:val="0"/>
          <w:smallCaps w:val="0"/>
          <w:strike w:val="0"/>
          <w:sz w:val="22"/>
          <w:u w:val="single"/>
        </w:rPr>
        <w:t xml:space="preserve">of white America,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yet </w:t>
      </w:r>
      <w:r>
        <w:rPr>
          <w:b/>
          <w:i w:val="0"/>
          <w:smallCaps w:val="0"/>
          <w:strike w:val="0"/>
          <w:sz w:val="24"/>
          <w:u w:val="single"/>
        </w:rPr>
        <w:t xml:space="preserve">it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simultaneously dependent on this very framework </w:t>
      </w:r>
      <w:r>
        <w:rPr>
          <w:b/>
          <w:i w:val="0"/>
          <w:smallCaps w:val="0"/>
          <w:strike w:val="0"/>
          <w:sz w:val="24"/>
          <w:u w:val="single"/>
        </w:rPr>
        <w:t xml:space="preserve">that it resists </w:t>
      </w:r>
      <w:r>
        <w:rPr>
          <w:b/>
          <w:i w:val="0"/>
          <w:smallCaps w:val="0"/>
          <w:strike w:val="0"/>
          <w:sz w:val="24"/>
          <w:u w:val="single"/>
        </w:rPr>
        <w:t xml:space="preserve">in order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reach success</w:t>
      </w:r>
      <w:r>
        <w:rPr>
          <w:b/>
          <w:i w:val="0"/>
          <w:smallCaps w:val="0"/>
          <w:strike w:val="0"/>
          <w:sz w:val="24"/>
          <w:u w:val="singl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Rap music has become a primary distributor in capitalist production and consumption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Contemporary discourse on rap recognizes </w:t>
      </w:r>
      <w:r>
        <w:rPr>
          <w:b/>
          <w:i w:val="0"/>
          <w:smallCaps w:val="0"/>
          <w:strike w:val="0"/>
          <w:sz w:val="22"/>
          <w:u w:val="single"/>
        </w:rPr>
        <w:t xml:space="preserve">rap’s dependence on </w:t>
      </w:r>
      <w:r>
        <w:rPr>
          <w:b/>
          <w:i w:val="0"/>
          <w:smallCaps w:val="0"/>
          <w:strike w:val="0"/>
          <w:sz w:val="22"/>
          <w:u w:val="single"/>
        </w:rPr>
        <w:t>dominant</w:t>
      </w:r>
      <w:r>
        <w:rPr>
          <w:b/>
          <w:i w:val="0"/>
          <w:smallCaps w:val="0"/>
          <w:strike w:val="0"/>
          <w:sz w:val="22"/>
          <w:u w:val="single"/>
        </w:rPr>
        <w:t xml:space="preserve"> culture of capitalist production and consumerism.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African Americans constitute the majority of hip-hop culture such as </w:t>
      </w:r>
      <w:r>
        <w:rPr>
          <w:b/>
          <w:i w:val="0"/>
          <w:smallCaps w:val="0"/>
          <w:strike w:val="0"/>
          <w:sz w:val="22"/>
          <w:u w:val="single"/>
        </w:rPr>
        <w:t>rap artists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dancers, producers and </w:t>
      </w:r>
      <w:r>
        <w:rPr>
          <w:b w:val="0"/>
          <w:i w:val="0"/>
          <w:smallCaps w:val="0"/>
          <w:strike w:val="0"/>
          <w:sz w:val="14"/>
          <w:u w:val="none"/>
        </w:rPr>
        <w:t>DJ’s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</w:t>
      </w:r>
      <w:r>
        <w:rPr>
          <w:b/>
          <w:i w:val="0"/>
          <w:smallCaps w:val="0"/>
          <w:strike w:val="0"/>
          <w:sz w:val="22"/>
          <w:u w:val="single"/>
        </w:rPr>
        <w:t>have become dependent on white dominated America as its primary distributor and consumer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This dependency raises several issues: firstly, dominate groups of hegemonic structures have control of hip-hop’s production and distribution. The </w:t>
      </w:r>
      <w:r>
        <w:rPr>
          <w:b/>
          <w:i w:val="0"/>
          <w:smallCaps w:val="0"/>
          <w:strike w:val="0"/>
          <w:sz w:val="22"/>
          <w:u w:val="single"/>
        </w:rPr>
        <w:t>corporate control over hip-hop translates to controlling hip-hop’s image and voice through dictating its production, marketing and distribution.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social hierarchy and </w:t>
      </w:r>
      <w:r>
        <w:rPr>
          <w:b/>
          <w:i w:val="0"/>
          <w:smallCaps w:val="0"/>
          <w:strike w:val="0"/>
          <w:sz w:val="22"/>
          <w:u w:val="single"/>
        </w:rPr>
        <w:t xml:space="preserve">structure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that produced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oppression of black and minorities </w:t>
      </w:r>
      <w:r>
        <w:rPr>
          <w:b/>
          <w:i w:val="0"/>
          <w:smallCaps w:val="0"/>
          <w:strike w:val="0"/>
          <w:sz w:val="22"/>
          <w:u w:val="single"/>
        </w:rPr>
        <w:t xml:space="preserve">(the white supremacist capitalist patriarchy) seem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have control</w:t>
      </w:r>
      <w:r>
        <w:rPr>
          <w:b/>
          <w:i w:val="0"/>
          <w:smallCaps w:val="0"/>
          <w:strike w:val="0"/>
          <w:sz w:val="22"/>
          <w:u w:val="single"/>
        </w:rPr>
        <w:t xml:space="preserve"> over minorities with white dominated mainstream media being its primary market and consumer.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It is the white supremacist institutes that are profiting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off of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rap artists as chief controllers</w:t>
      </w:r>
      <w:r>
        <w:rPr>
          <w:b/>
          <w:i w:val="0"/>
          <w:smallCaps w:val="0"/>
          <w:strike w:val="0"/>
          <w:sz w:val="24"/>
          <w:u w:val="single"/>
        </w:rPr>
        <w:t xml:space="preserve">. </w:t>
      </w:r>
    </w:p>
    <w:p>
      <w:pPr>
        <w:pStyle w:val="Caption"/>
      </w:pPr>
      <w:r>
        <w:t>Source: Sonics Neg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