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Playboy </w:t>
      </w:r>
      <w:r>
        <w:rPr>
          <w:b/>
          <w:i w:val="0"/>
          <w:smallCaps w:val="0"/>
          <w:strike w:val="0"/>
          <w:sz w:val="26"/>
          <w:u w:val="none"/>
        </w:rPr>
        <w:t>Carti</w:t>
      </w:r>
      <w:r>
        <w:rPr>
          <w:b/>
          <w:i w:val="0"/>
          <w:smallCaps w:val="0"/>
          <w:strike w:val="0"/>
          <w:sz w:val="26"/>
          <w:u w:val="none"/>
        </w:rPr>
        <w:t xml:space="preserve"> violently abused his girlfriend using his music creates an unsafe space and is a reason to reject the team – they chose to use </w:t>
      </w:r>
      <w:r>
        <w:rPr>
          <w:b/>
          <w:i w:val="0"/>
          <w:smallCaps w:val="0"/>
          <w:strike w:val="0"/>
          <w:sz w:val="26"/>
          <w:u w:val="none"/>
        </w:rPr>
        <w:t>Carti’s</w:t>
      </w:r>
      <w:r>
        <w:rPr>
          <w:b/>
          <w:i w:val="0"/>
          <w:smallCaps w:val="0"/>
          <w:strike w:val="0"/>
          <w:sz w:val="26"/>
          <w:u w:val="none"/>
        </w:rPr>
        <w:t xml:space="preserve"> music even though other artists still solve their offense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Fox 5 Atlanta 23</w:t>
      </w:r>
      <w:r>
        <w:rPr>
          <w:b w:val="0"/>
          <w:i w:val="0"/>
          <w:smallCaps w:val="0"/>
          <w:strike w:val="0"/>
          <w:u w:val="none"/>
        </w:rPr>
        <w:t>, 2/14/23, Reports on breaking news, sports, weather, politics in Atlanta, “</w:t>
      </w:r>
      <w:r>
        <w:rPr>
          <w:b w:val="0"/>
          <w:i w:val="0"/>
          <w:smallCaps w:val="0"/>
          <w:strike w:val="0"/>
          <w:u w:val="none"/>
        </w:rPr>
        <w:t xml:space="preserve">Rapper </w:t>
      </w:r>
      <w:r>
        <w:rPr>
          <w:b w:val="0"/>
          <w:i w:val="0"/>
          <w:smallCaps w:val="0"/>
          <w:strike w:val="0"/>
          <w:u w:val="none"/>
        </w:rPr>
        <w:t>Playboi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Carti</w:t>
      </w:r>
      <w:r>
        <w:rPr>
          <w:b w:val="0"/>
          <w:i w:val="0"/>
          <w:smallCaps w:val="0"/>
          <w:strike w:val="0"/>
          <w:u w:val="none"/>
        </w:rPr>
        <w:t xml:space="preserve"> arrested in Georgia after allegedly choking pregnant girlfriend, reports say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 w:val="0"/>
          <w:smallCaps w:val="0"/>
          <w:strike w:val="0"/>
          <w:u w:val="none"/>
        </w:rPr>
        <w:t>https://www.fox5atlanta.com/news/playboi-carti-arrest-fulton-county-georgia-choking-pregnant-girlfriend-paternity-test</w:t>
      </w:r>
      <w:r>
        <w:rPr>
          <w:b w:val="0"/>
          <w:i w:val="0"/>
          <w:smallCaps w:val="0"/>
          <w:strike w:val="0"/>
          <w:u w:val="none"/>
        </w:rPr>
        <w:t xml:space="preserve"> //</w:t>
      </w:r>
      <w:r>
        <w:rPr>
          <w:b w:val="0"/>
          <w:i w:val="0"/>
          <w:smallCaps w:val="0"/>
          <w:strike w:val="0"/>
          <w:u w:val="none"/>
        </w:rPr>
        <w:t>abel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FULTON COUNTY, Ga. - Atlanta rapper </w:t>
      </w:r>
      <w:r>
        <w:rPr>
          <w:b/>
          <w:i w:val="0"/>
          <w:smallCaps w:val="0"/>
          <w:strike w:val="0"/>
          <w:sz w:val="22"/>
          <w:u w:val="single"/>
        </w:rPr>
        <w:t>Playboi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Carti</w:t>
      </w:r>
      <w:r>
        <w:rPr>
          <w:b/>
          <w:i w:val="0"/>
          <w:smallCaps w:val="0"/>
          <w:strike w:val="0"/>
          <w:sz w:val="22"/>
          <w:u w:val="single"/>
        </w:rPr>
        <w:t xml:space="preserve"> has reportedly been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arrested</w:t>
      </w:r>
      <w:r>
        <w:rPr>
          <w:b/>
          <w:i w:val="0"/>
          <w:smallCaps w:val="0"/>
          <w:strike w:val="0"/>
          <w:sz w:val="22"/>
          <w:u w:val="single"/>
        </w:rPr>
        <w:t xml:space="preserve"> in Georgia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after</w:t>
      </w:r>
      <w:r>
        <w:rPr>
          <w:b/>
          <w:i w:val="0"/>
          <w:smallCaps w:val="0"/>
          <w:strike w:val="0"/>
          <w:sz w:val="22"/>
          <w:u w:val="single"/>
        </w:rPr>
        <w:t xml:space="preserve"> allegedly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choking his pregnant girlfriend</w:t>
      </w:r>
      <w:r>
        <w:rPr>
          <w:b/>
          <w:i w:val="0"/>
          <w:smallCaps w:val="0"/>
          <w:strike w:val="0"/>
          <w:sz w:val="22"/>
          <w:u w:val="single"/>
        </w:rPr>
        <w:t xml:space="preserve"> during an argument about a paternity test.</w:t>
      </w:r>
      <w:r>
        <w:rPr>
          <w:b w:val="0"/>
          <w:i w:val="0"/>
          <w:smallCaps w:val="0"/>
          <w:strike w:val="0"/>
          <w:u w:val="none"/>
        </w:rPr>
        <w:t xml:space="preserve"> TMZ reports that the arrest affidavit showed the victim told Fulton County police that </w:t>
      </w:r>
      <w:r>
        <w:rPr>
          <w:b/>
          <w:i w:val="0"/>
          <w:smallCaps w:val="0"/>
          <w:strike w:val="0"/>
          <w:sz w:val="22"/>
          <w:u w:val="single"/>
        </w:rPr>
        <w:t>Carti</w:t>
      </w:r>
      <w:r>
        <w:rPr>
          <w:b/>
          <w:i w:val="0"/>
          <w:smallCaps w:val="0"/>
          <w:strike w:val="0"/>
          <w:sz w:val="22"/>
          <w:u w:val="single"/>
        </w:rPr>
        <w:t xml:space="preserve">, whose real name is Jordan Carter,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grabbed her throat and held her until she could barely breathe</w:t>
      </w:r>
      <w:r>
        <w:rPr>
          <w:b w:val="0"/>
          <w:i w:val="0"/>
          <w:smallCaps w:val="0"/>
          <w:strike w:val="0"/>
          <w:u w:val="none"/>
        </w:rPr>
        <w:t xml:space="preserve"> on Dec. 20. The </w:t>
      </w:r>
      <w:r>
        <w:rPr>
          <w:b/>
          <w:i w:val="0"/>
          <w:smallCaps w:val="0"/>
          <w:strike w:val="0"/>
          <w:sz w:val="22"/>
          <w:u w:val="single"/>
        </w:rPr>
        <w:t>woman reportedly told police that she was 14 weeks pregnant at the time and thought she was going to die</w:t>
      </w:r>
      <w:r>
        <w:rPr>
          <w:b w:val="0"/>
          <w:i w:val="0"/>
          <w:smallCaps w:val="0"/>
          <w:strike w:val="0"/>
          <w:u w:val="none"/>
        </w:rPr>
        <w:t xml:space="preserve">. According to TMZ's report, the woman claimed the incident began when she tried to talk to Carter about the baby, which led to an argument over a paternity test that escalated into the alleged physical attack. </w:t>
      </w:r>
      <w:r>
        <w:rPr>
          <w:b/>
          <w:i w:val="0"/>
          <w:smallCaps w:val="0"/>
          <w:strike w:val="0"/>
          <w:sz w:val="22"/>
          <w:u w:val="single"/>
        </w:rPr>
        <w:t xml:space="preserve">The woman says she was able to get away thanks to a witness, but she says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 tried to pull her out of a car and stop her from using the vehicle's SOS feature</w:t>
      </w:r>
      <w:r>
        <w:rPr>
          <w:b/>
          <w:i w:val="0"/>
          <w:smallCaps w:val="0"/>
          <w:strike w:val="0"/>
          <w:sz w:val="22"/>
          <w:u w:val="single"/>
        </w:rPr>
        <w:t xml:space="preserve"> to report the attack police.</w:t>
      </w:r>
      <w:r>
        <w:rPr>
          <w:b w:val="0"/>
          <w:i w:val="0"/>
          <w:smallCaps w:val="0"/>
          <w:strike w:val="0"/>
          <w:u w:val="none"/>
        </w:rPr>
        <w:t xml:space="preserve"> TMZ says police wrote in the incident report that the </w:t>
      </w:r>
      <w:r>
        <w:rPr>
          <w:b/>
          <w:i w:val="0"/>
          <w:smallCaps w:val="0"/>
          <w:strike w:val="0"/>
          <w:sz w:val="24"/>
          <w:u w:val="single"/>
        </w:rPr>
        <w:t>woman had visible injuries to her neck, chest, and back.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