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 can endorse the entire </w:t>
      </w:r>
      <w:r>
        <w:rPr>
          <w:b/>
          <w:i w:val="0"/>
          <w:smallCaps w:val="0"/>
          <w:strike w:val="0"/>
          <w:sz w:val="26"/>
          <w:u w:val="none"/>
        </w:rPr>
        <w:t>aff</w:t>
      </w:r>
      <w:r>
        <w:rPr>
          <w:b/>
          <w:i w:val="0"/>
          <w:smallCaps w:val="0"/>
          <w:strike w:val="0"/>
          <w:sz w:val="26"/>
          <w:u w:val="none"/>
        </w:rPr>
        <w:t xml:space="preserve"> sans that term—r</w:t>
      </w:r>
      <w:r>
        <w:rPr>
          <w:b/>
          <w:i w:val="0"/>
          <w:smallCaps w:val="0"/>
          <w:strike w:val="0"/>
          <w:sz w:val="26"/>
          <w:u w:val="none"/>
        </w:rPr>
        <w:t>efined engagements within movements are key to successful practice</w:t>
      </w:r>
    </w:p>
    <w:p>
      <w:pPr>
        <w:spacing w:after="80"/>
      </w:pPr>
      <w:r>
        <w:rPr>
          <w:b/>
          <w:i w:val="0"/>
          <w:smallCaps w:val="0"/>
          <w:strike w:val="0"/>
          <w:sz w:val="26"/>
          <w:u w:val="none"/>
        </w:rPr>
        <w:t xml:space="preserve">Williams 15 </w:t>
      </w:r>
      <w:r>
        <w:rPr>
          <w:b w:val="0"/>
          <w:i w:val="0"/>
          <w:smallCaps w:val="0"/>
          <w:strike w:val="0"/>
          <w:u w:val="none"/>
        </w:rPr>
        <w:t xml:space="preserve">[Douglas Williams </w:t>
      </w:r>
      <w:r>
        <w:rPr>
          <w:b w:val="0"/>
          <w:i w:val="0"/>
          <w:smallCaps w:val="0"/>
          <w:strike w:val="0"/>
          <w:u w:val="none"/>
        </w:rPr>
        <w:t>earned his B.A. in Political Science at the University of Minnesota at Morris</w:t>
      </w:r>
      <w:r>
        <w:rPr>
          <w:b w:val="0"/>
          <w:i w:val="0"/>
          <w:smallCaps w:val="0"/>
          <w:strike w:val="0"/>
          <w:u w:val="none"/>
        </w:rPr>
        <w:t xml:space="preserve">, </w:t>
      </w:r>
      <w:r>
        <w:rPr>
          <w:b w:val="0"/>
          <w:i w:val="0"/>
          <w:smallCaps w:val="0"/>
          <w:strike w:val="0"/>
          <w:u w:val="none"/>
        </w:rPr>
        <w:t>MPA at the University of Missouri Columbia, Thurgood Marshall Fellow, Stanley Botner Fellow</w:t>
      </w:r>
      <w:r>
        <w:rPr>
          <w:b w:val="0"/>
          <w:i w:val="0"/>
          <w:smallCaps w:val="0"/>
          <w:strike w:val="0"/>
          <w:u w:val="none"/>
        </w:rPr>
        <w:t xml:space="preserve"> is a </w:t>
      </w:r>
      <w:r>
        <w:rPr>
          <w:b w:val="0"/>
          <w:i w:val="0"/>
          <w:smallCaps w:val="0"/>
          <w:strike w:val="0"/>
          <w:u w:val="none"/>
        </w:rPr>
        <w:t>doctoral student in Political Science at Wayne State University</w:t>
      </w:r>
      <w:r>
        <w:rPr>
          <w:b w:val="0"/>
          <w:i w:val="0"/>
          <w:smallCaps w:val="0"/>
          <w:strike w:val="0"/>
          <w:u w:val="none"/>
        </w:rPr>
        <w:t xml:space="preserve">, 3/10/15, “The Dead End of Identity Politics”, </w:t>
      </w:r>
      <w:r>
        <w:rPr>
          <w:b w:val="0"/>
          <w:i w:val="0"/>
          <w:smallCaps w:val="0"/>
          <w:strike w:val="0"/>
          <w:u w:val="none"/>
        </w:rPr>
        <w:t xml:space="preserve">, quoting </w:t>
      </w:r>
      <w:r>
        <w:rPr>
          <w:b w:val="0"/>
          <w:i w:val="0"/>
          <w:smallCaps w:val="0"/>
          <w:strike w:val="0"/>
          <w:u w:val="none"/>
        </w:rPr>
        <w:t>Freddie DeBoer, Lecturer, Purdue University</w:t>
      </w:r>
      <w:r>
        <w:rPr>
          <w:b w:val="0"/>
          <w:i w:val="0"/>
          <w:smallCaps w:val="0"/>
          <w:strike w:val="0"/>
          <w:u w:val="none"/>
        </w:rPr>
        <w:t xml:space="preserve">, </w:t>
      </w:r>
      <w:r>
        <w:rPr>
          <w:b w:val="0"/>
          <w:i w:val="0"/>
          <w:smallCaps w:val="0"/>
          <w:strike w:val="0"/>
          <w:u w:val="none"/>
        </w:rPr>
        <w:t>PhD in Rhetoric and Composition from Purdue and an MA in English, concentration in Writing and Rhetoric from The University of Rhode Island</w:t>
      </w:r>
      <w:r>
        <w:rPr>
          <w:b w:val="0"/>
          <w:i w:val="0"/>
          <w:smallCaps w:val="0"/>
          <w:strike w:val="0"/>
          <w:u w:val="none"/>
        </w:rPr>
        <w:t>, accessed 7/27/24]</w:t>
      </w:r>
      <w:r>
        <w:rPr>
          <w:b w:val="0"/>
          <w:i w:val="0"/>
          <w:smallCaps w:val="0"/>
          <w:strike w:val="0"/>
          <w:u w:val="none"/>
        </w:rPr>
        <w:t>staghi</w:t>
      </w:r>
    </w:p>
    <w:p>
      <w:pPr>
        <w:spacing w:after="60"/>
      </w:pPr>
      <w:r>
        <w:rPr>
          <w:b w:val="0"/>
          <w:i w:val="0"/>
          <w:smallCaps w:val="0"/>
          <w:strike w:val="0"/>
          <w:sz w:val="16"/>
          <w:u w:val="none"/>
        </w:rPr>
        <w:t>Freddie DeBoer makes a great point in his piece on what he calls “</w:t>
      </w:r>
      <w:r>
        <w:rPr>
          <w:b w:val="0"/>
          <w:i w:val="0"/>
          <w:smallCaps w:val="0"/>
          <w:strike w:val="0"/>
          <w:sz w:val="16"/>
          <w:u w:val="none"/>
        </w:rPr>
        <w:t>“: “</w:t>
      </w:r>
      <w:r>
        <w:rPr>
          <w:b/>
          <w:i w:val="0"/>
          <w:smallCaps w:val="0"/>
          <w:strike w:val="0"/>
          <w:sz w:val="22"/>
          <w:u w:val="single"/>
        </w:rPr>
        <w:t xml:space="preserve">This all largely descends from a related condition: </w:t>
      </w:r>
      <w:r>
        <w:rPr>
          <w:b/>
          <w:i w:val="0"/>
          <w:smallCaps w:val="0"/>
          <w:strike w:val="0"/>
          <w:sz w:val="24"/>
          <w:highlight w:val="cyan"/>
          <w:u w:val="single"/>
        </w:rPr>
        <w:t>many</w:t>
      </w:r>
      <w:r>
        <w:rPr>
          <w:b/>
          <w:i w:val="0"/>
          <w:smallCaps w:val="0"/>
          <w:strike w:val="0"/>
          <w:sz w:val="22"/>
          <w:highlight w:val="cyan"/>
          <w:u w:val="single"/>
        </w:rPr>
        <w:t xml:space="preserve"> </w:t>
      </w:r>
      <w:r>
        <w:rPr>
          <w:b/>
          <w:i w:val="0"/>
          <w:smallCaps w:val="0"/>
          <w:strike w:val="0"/>
          <w:sz w:val="22"/>
          <w:u w:val="single"/>
        </w:rPr>
        <w:t xml:space="preserve">in the broad online left </w:t>
      </w:r>
      <w:r>
        <w:rPr>
          <w:b/>
          <w:i w:val="0"/>
          <w:smallCaps w:val="0"/>
          <w:strike w:val="0"/>
          <w:sz w:val="24"/>
          <w:highlight w:val="cyan"/>
          <w:u w:val="single"/>
        </w:rPr>
        <w:t>have</w:t>
      </w:r>
      <w:r>
        <w:rPr>
          <w:b/>
          <w:i w:val="0"/>
          <w:smallCaps w:val="0"/>
          <w:strike w:val="0"/>
          <w:sz w:val="22"/>
          <w:highlight w:val="cyan"/>
          <w:u w:val="single"/>
        </w:rPr>
        <w:t xml:space="preserve"> </w:t>
      </w:r>
      <w:r>
        <w:rPr>
          <w:b/>
          <w:i w:val="0"/>
          <w:smallCaps w:val="0"/>
          <w:strike w:val="0"/>
          <w:sz w:val="24"/>
          <w:highlight w:val="cyan"/>
          <w:u w:val="single"/>
        </w:rPr>
        <w:t xml:space="preserve">adopted a norm where being an ally means </w:t>
      </w:r>
      <w:r>
        <w:rPr>
          <w:b/>
          <w:i w:val="0"/>
          <w:smallCaps w:val="0"/>
          <w:strike w:val="0"/>
          <w:sz w:val="24"/>
          <w:u w:val="single"/>
        </w:rPr>
        <w:t xml:space="preserve">that </w:t>
      </w:r>
      <w:r>
        <w:rPr>
          <w:b/>
          <w:i w:val="0"/>
          <w:smallCaps w:val="0"/>
          <w:strike w:val="0"/>
          <w:sz w:val="24"/>
          <w:highlight w:val="cyan"/>
          <w:u w:val="single"/>
        </w:rPr>
        <w:t>you never critique</w:t>
      </w:r>
      <w:r>
        <w:rPr>
          <w:b/>
          <w:i w:val="0"/>
          <w:smallCaps w:val="0"/>
          <w:strike w:val="0"/>
          <w:sz w:val="22"/>
          <w:highlight w:val="cyan"/>
          <w:u w:val="single"/>
        </w:rPr>
        <w:t xml:space="preserve"> </w:t>
      </w:r>
      <w:r>
        <w:rPr>
          <w:b/>
          <w:i w:val="0"/>
          <w:smallCaps w:val="0"/>
          <w:strike w:val="0"/>
          <w:sz w:val="24"/>
          <w:highlight w:val="cyan"/>
          <w:u w:val="single"/>
        </w:rPr>
        <w:t xml:space="preserve">people who are </w:t>
      </w:r>
      <w:r>
        <w:rPr>
          <w:b/>
          <w:i w:val="0"/>
          <w:smallCaps w:val="0"/>
          <w:strike w:val="0"/>
          <w:sz w:val="24"/>
          <w:u w:val="single"/>
        </w:rPr>
        <w:t xml:space="preserve">presumed to be </w:t>
      </w:r>
      <w:r>
        <w:rPr>
          <w:b/>
          <w:i w:val="0"/>
          <w:smallCaps w:val="0"/>
          <w:strike w:val="0"/>
          <w:sz w:val="24"/>
          <w:highlight w:val="cyan"/>
          <w:u w:val="single"/>
        </w:rPr>
        <w:t>speaking from your side</w:t>
      </w:r>
      <w:r>
        <w:rPr>
          <w:b/>
          <w:i w:val="0"/>
          <w:smallCaps w:val="0"/>
          <w:strike w:val="0"/>
          <w:sz w:val="22"/>
          <w:u w:val="single"/>
        </w:rPr>
        <w:t xml:space="preserve">, and </w:t>
      </w:r>
      <w:r>
        <w:rPr>
          <w:b/>
          <w:i w:val="0"/>
          <w:smallCaps w:val="0"/>
          <w:strike w:val="0"/>
          <w:sz w:val="22"/>
          <w:highlight w:val="cyan"/>
          <w:u w:val="single"/>
        </w:rPr>
        <w:t xml:space="preserve">especially if they are </w:t>
      </w:r>
      <w:r>
        <w:rPr>
          <w:b/>
          <w:i w:val="0"/>
          <w:smallCaps w:val="0"/>
          <w:strike w:val="0"/>
          <w:sz w:val="22"/>
          <w:u w:val="single"/>
        </w:rPr>
        <w:t xml:space="preserve">seen </w:t>
      </w:r>
      <w:r>
        <w:rPr>
          <w:b/>
          <w:i w:val="0"/>
          <w:smallCaps w:val="0"/>
          <w:strike w:val="0"/>
          <w:sz w:val="22"/>
          <w:highlight w:val="cyan"/>
          <w:u w:val="single"/>
        </w:rPr>
        <w:t>as</w:t>
      </w:r>
      <w:r>
        <w:rPr>
          <w:b/>
          <w:i w:val="0"/>
          <w:smallCaps w:val="0"/>
          <w:strike w:val="0"/>
          <w:sz w:val="22"/>
          <w:u w:val="single"/>
        </w:rPr>
        <w:t xml:space="preserve"> </w:t>
      </w:r>
      <w:r>
        <w:rPr>
          <w:b/>
          <w:i w:val="0"/>
          <w:smallCaps w:val="0"/>
          <w:strike w:val="0"/>
          <w:sz w:val="22"/>
          <w:highlight w:val="cyan"/>
          <w:u w:val="single"/>
        </w:rPr>
        <w:t>speaking from a position of greater oppression</w:t>
      </w:r>
      <w:r>
        <w:rPr>
          <w:b w:val="0"/>
          <w:i w:val="0"/>
          <w:smallCaps w:val="0"/>
          <w:strike w:val="0"/>
          <w:sz w:val="16"/>
          <w:u w:val="none"/>
        </w:rPr>
        <w:t xml:space="preserve">. I understand the need for solidarity, I understand the problem of undermining and derailing, and I recognize why people feel strongly that those who have traditionally been silenced should be given a position of privilege in our conversations. But </w:t>
      </w:r>
      <w:r>
        <w:rPr>
          <w:b/>
          <w:i w:val="0"/>
          <w:smallCaps w:val="0"/>
          <w:strike w:val="0"/>
          <w:sz w:val="24"/>
          <w:u w:val="single"/>
        </w:rPr>
        <w:t>critique drift demonstrates why</w:t>
      </w:r>
      <w:r>
        <w:rPr>
          <w:b/>
          <w:i w:val="0"/>
          <w:smallCaps w:val="0"/>
          <w:strike w:val="0"/>
          <w:sz w:val="24"/>
          <w:highlight w:val="cyan"/>
          <w:u w:val="single"/>
        </w:rPr>
        <w:t xml:space="preserve"> a</w:t>
      </w:r>
      <w:r>
        <w:rPr>
          <w:b/>
          <w:i w:val="0"/>
          <w:smallCaps w:val="0"/>
          <w:strike w:val="0"/>
          <w:sz w:val="24"/>
          <w:u w:val="single"/>
        </w:rPr>
        <w:t xml:space="preserve"> </w:t>
      </w:r>
      <w:r>
        <w:rPr>
          <w:b/>
          <w:i w:val="0"/>
          <w:smallCaps w:val="0"/>
          <w:strike w:val="0"/>
          <w:sz w:val="24"/>
          <w:highlight w:val="cyan"/>
          <w:u w:val="single"/>
        </w:rPr>
        <w:t>healthy</w:t>
      </w:r>
      <w:r>
        <w:rPr>
          <w:b/>
          <w:i w:val="0"/>
          <w:smallCaps w:val="0"/>
          <w:strike w:val="0"/>
          <w:sz w:val="24"/>
          <w:u w:val="single"/>
        </w:rPr>
        <w:t>,</w:t>
      </w:r>
      <w:r>
        <w:rPr>
          <w:b/>
          <w:i w:val="0"/>
          <w:smallCaps w:val="0"/>
          <w:strike w:val="0"/>
          <w:sz w:val="22"/>
          <w:u w:val="single"/>
        </w:rPr>
        <w:t xml:space="preserve"> </w:t>
      </w:r>
      <w:r>
        <w:rPr>
          <w:b/>
          <w:i w:val="0"/>
          <w:smallCaps w:val="0"/>
          <w:strike w:val="0"/>
          <w:sz w:val="24"/>
          <w:u w:val="single"/>
        </w:rPr>
        <w:t xml:space="preserve">functioning political </w:t>
      </w:r>
      <w:r>
        <w:rPr>
          <w:b/>
          <w:i w:val="0"/>
          <w:smallCaps w:val="0"/>
          <w:strike w:val="0"/>
          <w:sz w:val="24"/>
          <w:highlight w:val="cyan"/>
          <w:u w:val="single"/>
        </w:rPr>
        <w:t>movement can’t forbid tactical criticism of those with whom you largely</w:t>
      </w:r>
      <w:r>
        <w:rPr>
          <w:b/>
          <w:i w:val="0"/>
          <w:smallCaps w:val="0"/>
          <w:strike w:val="0"/>
          <w:sz w:val="22"/>
          <w:highlight w:val="cyan"/>
          <w:u w:val="single"/>
        </w:rPr>
        <w:t xml:space="preserve"> </w:t>
      </w:r>
      <w:r>
        <w:rPr>
          <w:b/>
          <w:i w:val="0"/>
          <w:smallCaps w:val="0"/>
          <w:strike w:val="0"/>
          <w:sz w:val="24"/>
          <w:highlight w:val="cyan"/>
          <w:u w:val="single"/>
        </w:rPr>
        <w:t>agree</w:t>
      </w:r>
      <w:r>
        <w:rPr>
          <w:b/>
          <w:i w:val="0"/>
          <w:smallCaps w:val="0"/>
          <w:strike w:val="0"/>
          <w:sz w:val="22"/>
          <w:u w:val="single"/>
        </w:rPr>
        <w:t>.</w:t>
      </w:r>
      <w:r>
        <w:rPr>
          <w:b w:val="0"/>
          <w:i w:val="0"/>
          <w:smallCaps w:val="0"/>
          <w:strike w:val="0"/>
          <w:sz w:val="16"/>
          <w:u w:val="none"/>
        </w:rPr>
        <w:t xml:space="preserve"> Because </w:t>
      </w:r>
      <w:r>
        <w:rPr>
          <w:b/>
          <w:i w:val="0"/>
          <w:smallCaps w:val="0"/>
          <w:strike w:val="0"/>
          <w:sz w:val="22"/>
          <w:highlight w:val="cyan"/>
          <w:u w:val="single"/>
        </w:rPr>
        <w:t>critical vocab</w:t>
      </w:r>
      <w:r>
        <w:rPr>
          <w:b/>
          <w:i w:val="0"/>
          <w:smallCaps w:val="0"/>
          <w:strike w:val="0"/>
          <w:sz w:val="22"/>
          <w:u w:val="single"/>
        </w:rPr>
        <w:t xml:space="preserve">ulary </w:t>
      </w:r>
      <w:r>
        <w:rPr>
          <w:b/>
          <w:i w:val="0"/>
          <w:smallCaps w:val="0"/>
          <w:strike w:val="0"/>
          <w:sz w:val="22"/>
          <w:highlight w:val="cyan"/>
          <w:u w:val="single"/>
        </w:rPr>
        <w:t xml:space="preserve">and political arguments </w:t>
      </w:r>
      <w:r>
        <w:rPr>
          <w:b/>
          <w:i w:val="0"/>
          <w:smallCaps w:val="0"/>
          <w:strike w:val="0"/>
          <w:sz w:val="22"/>
          <w:u w:val="single"/>
        </w:rPr>
        <w:t xml:space="preserve">are common intellectual property which </w:t>
      </w:r>
      <w:r>
        <w:rPr>
          <w:b/>
          <w:i w:val="0"/>
          <w:smallCaps w:val="0"/>
          <w:strike w:val="0"/>
          <w:sz w:val="22"/>
          <w:highlight w:val="cyan"/>
          <w:u w:val="single"/>
        </w:rPr>
        <w:t>gain or lose power based on</w:t>
      </w:r>
      <w:r>
        <w:rPr>
          <w:b/>
          <w:i w:val="0"/>
          <w:smallCaps w:val="0"/>
          <w:strike w:val="0"/>
          <w:sz w:val="22"/>
          <w:u w:val="single"/>
        </w:rPr>
        <w:t xml:space="preserve"> their </w:t>
      </w:r>
      <w:r>
        <w:rPr>
          <w:b/>
          <w:i w:val="0"/>
          <w:smallCaps w:val="0"/>
          <w:strike w:val="0"/>
          <w:sz w:val="22"/>
          <w:highlight w:val="cyan"/>
          <w:u w:val="single"/>
        </w:rPr>
        <w:t>communal use</w:t>
      </w:r>
      <w:r>
        <w:rPr>
          <w:b/>
          <w:i w:val="0"/>
          <w:smallCaps w:val="0"/>
          <w:strike w:val="0"/>
          <w:sz w:val="22"/>
          <w:u w:val="single"/>
        </w:rPr>
        <w:t xml:space="preserve">, </w:t>
      </w:r>
      <w:r>
        <w:rPr>
          <w:b/>
          <w:i w:val="0"/>
          <w:smallCaps w:val="0"/>
          <w:strike w:val="0"/>
          <w:sz w:val="22"/>
          <w:highlight w:val="cyan"/>
          <w:u w:val="single"/>
        </w:rPr>
        <w:t xml:space="preserve">never criticizing those who misuse them </w:t>
      </w:r>
      <w:r>
        <w:rPr>
          <w:b/>
          <w:i w:val="0"/>
          <w:smallCaps w:val="0"/>
          <w:strike w:val="0"/>
          <w:sz w:val="22"/>
          <w:u w:val="single"/>
        </w:rPr>
        <w:t xml:space="preserve">ultimately </w:t>
      </w:r>
      <w:r>
        <w:rPr>
          <w:b/>
          <w:i w:val="0"/>
          <w:smallCaps w:val="0"/>
          <w:strike w:val="0"/>
          <w:sz w:val="22"/>
          <w:highlight w:val="cyan"/>
          <w:u w:val="single"/>
        </w:rPr>
        <w:t>disarms the left</w:t>
      </w:r>
      <w:r>
        <w:rPr>
          <w:b/>
          <w:i w:val="0"/>
          <w:smallCaps w:val="0"/>
          <w:strike w:val="0"/>
          <w:sz w:val="22"/>
          <w:u w:val="single"/>
        </w:rPr>
        <w:t xml:space="preserve">. </w:t>
      </w:r>
      <w:r>
        <w:rPr>
          <w:b/>
          <w:i w:val="0"/>
          <w:smallCaps w:val="0"/>
          <w:strike w:val="0"/>
          <w:sz w:val="24"/>
          <w:highlight w:val="cyan"/>
          <w:u w:val="single"/>
        </w:rPr>
        <w:t xml:space="preserve">Refusing to </w:t>
      </w:r>
      <w:r>
        <w:rPr>
          <w:b/>
          <w:i w:val="0"/>
          <w:smallCaps w:val="0"/>
          <w:strike w:val="0"/>
          <w:sz w:val="24"/>
          <w:highlight w:val="cyan"/>
          <w:u w:val="single"/>
        </w:rPr>
        <w:t>say</w:t>
      </w:r>
      <w:r>
        <w:rPr>
          <w:b/>
          <w:i w:val="0"/>
          <w:smallCaps w:val="0"/>
          <w:strike w:val="0"/>
          <w:sz w:val="22"/>
          <w:highlight w:val="cyan"/>
          <w:u w:val="single"/>
        </w:rPr>
        <w:t xml:space="preserve"> </w:t>
      </w:r>
      <w:r>
        <w:rPr>
          <w:b/>
          <w:i w:val="0"/>
          <w:smallCaps w:val="0"/>
          <w:strike w:val="0"/>
          <w:sz w:val="22"/>
          <w:u w:val="single"/>
        </w:rPr>
        <w:t xml:space="preserve">‘this is a real thing, but </w:t>
      </w:r>
      <w:r>
        <w:rPr>
          <w:b/>
          <w:i w:val="0"/>
          <w:smallCaps w:val="0"/>
          <w:strike w:val="0"/>
          <w:sz w:val="24"/>
          <w:highlight w:val="cyan"/>
          <w:u w:val="single"/>
        </w:rPr>
        <w:t>you are not being fair</w:t>
      </w:r>
      <w:r>
        <w:rPr>
          <w:b/>
          <w:i w:val="0"/>
          <w:smallCaps w:val="0"/>
          <w:strike w:val="0"/>
          <w:sz w:val="22"/>
          <w:highlight w:val="cyan"/>
          <w:u w:val="single"/>
        </w:rPr>
        <w:t xml:space="preserve"> </w:t>
      </w:r>
      <w:r>
        <w:rPr>
          <w:b/>
          <w:i w:val="0"/>
          <w:smallCaps w:val="0"/>
          <w:strike w:val="0"/>
          <w:sz w:val="22"/>
          <w:u w:val="single"/>
        </w:rPr>
        <w:t xml:space="preserve">or helpful in making that accusation right now’ </w:t>
      </w:r>
      <w:r>
        <w:rPr>
          <w:b/>
          <w:i w:val="0"/>
          <w:smallCaps w:val="0"/>
          <w:strike w:val="0"/>
          <w:sz w:val="24"/>
          <w:highlight w:val="cyan"/>
          <w:u w:val="single"/>
        </w:rPr>
        <w:t>alienates</w:t>
      </w:r>
      <w:r>
        <w:rPr>
          <w:b/>
          <w:i w:val="0"/>
          <w:smallCaps w:val="0"/>
          <w:strike w:val="0"/>
          <w:sz w:val="22"/>
          <w:highlight w:val="cyan"/>
          <w:u w:val="single"/>
        </w:rPr>
        <w:t xml:space="preserve"> </w:t>
      </w:r>
      <w:r>
        <w:rPr>
          <w:b/>
          <w:i w:val="0"/>
          <w:smallCaps w:val="0"/>
          <w:strike w:val="0"/>
          <w:sz w:val="24"/>
          <w:highlight w:val="cyan"/>
          <w:u w:val="single"/>
        </w:rPr>
        <w:t>potential</w:t>
      </w:r>
      <w:r>
        <w:rPr>
          <w:b/>
          <w:i w:val="0"/>
          <w:smallCaps w:val="0"/>
          <w:strike w:val="0"/>
          <w:sz w:val="22"/>
          <w:highlight w:val="cyan"/>
          <w:u w:val="single"/>
        </w:rPr>
        <w:t xml:space="preserve"> </w:t>
      </w:r>
      <w:r>
        <w:rPr>
          <w:b/>
          <w:i w:val="0"/>
          <w:smallCaps w:val="0"/>
          <w:strike w:val="0"/>
          <w:sz w:val="24"/>
          <w:highlight w:val="cyan"/>
          <w:u w:val="single"/>
        </w:rPr>
        <w:t>allies</w:t>
      </w:r>
      <w:r>
        <w:rPr>
          <w:b/>
          <w:i w:val="0"/>
          <w:smallCaps w:val="0"/>
          <w:strike w:val="0"/>
          <w:sz w:val="22"/>
          <w:highlight w:val="cyan"/>
          <w:u w:val="single"/>
        </w:rPr>
        <w:t xml:space="preserve">, </w:t>
      </w:r>
      <w:r>
        <w:rPr>
          <w:b/>
          <w:i w:val="0"/>
          <w:smallCaps w:val="0"/>
          <w:strike w:val="0"/>
          <w:sz w:val="24"/>
          <w:highlight w:val="cyan"/>
          <w:u w:val="single"/>
        </w:rPr>
        <w:t>contributes to</w:t>
      </w:r>
      <w:r>
        <w:rPr>
          <w:b/>
          <w:i w:val="0"/>
          <w:smallCaps w:val="0"/>
          <w:strike w:val="0"/>
          <w:sz w:val="22"/>
          <w:highlight w:val="cyan"/>
          <w:u w:val="single"/>
        </w:rPr>
        <w:t xml:space="preserve"> </w:t>
      </w:r>
      <w:r>
        <w:rPr>
          <w:b/>
          <w:i w:val="0"/>
          <w:smallCaps w:val="0"/>
          <w:strike w:val="0"/>
          <w:sz w:val="22"/>
          <w:u w:val="single"/>
        </w:rPr>
        <w:t xml:space="preserve">the burgeoning </w:t>
      </w:r>
      <w:r>
        <w:rPr>
          <w:b/>
          <w:i w:val="0"/>
          <w:smallCaps w:val="0"/>
          <w:strike w:val="0"/>
          <w:sz w:val="24"/>
          <w:highlight w:val="cyan"/>
          <w:u w:val="single"/>
        </w:rPr>
        <w:t>backlash</w:t>
      </w:r>
      <w:r>
        <w:rPr>
          <w:b/>
          <w:i w:val="0"/>
          <w:smallCaps w:val="0"/>
          <w:strike w:val="0"/>
          <w:sz w:val="22"/>
          <w:highlight w:val="cyan"/>
          <w:u w:val="single"/>
        </w:rPr>
        <w:t xml:space="preserve"> </w:t>
      </w:r>
      <w:r>
        <w:rPr>
          <w:b/>
          <w:i w:val="0"/>
          <w:smallCaps w:val="0"/>
          <w:strike w:val="0"/>
          <w:sz w:val="22"/>
          <w:u w:val="single"/>
        </w:rPr>
        <w:t xml:space="preserve">against social justice politics, </w:t>
      </w:r>
      <w:r>
        <w:rPr>
          <w:b/>
          <w:i w:val="0"/>
          <w:smallCaps w:val="0"/>
          <w:strike w:val="0"/>
          <w:sz w:val="22"/>
          <w:highlight w:val="cyan"/>
          <w:u w:val="single"/>
        </w:rPr>
        <w:t xml:space="preserve">and prevents </w:t>
      </w:r>
      <w:r>
        <w:rPr>
          <w:b/>
          <w:i w:val="0"/>
          <w:smallCaps w:val="0"/>
          <w:strike w:val="0"/>
          <w:sz w:val="22"/>
          <w:u w:val="single"/>
        </w:rPr>
        <w:t xml:space="preserve">us from making the most </w:t>
      </w:r>
      <w:r>
        <w:rPr>
          <w:b/>
          <w:i w:val="0"/>
          <w:smallCaps w:val="0"/>
          <w:strike w:val="0"/>
          <w:sz w:val="22"/>
          <w:highlight w:val="cyan"/>
          <w:u w:val="single"/>
        </w:rPr>
        <w:t xml:space="preserve">accurate, cogent critique </w:t>
      </w:r>
      <w:r>
        <w:rPr>
          <w:b/>
          <w:i w:val="0"/>
          <w:smallCaps w:val="0"/>
          <w:strike w:val="0"/>
          <w:sz w:val="22"/>
          <w:u w:val="single"/>
        </w:rPr>
        <w:t>possible.</w:t>
      </w:r>
      <w:r>
        <w:rPr>
          <w:b w:val="0"/>
          <w:i w:val="0"/>
          <w:smallCaps w:val="0"/>
          <w:strike w:val="0"/>
          <w:sz w:val="16"/>
          <w:u w:val="none"/>
        </w:rPr>
        <w:t xml:space="preserve">” Look, I am Black. Also, sometimes, I can be wrong. Those two things are not mutually exclusive, and yet </w:t>
      </w:r>
      <w:r>
        <w:rPr>
          <w:b/>
          <w:i w:val="0"/>
          <w:smallCaps w:val="0"/>
          <w:strike w:val="0"/>
          <w:sz w:val="22"/>
          <w:highlight w:val="cyan"/>
          <w:u w:val="single"/>
        </w:rPr>
        <w:t>we have gotten to a point where any critique of tactics</w:t>
      </w:r>
      <w:r>
        <w:rPr>
          <w:b/>
          <w:i w:val="0"/>
          <w:smallCaps w:val="0"/>
          <w:strike w:val="0"/>
          <w:sz w:val="22"/>
          <w:u w:val="single"/>
        </w:rPr>
        <w:t xml:space="preserve"> used by oppressed communities </w:t>
      </w:r>
      <w:r>
        <w:rPr>
          <w:b/>
          <w:i w:val="0"/>
          <w:smallCaps w:val="0"/>
          <w:strike w:val="0"/>
          <w:sz w:val="22"/>
          <w:highlight w:val="cyan"/>
          <w:u w:val="single"/>
        </w:rPr>
        <w:t>can result in being deemed “sexist/racist/insert oppression</w:t>
      </w:r>
      <w:r>
        <w:rPr>
          <w:b/>
          <w:i w:val="0"/>
          <w:smallCaps w:val="0"/>
          <w:strike w:val="0"/>
          <w:sz w:val="22"/>
          <w:u w:val="single"/>
        </w:rPr>
        <w:t xml:space="preserve"> here-</w:t>
      </w:r>
      <w:r>
        <w:rPr>
          <w:b/>
          <w:i w:val="0"/>
          <w:smallCaps w:val="0"/>
          <w:strike w:val="0"/>
          <w:sz w:val="22"/>
          <w:u w:val="single"/>
        </w:rPr>
        <w:t>ist</w:t>
      </w:r>
      <w:r>
        <w:rPr>
          <w:b/>
          <w:i w:val="0"/>
          <w:smallCaps w:val="0"/>
          <w:strike w:val="0"/>
          <w:sz w:val="22"/>
          <w:u w:val="single"/>
        </w:rPr>
        <w:t>” and cast out of the Social Justice Magic Circle</w:t>
      </w:r>
      <w:r>
        <w:rPr>
          <w:b w:val="0"/>
          <w:i w:val="0"/>
          <w:smallCaps w:val="0"/>
          <w:strike w:val="0"/>
          <w:sz w:val="16"/>
          <w:u w:val="none"/>
        </w:rPr>
        <w:t xml:space="preserve">. And listen, maybe that is cool </w:t>
      </w:r>
      <w:r>
        <w:rPr>
          <w:b w:val="0"/>
          <w:i w:val="0"/>
          <w:smallCaps w:val="0"/>
          <w:strike w:val="0"/>
          <w:sz w:val="16"/>
          <w:u w:val="none"/>
        </w:rPr>
        <w:t xml:space="preserve">. </w:t>
      </w:r>
      <w:r>
        <w:rPr>
          <w:b/>
          <w:i w:val="0"/>
          <w:smallCaps w:val="0"/>
          <w:strike w:val="0"/>
          <w:sz w:val="22"/>
          <w:highlight w:val="cyan"/>
          <w:u w:val="single"/>
        </w:rPr>
        <w:t xml:space="preserve">Maybe the revolution </w:t>
      </w:r>
      <w:r>
        <w:rPr>
          <w:b/>
          <w:i w:val="0"/>
          <w:smallCaps w:val="0"/>
          <w:strike w:val="0"/>
          <w:sz w:val="22"/>
          <w:u w:val="single"/>
        </w:rPr>
        <w:t xml:space="preserve">that so many of these types speak about </w:t>
      </w:r>
      <w:r>
        <w:rPr>
          <w:b/>
          <w:i w:val="0"/>
          <w:smallCaps w:val="0"/>
          <w:strike w:val="0"/>
          <w:sz w:val="22"/>
          <w:highlight w:val="cyan"/>
          <w:u w:val="single"/>
        </w:rPr>
        <w:t xml:space="preserve">will </w:t>
      </w:r>
      <w:r>
        <w:rPr>
          <w:b/>
          <w:i w:val="0"/>
          <w:smallCaps w:val="0"/>
          <w:strike w:val="0"/>
          <w:sz w:val="22"/>
          <w:u w:val="single"/>
        </w:rPr>
        <w:t xml:space="preserve">simply </w:t>
      </w:r>
      <w:r>
        <w:rPr>
          <w:b/>
          <w:i w:val="0"/>
          <w:smallCaps w:val="0"/>
          <w:strike w:val="0"/>
          <w:sz w:val="22"/>
          <w:highlight w:val="cyan"/>
          <w:u w:val="single"/>
        </w:rPr>
        <w:t xml:space="preserve">consist of everyone </w:t>
      </w:r>
      <w:r>
        <w:rPr>
          <w:b/>
          <w:i w:val="0"/>
          <w:smallCaps w:val="0"/>
          <w:strike w:val="0"/>
          <w:sz w:val="22"/>
          <w:u w:val="single"/>
        </w:rPr>
        <w:t xml:space="preserve">spontaneously </w:t>
      </w:r>
      <w:r>
        <w:rPr>
          <w:b/>
          <w:i w:val="0"/>
          <w:smallCaps w:val="0"/>
          <w:strike w:val="0"/>
          <w:sz w:val="22"/>
          <w:highlight w:val="cyan"/>
          <w:u w:val="single"/>
        </w:rPr>
        <w:t xml:space="preserve">coming to consciousness </w:t>
      </w:r>
      <w:r>
        <w:rPr>
          <w:b/>
          <w:i w:val="0"/>
          <w:smallCaps w:val="0"/>
          <w:strike w:val="0"/>
          <w:sz w:val="22"/>
          <w:u w:val="single"/>
        </w:rPr>
        <w:t xml:space="preserve">and there will be </w:t>
      </w:r>
      <w:r>
        <w:rPr>
          <w:b/>
          <w:i w:val="0"/>
          <w:smallCaps w:val="0"/>
          <w:strike w:val="0"/>
          <w:sz w:val="22"/>
          <w:highlight w:val="cyan"/>
          <w:u w:val="single"/>
        </w:rPr>
        <w:t>no need for coalitions</w:t>
      </w:r>
      <w:r>
        <w:rPr>
          <w:b w:val="0"/>
          <w:i w:val="0"/>
          <w:smallCaps w:val="0"/>
          <w:strike w:val="0"/>
          <w:sz w:val="16"/>
          <w:u w:val="none"/>
        </w:rPr>
        <w:t xml:space="preserve">, give-and-take, or contact with people who do not know every word or phrase that these groups use as some sort of litmus test for the unwashed. </w:t>
      </w:r>
      <w:r>
        <w:rPr>
          <w:b/>
          <w:i w:val="0"/>
          <w:smallCaps w:val="0"/>
          <w:strike w:val="0"/>
          <w:sz w:val="22"/>
          <w:highlight w:val="cyan"/>
          <w:u w:val="single"/>
        </w:rPr>
        <w:t xml:space="preserve">But for the </w:t>
      </w:r>
      <w:r>
        <w:rPr>
          <w:b/>
          <w:i w:val="0"/>
          <w:smallCaps w:val="0"/>
          <w:strike w:val="0"/>
          <w:sz w:val="22"/>
          <w:u w:val="single"/>
        </w:rPr>
        <w:t xml:space="preserve">rest of us who reside in a </w:t>
      </w:r>
      <w:r>
        <w:rPr>
          <w:b/>
          <w:i w:val="0"/>
          <w:smallCaps w:val="0"/>
          <w:strike w:val="0"/>
          <w:sz w:val="22"/>
          <w:highlight w:val="cyan"/>
          <w:u w:val="single"/>
        </w:rPr>
        <w:t>real</w:t>
      </w:r>
      <w:r>
        <w:rPr>
          <w:b/>
          <w:i w:val="0"/>
          <w:smallCaps w:val="0"/>
          <w:strike w:val="0"/>
          <w:sz w:val="22"/>
          <w:u w:val="single"/>
        </w:rPr>
        <w:t xml:space="preserve">ity-based </w:t>
      </w:r>
      <w:r>
        <w:rPr>
          <w:b/>
          <w:i w:val="0"/>
          <w:smallCaps w:val="0"/>
          <w:strike w:val="0"/>
          <w:sz w:val="22"/>
          <w:highlight w:val="cyan"/>
          <w:u w:val="single"/>
        </w:rPr>
        <w:t>world</w:t>
      </w:r>
      <w:r>
        <w:rPr>
          <w:b w:val="0"/>
          <w:i w:val="0"/>
          <w:smallCaps w:val="0"/>
          <w:strike w:val="0"/>
          <w:sz w:val="16"/>
          <w:u w:val="none"/>
        </w:rPr>
        <w:t xml:space="preserve">, where every social interaction is not tailored for your idiosyncratic indignations, we know that casting folks out for the tiniest of offenses will lead to a Left that will forever be marginalized and ineffective. I have stated before that the kind of people who put out these lists and engage in the kind of identitarian caterwauling that has become rote copy on the Internet might </w:t>
      </w:r>
      <w:r>
        <w:rPr>
          <w:b w:val="0"/>
          <w:i w:val="0"/>
          <w:smallCaps w:val="0"/>
          <w:strike w:val="0"/>
          <w:sz w:val="16"/>
          <w:u w:val="none"/>
        </w:rPr>
        <w:t>actually want</w:t>
      </w:r>
      <w:r>
        <w:rPr>
          <w:b w:val="0"/>
          <w:i w:val="0"/>
          <w:smallCaps w:val="0"/>
          <w:strike w:val="0"/>
          <w:sz w:val="16"/>
          <w:u w:val="none"/>
        </w:rPr>
        <w:t xml:space="preserve"> that, as </w:t>
      </w:r>
      <w:r>
        <w:rPr>
          <w:b/>
          <w:i w:val="0"/>
          <w:smallCaps w:val="0"/>
          <w:strike w:val="0"/>
          <w:sz w:val="22"/>
          <w:u w:val="single"/>
        </w:rPr>
        <w:t xml:space="preserve">a world where </w:t>
      </w:r>
      <w:r>
        <w:rPr>
          <w:b/>
          <w:i w:val="0"/>
          <w:smallCaps w:val="0"/>
          <w:strike w:val="0"/>
          <w:sz w:val="22"/>
          <w:highlight w:val="cyan"/>
          <w:u w:val="single"/>
        </w:rPr>
        <w:t xml:space="preserve">left-wing activism is made potent and transformative </w:t>
      </w:r>
      <w:r>
        <w:rPr>
          <w:b/>
          <w:i w:val="0"/>
          <w:smallCaps w:val="0"/>
          <w:strike w:val="0"/>
          <w:sz w:val="22"/>
          <w:u w:val="single"/>
        </w:rPr>
        <w:t xml:space="preserve">will be one where they </w:t>
      </w:r>
      <w:r>
        <w:rPr>
          <w:b/>
          <w:i w:val="0"/>
          <w:smallCaps w:val="0"/>
          <w:strike w:val="0"/>
          <w:sz w:val="22"/>
          <w:highlight w:val="cyan"/>
          <w:u w:val="single"/>
        </w:rPr>
        <w:t xml:space="preserve">cannot </w:t>
      </w:r>
      <w:r>
        <w:rPr>
          <w:b/>
          <w:i w:val="0"/>
          <w:smallCaps w:val="0"/>
          <w:strike w:val="0"/>
          <w:sz w:val="22"/>
          <w:u w:val="single"/>
        </w:rPr>
        <w:t xml:space="preserve">simply </w:t>
      </w:r>
      <w:r>
        <w:rPr>
          <w:b/>
          <w:i w:val="0"/>
          <w:smallCaps w:val="0"/>
          <w:strike w:val="0"/>
          <w:sz w:val="22"/>
          <w:highlight w:val="cyan"/>
          <w:u w:val="single"/>
        </w:rPr>
        <w:t>take comfort in their cocoon of self-righteousness</w:t>
      </w:r>
      <w:r>
        <w:rPr>
          <w:b w:val="0"/>
          <w:i w:val="0"/>
          <w:smallCaps w:val="0"/>
          <w:strike w:val="0"/>
          <w:sz w:val="16"/>
          <w:u w:val="none"/>
        </w:rPr>
        <w:t xml:space="preserve">. But damn them when I can turn on my computer and see one Black person after another being gunned down by police. Damn them when we have a president that can sit there with a straight face and speak the words of freedom and liberation while </w:t>
      </w:r>
      <w:r>
        <w:rPr>
          <w:b w:val="0"/>
          <w:i w:val="0"/>
          <w:smallCaps w:val="0"/>
          <w:strike w:val="0"/>
          <w:sz w:val="16"/>
          <w:u w:val="none"/>
        </w:rPr>
        <w:t xml:space="preserve">. And damn them when we can get thousands of words on Patricia Arquette drunk at a party or how it is privileged to not like the same musicians that they do, but we cannot seem to get any thoughts on how the biggest moment for communities of color since the 1960s is being squandered in a hail of intergenerational squabbling. And do not even get me started on </w:t>
      </w:r>
      <w:r>
        <w:rPr>
          <w:b w:val="0"/>
          <w:i w:val="0"/>
          <w:smallCaps w:val="0"/>
          <w:strike w:val="0"/>
          <w:sz w:val="16"/>
          <w:u w:val="none"/>
        </w:rPr>
        <w:t>.</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