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term “Mumble rap” fails as an accurate descriptor and was</w:t>
      </w:r>
      <w:r>
        <w:rPr>
          <w:b/>
          <w:i w:val="0"/>
          <w:smallCaps w:val="0"/>
          <w:strike w:val="0"/>
          <w:sz w:val="26"/>
          <w:u w:val="none"/>
        </w:rPr>
        <w:t xml:space="preserve"> </w:t>
      </w:r>
      <w:r>
        <w:rPr>
          <w:b/>
          <w:i w:val="0"/>
          <w:smallCaps w:val="0"/>
          <w:strike w:val="0"/>
          <w:sz w:val="26"/>
          <w:u w:val="none"/>
        </w:rPr>
        <w:t xml:space="preserve">fabricated by corporate capitalists </w:t>
      </w:r>
      <w:r>
        <w:rPr>
          <w:b/>
          <w:i w:val="0"/>
          <w:smallCaps w:val="0"/>
          <w:strike w:val="0"/>
          <w:sz w:val="26"/>
          <w:u w:val="none"/>
        </w:rPr>
        <w:t>in order to</w:t>
      </w:r>
      <w:r>
        <w:rPr>
          <w:b/>
          <w:i w:val="0"/>
          <w:smallCaps w:val="0"/>
          <w:strike w:val="0"/>
          <w:sz w:val="26"/>
          <w:u w:val="none"/>
        </w:rPr>
        <w:t xml:space="preserve"> disparage non-mainstream individual artists. Using the term “Mumble rap” </w:t>
      </w:r>
      <w:r>
        <w:rPr>
          <w:b/>
          <w:i w:val="0"/>
          <w:smallCaps w:val="0"/>
          <w:strike w:val="0"/>
          <w:sz w:val="26"/>
          <w:u w:val="none"/>
        </w:rPr>
        <w:t>refies</w:t>
      </w:r>
      <w:r>
        <w:rPr>
          <w:b/>
          <w:i w:val="0"/>
          <w:smallCaps w:val="0"/>
          <w:strike w:val="0"/>
          <w:sz w:val="26"/>
          <w:u w:val="none"/>
        </w:rPr>
        <w:t xml:space="preserve"> the rhetoric that is used to stigmatize minority dialects</w:t>
      </w:r>
    </w:p>
    <w:p>
      <w:pPr>
        <w:spacing w:after="80"/>
      </w:pPr>
      <w:r>
        <w:rPr>
          <w:b w:val="0"/>
          <w:i w:val="0"/>
          <w:smallCaps w:val="0"/>
          <w:strike w:val="0"/>
          <w:u w:val="none"/>
        </w:rPr>
        <w:t xml:space="preserve">Elsher </w:t>
      </w:r>
      <w:r>
        <w:rPr>
          <w:b/>
          <w:i w:val="0"/>
          <w:smallCaps w:val="0"/>
          <w:strike w:val="0"/>
          <w:sz w:val="26"/>
          <w:u w:val="none"/>
        </w:rPr>
        <w:t>Abraham 18</w:t>
      </w:r>
      <w:r>
        <w:rPr>
          <w:b w:val="0"/>
          <w:i w:val="0"/>
          <w:smallCaps w:val="0"/>
          <w:strike w:val="0"/>
          <w:u w:val="none"/>
        </w:rPr>
        <w:t>, 1/9/2018, Abraham has a BA in linguistics from Swarthmore College and has worked with the Swarthmore Peace Collection, “The Problem with Mumble Rap: Stigmatization of Variant Production in Contemporary Mainstream Hip-hop”, https://scholarship.tricolib.brynmawr.edu/server/api/core/bitstreams/f6365058-7db9-425d-8b1b-185acfbff850/content (Page 32)</w:t>
      </w:r>
    </w:p>
    <w:p>
      <w:pPr>
        <w:spacing w:after="60"/>
      </w:pPr>
      <w:r>
        <w:rPr>
          <w:b w:val="0"/>
          <w:i w:val="0"/>
          <w:smallCaps w:val="0"/>
          <w:strike w:val="0"/>
          <w:u w:val="none"/>
        </w:rPr>
        <w:t xml:space="preserve">In its current context, </w:t>
      </w:r>
      <w:r>
        <w:rPr>
          <w:b w:val="0"/>
          <w:i w:val="0"/>
          <w:smallCaps w:val="0"/>
          <w:strike w:val="0"/>
          <w:highlight w:val="cyan"/>
          <w:u w:val="single"/>
        </w:rPr>
        <w:t>the term Mumble Rap</w:t>
      </w:r>
      <w:r>
        <w:rPr>
          <w:b w:val="0"/>
          <w:i w:val="0"/>
          <w:smallCaps w:val="0"/>
          <w:strike w:val="0"/>
          <w:u w:val="single"/>
        </w:rPr>
        <w:t xml:space="preserve"> does not prove useful in defining any style of rapping</w:t>
      </w:r>
      <w:r>
        <w:rPr>
          <w:b w:val="0"/>
          <w:i w:val="0"/>
          <w:smallCaps w:val="0"/>
          <w:strike w:val="0"/>
          <w:u w:val="none"/>
        </w:rPr>
        <w:t xml:space="preserve">. Rather, the </w:t>
      </w:r>
      <w:r>
        <w:rPr>
          <w:b/>
          <w:i w:val="0"/>
          <w:smallCaps w:val="0"/>
          <w:strike w:val="0"/>
          <w:u w:val="single"/>
        </w:rPr>
        <w:t xml:space="preserve">term </w:t>
      </w:r>
      <w:r>
        <w:rPr>
          <w:b/>
          <w:i w:val="0"/>
          <w:smallCaps w:val="0"/>
          <w:strike w:val="0"/>
          <w:highlight w:val="cyan"/>
          <w:u w:val="single"/>
        </w:rPr>
        <w:t>is used to disparage artists</w:t>
      </w:r>
      <w:r>
        <w:rPr>
          <w:b w:val="0"/>
          <w:i w:val="0"/>
          <w:smallCaps w:val="0"/>
          <w:strike w:val="0"/>
          <w:u w:val="single"/>
        </w:rPr>
        <w:t xml:space="preserve"> of a new generation </w:t>
      </w:r>
      <w:r>
        <w:rPr>
          <w:b w:val="0"/>
          <w:i w:val="0"/>
          <w:smallCaps w:val="0"/>
          <w:strike w:val="0"/>
          <w:highlight w:val="cyan"/>
          <w:u w:val="single"/>
        </w:rPr>
        <w:t>who do not fit into the traditional roles of hip-hop</w:t>
      </w:r>
      <w:r>
        <w:rPr>
          <w:b w:val="0"/>
          <w:i w:val="0"/>
          <w:smallCaps w:val="0"/>
          <w:strike w:val="0"/>
          <w:u w:val="single"/>
        </w:rPr>
        <w:t>.</w:t>
      </w:r>
      <w:r>
        <w:rPr>
          <w:b w:val="0"/>
          <w:i w:val="0"/>
          <w:smallCaps w:val="0"/>
          <w:strike w:val="0"/>
          <w:u w:val="none"/>
        </w:rPr>
        <w:t xml:space="preserve"> The term has little basis in actual vocal production and does not seem to refer to any linguistic characteristic shared by the artists the term tries to define. As such, the </w:t>
      </w:r>
      <w:r>
        <w:rPr>
          <w:b w:val="0"/>
          <w:i w:val="0"/>
          <w:smallCaps w:val="0"/>
          <w:strike w:val="0"/>
          <w:u w:val="single"/>
        </w:rPr>
        <w:t>term Mumble Rap fails as a descriptor</w:t>
      </w:r>
      <w:r>
        <w:rPr>
          <w:b w:val="0"/>
          <w:i w:val="0"/>
          <w:smallCaps w:val="0"/>
          <w:strike w:val="0"/>
          <w:u w:val="none"/>
        </w:rPr>
        <w:t xml:space="preserve">. Furthermore, the various alleged shortcomings of the new generation are the result of ideological disconnects with the old guard. Many claims of the old guard, such as the decline of lyricism and lack of intelligence, are misguided in that the newer artists have taken these traditional practices and adapted them to their fitting in the modern climate. Notions of lyricism, meaning attribution, and complexity </w:t>
      </w:r>
      <w:r>
        <w:rPr>
          <w:b w:val="0"/>
          <w:i w:val="0"/>
          <w:smallCaps w:val="0"/>
          <w:strike w:val="0"/>
          <w:u w:val="none"/>
        </w:rPr>
        <w:t>with regard to</w:t>
      </w:r>
      <w:r>
        <w:rPr>
          <w:b w:val="0"/>
          <w:i w:val="0"/>
          <w:smallCaps w:val="0"/>
          <w:strike w:val="0"/>
          <w:u w:val="none"/>
        </w:rPr>
        <w:t xml:space="preserve"> lyrics have changed over the years due to a multitude of contextual factors. And, as shown, these shortcomings are not suffered solely by the new generation of hip-hop artists, but hip-hop artists of years past as well. </w:t>
      </w:r>
      <w:r>
        <w:rPr>
          <w:b w:val="0"/>
          <w:i w:val="0"/>
          <w:smallCaps w:val="0"/>
          <w:strike w:val="0"/>
          <w:u w:val="single"/>
        </w:rPr>
        <w:t xml:space="preserve">The </w:t>
      </w:r>
      <w:r>
        <w:rPr>
          <w:b w:val="0"/>
          <w:i w:val="0"/>
          <w:smallCaps w:val="0"/>
          <w:strike w:val="0"/>
          <w:highlight w:val="cyan"/>
          <w:u w:val="single"/>
        </w:rPr>
        <w:t>stigmatization of the contemporary mainstream hip-hop artist follows</w:t>
      </w:r>
      <w:r>
        <w:rPr>
          <w:b w:val="0"/>
          <w:i w:val="0"/>
          <w:smallCaps w:val="0"/>
          <w:strike w:val="0"/>
          <w:u w:val="single"/>
        </w:rPr>
        <w:t xml:space="preserve"> the </w:t>
      </w:r>
      <w:r>
        <w:rPr>
          <w:b w:val="0"/>
          <w:i w:val="0"/>
          <w:smallCaps w:val="0"/>
          <w:strike w:val="0"/>
          <w:highlight w:val="cyan"/>
          <w:u w:val="single"/>
        </w:rPr>
        <w:t>pattern in which minority dialects</w:t>
      </w:r>
      <w:r>
        <w:rPr>
          <w:b w:val="0"/>
          <w:i w:val="0"/>
          <w:smallCaps w:val="0"/>
          <w:strike w:val="0"/>
          <w:u w:val="single"/>
        </w:rPr>
        <w:t xml:space="preserve"> and variants </w:t>
      </w:r>
      <w:r>
        <w:rPr>
          <w:b w:val="0"/>
          <w:i w:val="0"/>
          <w:smallCaps w:val="0"/>
          <w:strike w:val="0"/>
          <w:highlight w:val="cyan"/>
          <w:u w:val="single"/>
        </w:rPr>
        <w:t>are stigmatized</w:t>
      </w:r>
      <w:r>
        <w:rPr>
          <w:b w:val="0"/>
          <w:i w:val="0"/>
          <w:smallCaps w:val="0"/>
          <w:strike w:val="0"/>
          <w:u w:val="single"/>
        </w:rPr>
        <w:t xml:space="preserve"> by mainstream language speakers; since the ideologies and practices of the modern hip-hop artist do not fit into those of traditional hip-hop, the old guard's existing stigma against these new artists manifests as the stigmatization of the new artists' vocal productions</w:t>
      </w:r>
      <w:r>
        <w:rPr>
          <w:b w:val="0"/>
          <w:i w:val="0"/>
          <w:smallCaps w:val="0"/>
          <w:strike w:val="0"/>
          <w:u w:val="none"/>
        </w:rPr>
        <w:t xml:space="preserve">. With the rapidly evolving climate of modern hip-hop in the Information Age comes changes in cultural thought and behavior. These new </w:t>
      </w:r>
      <w:r>
        <w:rPr>
          <w:b/>
          <w:i w:val="0"/>
          <w:smallCaps w:val="0"/>
          <w:strike w:val="0"/>
          <w:highlight w:val="cyan"/>
          <w:u w:val="single"/>
        </w:rPr>
        <w:t>artists dubbed as Mumble Rappers are the result of corporate capitalist interests in hip-hop</w:t>
      </w:r>
      <w:r>
        <w:rPr>
          <w:b w:val="0"/>
          <w:i w:val="0"/>
          <w:smallCaps w:val="0"/>
          <w:strike w:val="0"/>
          <w:u w:val="none"/>
        </w:rPr>
        <w:t xml:space="preserve"> and have been shown to adapt the art form of rap within the confines of a post-meaning world. Hip-hop has historically struggled with welcoming the next era of ideas and practice, as evidenced by changes in technology and data 33 distribution methods, and while these newer artists may be alleged to be indecipherable, it must be remembered that there </w:t>
      </w:r>
      <w:r>
        <w:rPr>
          <w:b w:val="0"/>
          <w:i w:val="0"/>
          <w:smallCaps w:val="0"/>
          <w:strike w:val="0"/>
          <w:u w:val="none"/>
        </w:rPr>
        <w:t>has</w:t>
      </w:r>
      <w:r>
        <w:rPr>
          <w:b w:val="0"/>
          <w:i w:val="0"/>
          <w:smallCaps w:val="0"/>
          <w:strike w:val="0"/>
          <w:u w:val="none"/>
        </w:rPr>
        <w:t xml:space="preserve"> always existed artists who "mumble".</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