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That ignites a </w:t>
      </w:r>
      <w:r>
        <w:rPr>
          <w:b/>
          <w:i w:val="0"/>
          <w:smallCaps w:val="0"/>
          <w:strike w:val="0"/>
          <w:sz w:val="24"/>
          <w:u w:val="single"/>
        </w:rPr>
        <w:t>nuclear black market</w:t>
      </w:r>
      <w:r>
        <w:rPr>
          <w:b/>
          <w:i w:val="0"/>
          <w:smallCaps w:val="0"/>
          <w:strike w:val="0"/>
          <w:sz w:val="24"/>
          <w:u w:val="none"/>
        </w:rPr>
        <w:t>---extinction.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Joseph </w:t>
      </w:r>
      <w:r>
        <w:rPr>
          <w:b/>
          <w:i w:val="0"/>
          <w:smallCaps w:val="0"/>
          <w:strike w:val="0"/>
          <w:sz w:val="22"/>
          <w:u w:val="none"/>
        </w:rPr>
        <w:t>Cirincione 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national security analyst and author with 40 years of experience in DC, member of the Council for Foreign Relations, author or editor of seven books including </w:t>
      </w:r>
      <w:r>
        <w:rPr>
          <w:b w:val="0"/>
          <w:i/>
          <w:smallCaps w:val="0"/>
          <w:strike w:val="0"/>
          <w:sz w:val="16"/>
          <w:u w:val="none"/>
        </w:rPr>
        <w:t>Nuclear Nightmares: Securing the World Before It Is Too Late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/>
          <w:smallCaps w:val="0"/>
          <w:strike w:val="0"/>
          <w:sz w:val="16"/>
          <w:u w:val="none"/>
        </w:rPr>
        <w:t>Bomb Scare: The History and Future of Nuclear Weapons</w:t>
      </w:r>
      <w:r>
        <w:rPr>
          <w:b w:val="0"/>
          <w:i w:val="0"/>
          <w:smallCaps w:val="0"/>
          <w:strike w:val="0"/>
          <w:sz w:val="16"/>
          <w:u w:val="none"/>
        </w:rPr>
        <w:t>, served on the International Security Advisory Board for Secretaries of State John Kerry and Hillary Clinton, 6/25/2023, "Russia Mutiny Is More Proof the World Needs to Get Rid of Nuclear Weapons," Daily Beast, https://www.thedailybeast.com/russia-mutiny-is-more-proof-the-world-needs-to-get-rid-of-nuclear-weapons, christian, edited for language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Putin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gravely weakened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Russian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appears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unstable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there is no guarantee that such an effort could be repeated.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nuclear black 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spread weapons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material and scientists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far corners of the globe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final terror was that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 </w:t>
      </w:r>
      <w:r>
        <w:rPr>
          <w:b w:val="0"/>
          <w:i w:val="0"/>
          <w:smallCaps w:val="0"/>
          <w:strike/>
          <w:sz w:val="16"/>
          <w:u w:val="none"/>
        </w:rPr>
        <w:t>insane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[unstable] Putin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explode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weapons in revenge</w:t>
      </w:r>
      <w:r>
        <w:rPr>
          <w:b w:val="0"/>
          <w:i w:val="0"/>
          <w:smallCaps w:val="0"/>
          <w:strike w:val="0"/>
          <w:sz w:val="16"/>
          <w:u w:val="none"/>
        </w:rPr>
        <w:t>. If the coup succeeded and he was going down, would he take the nation down with him? Or worse? A nuclear version of Hitler in the bunker asking “Is Paris burning?”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As in all nine nuclear-armed states,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decision to launch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nuclear weapons is left to one or two leaders. There is no democracy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nuclear use.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vote required</w:t>
      </w:r>
      <w:r>
        <w:rPr>
          <w:b w:val="0"/>
          <w:i w:val="0"/>
          <w:smallCaps w:val="0"/>
          <w:strike w:val="0"/>
          <w:sz w:val="16"/>
          <w:u w:val="none"/>
        </w:rPr>
        <w:t>. No debate. No court decision can block it. The military is drilled daily to follow a launch order immediately, without question. Only a far greater mutiny than we saw June 24 could prevent 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there have been dozens of computer and machine failures that brought us perilously close to mistaken nuclear launches over the decades, the </w:t>
      </w:r>
      <w:r>
        <w:rPr>
          <w:b w:val="0"/>
          <w:i w:val="0"/>
          <w:smallCaps w:val="0"/>
          <w:strike w:val="0"/>
          <w:sz w:val="22"/>
          <w:u w:val="single"/>
        </w:rPr>
        <w:t>weakest link in the nuclear command and control chain remains the humans who manage them. Many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these </w:t>
      </w:r>
      <w:r>
        <w:rPr>
          <w:b w:val="0"/>
          <w:i w:val="0"/>
          <w:smallCaps w:val="0"/>
          <w:strike w:val="0"/>
          <w:sz w:val="22"/>
          <w:u w:val="single"/>
        </w:rPr>
        <w:t>leaders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been </w:t>
      </w:r>
      <w:r>
        <w:rPr>
          <w:b w:val="0"/>
          <w:i w:val="0"/>
          <w:smallCaps w:val="0"/>
          <w:strike w:val="0"/>
          <w:sz w:val="22"/>
          <w:u w:val="single"/>
        </w:rPr>
        <w:t>considered mentally unbalanced</w:t>
      </w:r>
      <w:r>
        <w:rPr>
          <w:b w:val="0"/>
          <w:i w:val="0"/>
          <w:smallCaps w:val="0"/>
          <w:strike w:val="0"/>
          <w:sz w:val="16"/>
          <w:u w:val="none"/>
        </w:rPr>
        <w:t>, including in our country. It takes a committed optimist to believe that we can leave thousands of nuclear weapons in fallible human hands indefinitely and something terrible won’t happen.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Something terrible will happen</w:t>
      </w:r>
      <w:r>
        <w:rPr>
          <w:b w:val="0"/>
          <w:i w:val="0"/>
          <w:smallCaps w:val="0"/>
          <w:strike w:val="0"/>
          <w:sz w:val="16"/>
          <w:u w:val="none"/>
        </w:rPr>
        <w:t>. It just didn’t happen this time.</w:t>
      </w:r>
      <w:r>
        <w:rPr>
          <w:b w:val="0"/>
          <w:i w:val="0"/>
          <w:smallCaps w:val="0"/>
          <w:strike w:val="0"/>
          <w:color w:val="02141F"/>
          <w:sz w:val="16"/>
          <w:u w:val="none"/>
        </w:rPr>
        <w:t xml:space="preserve"> 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