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Sudan. 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Blaine 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[Tegan; a director of climate, environment &amp; conflict at the U.S. Institute of Peace; 06/21/2021; “Can the World Go Green Without Destabilizing Oil-Pumping Nations?”; USIP; https://www.usip.org/publications/2021/06/can-world-go-green-without-destabilizing-oil-pumping-nations] iman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Sudan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Sudan lost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three-quarters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 xml:space="preserve"> of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its </w:t>
      </w:r>
      <w:r>
        <w:rPr>
          <w:b w:val="0"/>
          <w:i w:val="0"/>
          <w:smallCaps w:val="0"/>
          <w:strike w:val="0"/>
          <w:sz w:val="16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South Sudan won independence in 2011.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oil rents withered,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main substitute revenue came from gold mining, which brought in far less money than oil. The decline forced the longtime ruler,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President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Omar al-Bashir, to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cut subsidies for food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commodities that the population had come to expect. Political also switched away from Bashir, who had largely controlled the oil rents, 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in favor of militias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controlled the gold mines, far from Khartoum. These changes left Bashir particularly vulnerable to dissent — from the top and the bottom — and contributed to his overthrow in 2019.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