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Oil peak is 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far away---Fracking and other new tech solved it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Conca 17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[James; a scientist in the field of the earth and environmental sciences; 03/03/2017; “No Peak Oil For America Or The World”; https://www.forbes.com/sites/jamesconca/2017/03/02/no-peak-oil-for-america-or-the-world/?sh=6875e2e34220]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Hubbert’s time, most of the conventional oil reserves had already been discovered. </w:t>
      </w:r>
      <w:r>
        <w:rPr>
          <w:b w:val="0"/>
          <w:i w:val="0"/>
          <w:smallCaps w:val="0"/>
          <w:strike w:val="0"/>
          <w:sz w:val="22"/>
          <w:u w:val="single"/>
        </w:rPr>
        <w:t>Hubbert went on to predict that U.S. production would peak in 1969, and it did appear to peak in 1970.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World reserves were supposed to peak around 2010 (see figure).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However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about 20 years ago,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industry </w:t>
      </w:r>
      <w:r>
        <w:rPr>
          <w:b w:val="0"/>
          <w:i w:val="0"/>
          <w:smallCaps w:val="0"/>
          <w:strike w:val="0"/>
          <w:sz w:val="22"/>
          <w:u w:val="single"/>
        </w:rPr>
        <w:t>really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leapt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forward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find oil and to extract it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Particularly fracking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changed everything.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BP’s Spencer Dale summed it up nicely,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every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barrel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consumed over the past 35 years,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two new barrels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have been discovered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And this shows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sign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slowing down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any 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soon</w:t>
      </w:r>
      <w:r>
        <w:rPr>
          <w:b w:val="0"/>
          <w:i w:val="0"/>
          <w:smallCaps w:val="0"/>
          <w:strike w:val="0"/>
          <w:sz w:val="22"/>
          <w:u w:val="single"/>
        </w:rPr>
        <w:t>. Peak oil has moved to a long time from now.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we talk about decreasing our fossil fuel use, it’s easy to forget that </w:t>
      </w:r>
      <w:r>
        <w:rPr>
          <w:b w:val="0"/>
          <w:i w:val="0"/>
          <w:smallCaps w:val="0"/>
          <w:strike w:val="0"/>
          <w:sz w:val="22"/>
          <w:u w:val="single"/>
        </w:rPr>
        <w:t>humans find it really hard not to use what they have a lot of.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we have a lot of oil. And gas. And coal. In fact, the United States has more oil, gas and coal together than any other country in the world.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