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 plans </w:t>
      </w:r>
      <w:r>
        <w:rPr>
          <w:b/>
          <w:i w:val="0"/>
          <w:smallCaps w:val="0"/>
          <w:strike w:val="0"/>
          <w:sz w:val="24"/>
          <w:u w:val="single"/>
        </w:rPr>
        <w:t>shift away</w:t>
      </w:r>
      <w:r>
        <w:rPr>
          <w:b/>
          <w:i w:val="0"/>
          <w:smallCaps w:val="0"/>
          <w:strike w:val="0"/>
          <w:sz w:val="24"/>
          <w:u w:val="none"/>
        </w:rPr>
        <w:t xml:space="preserve"> from oil causes the middle east to lose their </w:t>
      </w:r>
      <w:r>
        <w:rPr>
          <w:b/>
          <w:i w:val="0"/>
          <w:smallCaps w:val="0"/>
          <w:strike w:val="0"/>
          <w:sz w:val="24"/>
          <w:u w:val="single"/>
        </w:rPr>
        <w:t xml:space="preserve">biggest </w:t>
      </w:r>
      <w:r>
        <w:rPr>
          <w:b/>
          <w:i w:val="0"/>
          <w:smallCaps w:val="0"/>
          <w:strike w:val="0"/>
          <w:sz w:val="24"/>
          <w:u w:val="none"/>
        </w:rPr>
        <w:t xml:space="preserve">source of income. Edit tag (make more specific)  </w:t>
      </w:r>
    </w:p>
    <w:p>
      <w:pPr>
        <w:spacing w:after="80"/>
      </w:pPr>
      <w:r>
        <w:rPr>
          <w:b/>
          <w:i w:val="0"/>
          <w:smallCaps w:val="0"/>
          <w:strike w:val="0"/>
          <w:sz w:val="22"/>
          <w:u w:val="none"/>
        </w:rPr>
        <w:t>Alterman 21,</w:t>
      </w:r>
      <w:r>
        <w:rPr>
          <w:b w:val="0"/>
          <w:i w:val="0"/>
          <w:smallCaps w:val="0"/>
          <w:strike w:val="0"/>
          <w:sz w:val="16"/>
          <w:u w:val="none"/>
        </w:rPr>
        <w:t xml:space="preserve"> [John B; A Senior Vice President at Zbigniew Brzezinski Chair in Global Security and Geostrategy, and Director; Middle East Program; 08/09/21; “A New Revolution in the Middle East” https://www.csis.org/analysis/new-revolution-middle-east] iman</w:t>
      </w:r>
    </w:p>
    <w:p>
      <w:pPr>
        <w:spacing w:after="60"/>
      </w:pPr>
      <w:r>
        <w:rPr>
          <w:b w:val="0"/>
          <w:i w:val="0"/>
          <w:smallCaps w:val="0"/>
          <w:strike w:val="0"/>
          <w:sz w:val="12"/>
          <w:u w:val="none"/>
        </w:rPr>
        <w:t xml:space="preserve">No region of the world is more immersed in the consequences of global climate change than </w:t>
      </w:r>
      <w:r>
        <w:rPr>
          <w:b w:val="0"/>
          <w:i w:val="0"/>
          <w:smallCaps w:val="0"/>
          <w:strike w:val="0"/>
          <w:sz w:val="22"/>
          <w:u w:val="single"/>
        </w:rPr>
        <w:t xml:space="preserve">the </w:t>
      </w:r>
      <w:r>
        <w:rPr>
          <w:b/>
          <w:i w:val="0"/>
          <w:smallCaps w:val="0"/>
          <w:strike w:val="0"/>
          <w:sz w:val="22"/>
          <w:highlight w:val="cyan"/>
          <w:u w:val="single"/>
        </w:rPr>
        <w:t>Middle East</w:t>
      </w:r>
      <w:r>
        <w:rPr>
          <w:b w:val="0"/>
          <w:i w:val="0"/>
          <w:smallCaps w:val="0"/>
          <w:strike w:val="0"/>
          <w:sz w:val="12"/>
          <w:u w:val="none"/>
        </w:rPr>
        <w:t>. The region</w:t>
      </w:r>
      <w:r>
        <w:rPr>
          <w:b w:val="0"/>
          <w:i w:val="0"/>
          <w:smallCaps w:val="0"/>
          <w:strike w:val="0"/>
          <w:sz w:val="22"/>
          <w:u w:val="single"/>
        </w:rPr>
        <w:t xml:space="preserve"> </w:t>
      </w:r>
      <w:r>
        <w:rPr>
          <w:b w:val="0"/>
          <w:i w:val="0"/>
          <w:smallCaps w:val="0"/>
          <w:strike w:val="0"/>
          <w:sz w:val="22"/>
          <w:highlight w:val="cyan"/>
          <w:u w:val="single"/>
        </w:rPr>
        <w:t>accounts</w:t>
      </w:r>
      <w:r>
        <w:rPr>
          <w:b w:val="0"/>
          <w:i w:val="0"/>
          <w:smallCaps w:val="0"/>
          <w:strike w:val="0"/>
          <w:sz w:val="22"/>
          <w:u w:val="single"/>
        </w:rPr>
        <w:t xml:space="preserve"> </w:t>
      </w:r>
      <w:r>
        <w:rPr>
          <w:b w:val="0"/>
          <w:i w:val="0"/>
          <w:smallCaps w:val="0"/>
          <w:strike w:val="0"/>
          <w:sz w:val="12"/>
          <w:u w:val="none"/>
        </w:rPr>
        <w:t xml:space="preserve">for about </w:t>
      </w:r>
      <w:r>
        <w:rPr>
          <w:b w:val="0"/>
          <w:i w:val="0"/>
          <w:smallCaps w:val="0"/>
          <w:strike w:val="0"/>
          <w:sz w:val="22"/>
          <w:highlight w:val="cyan"/>
          <w:u w:val="single"/>
        </w:rPr>
        <w:t>30 percent</w:t>
      </w:r>
      <w:r>
        <w:rPr>
          <w:b w:val="0"/>
          <w:i w:val="0"/>
          <w:smallCaps w:val="0"/>
          <w:strike w:val="0"/>
          <w:sz w:val="22"/>
          <w:highlight w:val="cyan"/>
          <w:u w:val="single"/>
        </w:rPr>
        <w:t xml:space="preserve"> of </w:t>
      </w:r>
      <w:r>
        <w:rPr>
          <w:b/>
          <w:i w:val="0"/>
          <w:smallCaps w:val="0"/>
          <w:strike w:val="0"/>
          <w:sz w:val="22"/>
          <w:highlight w:val="cyan"/>
          <w:u w:val="single"/>
        </w:rPr>
        <w:t>global</w:t>
      </w:r>
      <w:r>
        <w:rPr>
          <w:b w:val="0"/>
          <w:i w:val="0"/>
          <w:smallCaps w:val="0"/>
          <w:strike w:val="0"/>
          <w:sz w:val="22"/>
          <w:highlight w:val="cyan"/>
          <w:u w:val="single"/>
        </w:rPr>
        <w:t xml:space="preserve"> oil production</w:t>
      </w:r>
      <w:r>
        <w:rPr>
          <w:b w:val="0"/>
          <w:i w:val="0"/>
          <w:smallCaps w:val="0"/>
          <w:strike w:val="0"/>
          <w:sz w:val="12"/>
          <w:u w:val="none"/>
        </w:rPr>
        <w:t xml:space="preserve">, </w:t>
      </w:r>
      <w:r>
        <w:rPr>
          <w:b w:val="0"/>
          <w:i w:val="0"/>
          <w:smallCaps w:val="0"/>
          <w:strike w:val="0"/>
          <w:sz w:val="22"/>
          <w:u w:val="single"/>
        </w:rPr>
        <w:t xml:space="preserve">and </w:t>
      </w:r>
      <w:r>
        <w:rPr>
          <w:b w:val="0"/>
          <w:i w:val="0"/>
          <w:smallCaps w:val="0"/>
          <w:strike w:val="0"/>
          <w:sz w:val="22"/>
          <w:u w:val="single"/>
        </w:rPr>
        <w:t>oil</w:t>
      </w:r>
      <w:r>
        <w:rPr>
          <w:b w:val="0"/>
          <w:i w:val="0"/>
          <w:smallCaps w:val="0"/>
          <w:strike w:val="0"/>
          <w:sz w:val="22"/>
          <w:u w:val="single"/>
        </w:rPr>
        <w:t xml:space="preserve"> </w:t>
      </w:r>
      <w:r>
        <w:rPr>
          <w:b/>
          <w:i w:val="0"/>
          <w:smallCaps w:val="0"/>
          <w:strike w:val="0"/>
          <w:sz w:val="22"/>
          <w:highlight w:val="cyan"/>
          <w:u w:val="single"/>
        </w:rPr>
        <w:t>rev</w:t>
      </w:r>
      <w:r>
        <w:rPr>
          <w:b w:val="0"/>
          <w:i w:val="0"/>
          <w:smallCaps w:val="0"/>
          <w:strike w:val="0"/>
          <w:sz w:val="22"/>
          <w:u w:val="single"/>
        </w:rPr>
        <w:t xml:space="preserve">enues </w:t>
      </w:r>
      <w:r>
        <w:rPr>
          <w:b w:val="0"/>
          <w:i w:val="0"/>
          <w:smallCaps w:val="0"/>
          <w:strike w:val="0"/>
          <w:sz w:val="22"/>
          <w:highlight w:val="cyan"/>
          <w:u w:val="single"/>
        </w:rPr>
        <w:t>drive government</w:t>
      </w:r>
      <w:r>
        <w:rPr>
          <w:b w:val="0"/>
          <w:i w:val="0"/>
          <w:smallCaps w:val="0"/>
          <w:strike w:val="0"/>
          <w:sz w:val="22"/>
          <w:u w:val="single"/>
        </w:rPr>
        <w:t xml:space="preserve"> rev</w:t>
      </w:r>
      <w:r>
        <w:rPr>
          <w:b w:val="0"/>
          <w:i w:val="0"/>
          <w:smallCaps w:val="0"/>
          <w:strike w:val="0"/>
          <w:sz w:val="22"/>
          <w:u w:val="single"/>
        </w:rPr>
        <w:t xml:space="preserve">enues </w:t>
      </w:r>
      <w:r>
        <w:rPr>
          <w:b w:val="0"/>
          <w:i w:val="0"/>
          <w:smallCaps w:val="0"/>
          <w:strike w:val="0"/>
          <w:sz w:val="22"/>
          <w:highlight w:val="cyan"/>
          <w:u w:val="single"/>
        </w:rPr>
        <w:t>in the region</w:t>
      </w:r>
      <w:r>
        <w:rPr>
          <w:b w:val="0"/>
          <w:i w:val="0"/>
          <w:smallCaps w:val="0"/>
          <w:strike w:val="0"/>
          <w:sz w:val="12"/>
          <w:u w:val="none"/>
        </w:rPr>
        <w:t>—either because the countries produce oil, or because the countries produce a labor force that works in oil-exporting countries</w:t>
      </w:r>
      <w:r>
        <w:rPr>
          <w:b w:val="0"/>
          <w:i w:val="0"/>
          <w:smallCaps w:val="0"/>
          <w:strike w:val="0"/>
          <w:sz w:val="22"/>
          <w:u w:val="single"/>
        </w:rPr>
        <w:t xml:space="preserve"> </w:t>
      </w:r>
      <w:r>
        <w:rPr>
          <w:b w:val="0"/>
          <w:i w:val="0"/>
          <w:smallCaps w:val="0"/>
          <w:strike w:val="0"/>
          <w:sz w:val="12"/>
          <w:u w:val="single"/>
        </w:rPr>
        <w:t>and sends money home</w:t>
      </w:r>
      <w:r>
        <w:rPr>
          <w:b w:val="0"/>
          <w:i w:val="0"/>
          <w:smallCaps w:val="0"/>
          <w:strike w:val="0"/>
          <w:sz w:val="12"/>
          <w:u w:val="none"/>
        </w:rPr>
        <w:t xml:space="preserve">. </w:t>
      </w:r>
      <w:r>
        <w:rPr>
          <w:b w:val="0"/>
          <w:i w:val="0"/>
          <w:smallCaps w:val="0"/>
          <w:strike w:val="0"/>
          <w:sz w:val="22"/>
          <w:highlight w:val="cyan"/>
          <w:u w:val="single"/>
        </w:rPr>
        <w:t xml:space="preserve">Because of </w:t>
      </w:r>
      <w:r>
        <w:rPr>
          <w:b/>
          <w:i w:val="0"/>
          <w:smallCaps w:val="0"/>
          <w:strike w:val="0"/>
          <w:sz w:val="22"/>
          <w:highlight w:val="cyan"/>
          <w:u w:val="single"/>
        </w:rPr>
        <w:t>oil</w:t>
      </w:r>
      <w:r>
        <w:rPr>
          <w:b w:val="0"/>
          <w:i w:val="0"/>
          <w:smallCaps w:val="0"/>
          <w:strike w:val="0"/>
          <w:sz w:val="22"/>
          <w:u w:val="single"/>
        </w:rPr>
        <w:t xml:space="preserve"> </w:t>
      </w:r>
      <w:r>
        <w:rPr>
          <w:b w:val="0"/>
          <w:i w:val="0"/>
          <w:smallCaps w:val="0"/>
          <w:strike w:val="0"/>
          <w:sz w:val="22"/>
          <w:u w:val="single"/>
        </w:rPr>
        <w:t>revenues</w:t>
      </w:r>
      <w:r>
        <w:rPr>
          <w:b/>
          <w:i w:val="0"/>
          <w:smallCaps w:val="0"/>
          <w:strike w:val="0"/>
          <w:sz w:val="12"/>
          <w:u w:val="none"/>
        </w:rPr>
        <w:t>,</w:t>
      </w:r>
      <w:r>
        <w:rPr>
          <w:b w:val="0"/>
          <w:i w:val="0"/>
          <w:smallCaps w:val="0"/>
          <w:strike w:val="0"/>
          <w:sz w:val="12"/>
          <w:u w:val="none"/>
        </w:rPr>
        <w:t xml:space="preserve"> </w:t>
      </w:r>
      <w:r>
        <w:rPr>
          <w:b w:val="0"/>
          <w:i w:val="0"/>
          <w:smallCaps w:val="0"/>
          <w:strike w:val="0"/>
          <w:sz w:val="22"/>
          <w:u w:val="single"/>
        </w:rPr>
        <w:t xml:space="preserve">Middle Eastern </w:t>
      </w:r>
      <w:r>
        <w:rPr>
          <w:b w:val="0"/>
          <w:i w:val="0"/>
          <w:smallCaps w:val="0"/>
          <w:strike w:val="0"/>
          <w:sz w:val="22"/>
          <w:highlight w:val="cyan"/>
          <w:u w:val="single"/>
        </w:rPr>
        <w:t xml:space="preserve">governments can </w:t>
      </w:r>
      <w:r>
        <w:rPr>
          <w:b/>
          <w:i w:val="0"/>
          <w:smallCaps w:val="0"/>
          <w:strike w:val="0"/>
          <w:sz w:val="22"/>
          <w:highlight w:val="cyan"/>
          <w:u w:val="single"/>
        </w:rPr>
        <w:t>afford</w:t>
      </w:r>
      <w:r>
        <w:rPr>
          <w:b w:val="0"/>
          <w:i w:val="0"/>
          <w:smallCaps w:val="0"/>
          <w:strike w:val="0"/>
          <w:sz w:val="22"/>
          <w:u w:val="single"/>
        </w:rPr>
        <w:t xml:space="preserve"> to employ </w:t>
      </w:r>
      <w:r>
        <w:rPr>
          <w:b w:val="0"/>
          <w:i w:val="0"/>
          <w:smallCaps w:val="0"/>
          <w:strike w:val="0"/>
          <w:sz w:val="22"/>
          <w:u w:val="single"/>
        </w:rPr>
        <w:t>large percentages</w:t>
      </w:r>
      <w:r>
        <w:rPr>
          <w:b w:val="0"/>
          <w:i w:val="0"/>
          <w:smallCaps w:val="0"/>
          <w:strike w:val="0"/>
          <w:sz w:val="22"/>
          <w:u w:val="single"/>
        </w:rPr>
        <w:t xml:space="preserve"> of their own populations, </w:t>
      </w:r>
      <w:r>
        <w:rPr>
          <w:b w:val="0"/>
          <w:i w:val="0"/>
          <w:smallCaps w:val="0"/>
          <w:strike w:val="0"/>
          <w:sz w:val="12"/>
          <w:u w:val="none"/>
        </w:rPr>
        <w:t xml:space="preserve">and they do. </w:t>
      </w:r>
      <w:r>
        <w:rPr>
          <w:b w:val="0"/>
          <w:i w:val="0"/>
          <w:smallCaps w:val="0"/>
          <w:strike w:val="0"/>
          <w:sz w:val="22"/>
          <w:highlight w:val="cyan"/>
          <w:u w:val="single"/>
        </w:rPr>
        <w:t>As</w:t>
      </w:r>
      <w:r>
        <w:rPr>
          <w:b w:val="0"/>
          <w:i w:val="0"/>
          <w:smallCaps w:val="0"/>
          <w:strike w:val="0"/>
          <w:sz w:val="22"/>
          <w:u w:val="single"/>
        </w:rPr>
        <w:t xml:space="preserve"> the </w:t>
      </w:r>
      <w:r>
        <w:rPr>
          <w:b w:val="0"/>
          <w:i w:val="0"/>
          <w:smallCaps w:val="0"/>
          <w:strike w:val="0"/>
          <w:sz w:val="22"/>
          <w:highlight w:val="cyan"/>
          <w:u w:val="single"/>
        </w:rPr>
        <w:t xml:space="preserve">world </w:t>
      </w:r>
      <w:r>
        <w:rPr>
          <w:b/>
          <w:i w:val="0"/>
          <w:smallCaps w:val="0"/>
          <w:strike w:val="0"/>
          <w:sz w:val="22"/>
          <w:highlight w:val="cyan"/>
          <w:u w:val="single"/>
        </w:rPr>
        <w:t>turns</w:t>
      </w:r>
      <w:r>
        <w:rPr>
          <w:b w:val="0"/>
          <w:i w:val="0"/>
          <w:smallCaps w:val="0"/>
          <w:strike w:val="0"/>
          <w:sz w:val="22"/>
          <w:u w:val="single"/>
        </w:rPr>
        <w:t xml:space="preserve"> away</w:t>
      </w:r>
      <w:r>
        <w:rPr>
          <w:b w:val="0"/>
          <w:i w:val="0"/>
          <w:smallCaps w:val="0"/>
          <w:strike w:val="0"/>
          <w:sz w:val="22"/>
          <w:u w:val="single"/>
        </w:rPr>
        <w:t xml:space="preserve"> </w:t>
      </w:r>
      <w:r>
        <w:rPr>
          <w:b w:val="0"/>
          <w:i w:val="0"/>
          <w:smallCaps w:val="0"/>
          <w:strike w:val="0"/>
          <w:sz w:val="22"/>
          <w:highlight w:val="cyan"/>
          <w:u w:val="single"/>
        </w:rPr>
        <w:t>from oil</w:t>
      </w:r>
      <w:r>
        <w:rPr>
          <w:b w:val="0"/>
          <w:i w:val="0"/>
          <w:smallCaps w:val="0"/>
          <w:strike w:val="0"/>
          <w:sz w:val="22"/>
          <w:u w:val="single"/>
        </w:rPr>
        <w:t xml:space="preserve"> </w:t>
      </w:r>
      <w:r>
        <w:rPr>
          <w:b w:val="0"/>
          <w:i w:val="0"/>
          <w:smallCaps w:val="0"/>
          <w:strike w:val="0"/>
          <w:sz w:val="12"/>
          <w:u w:val="single"/>
        </w:rPr>
        <w:t>as an</w:t>
      </w:r>
      <w:r>
        <w:rPr>
          <w:b w:val="0"/>
          <w:i w:val="0"/>
          <w:smallCaps w:val="0"/>
          <w:strike w:val="0"/>
          <w:sz w:val="22"/>
          <w:u w:val="single"/>
        </w:rPr>
        <w:t xml:space="preserve"> energy source, t</w:t>
      </w:r>
      <w:r>
        <w:rPr>
          <w:b w:val="0"/>
          <w:i w:val="0"/>
          <w:smallCaps w:val="0"/>
          <w:strike w:val="0"/>
          <w:sz w:val="22"/>
          <w:highlight w:val="cyan"/>
          <w:u w:val="single"/>
        </w:rPr>
        <w:t>he</w:t>
      </w:r>
      <w:r>
        <w:rPr>
          <w:b w:val="0"/>
          <w:i w:val="0"/>
          <w:smallCaps w:val="0"/>
          <w:strike w:val="0"/>
          <w:sz w:val="22"/>
          <w:u w:val="single"/>
        </w:rPr>
        <w:t xml:space="preserve"> </w:t>
      </w:r>
      <w:r>
        <w:rPr>
          <w:b w:val="0"/>
          <w:i w:val="0"/>
          <w:smallCaps w:val="0"/>
          <w:strike w:val="0"/>
          <w:sz w:val="22"/>
          <w:highlight w:val="cyan"/>
          <w:u w:val="single"/>
        </w:rPr>
        <w:t>economics</w:t>
      </w:r>
      <w:r>
        <w:rPr>
          <w:b w:val="0"/>
          <w:i w:val="0"/>
          <w:smallCaps w:val="0"/>
          <w:strike w:val="0"/>
          <w:sz w:val="22"/>
          <w:highlight w:val="cyan"/>
          <w:u w:val="single"/>
        </w:rPr>
        <w:t xml:space="preserve"> of the </w:t>
      </w:r>
      <w:r>
        <w:rPr>
          <w:b/>
          <w:i w:val="0"/>
          <w:smallCaps w:val="0"/>
          <w:strike w:val="0"/>
          <w:sz w:val="22"/>
          <w:highlight w:val="cyan"/>
          <w:u w:val="single"/>
        </w:rPr>
        <w:t>Middle East</w:t>
      </w:r>
      <w:r>
        <w:rPr>
          <w:b w:val="0"/>
          <w:i w:val="0"/>
          <w:smallCaps w:val="0"/>
          <w:strike w:val="0"/>
          <w:sz w:val="22"/>
          <w:highlight w:val="cyan"/>
          <w:u w:val="single"/>
        </w:rPr>
        <w:t xml:space="preserve"> </w:t>
      </w:r>
      <w:r>
        <w:rPr>
          <w:b w:val="0"/>
          <w:i w:val="0"/>
          <w:smallCaps w:val="0"/>
          <w:strike w:val="0"/>
          <w:sz w:val="22"/>
          <w:highlight w:val="cyan"/>
          <w:u w:val="single"/>
        </w:rPr>
        <w:t xml:space="preserve">will change </w:t>
      </w:r>
      <w:r>
        <w:rPr>
          <w:b/>
          <w:i w:val="0"/>
          <w:smallCaps w:val="0"/>
          <w:strike w:val="0"/>
          <w:sz w:val="22"/>
          <w:highlight w:val="cyan"/>
          <w:u w:val="single"/>
        </w:rPr>
        <w:t>profoundly</w:t>
      </w:r>
      <w:r>
        <w:rPr>
          <w:b w:val="0"/>
          <w:i w:val="0"/>
          <w:smallCaps w:val="0"/>
          <w:strike w:val="0"/>
          <w:sz w:val="22"/>
          <w:highlight w:val="cyan"/>
          <w:u w:val="single"/>
        </w:rPr>
        <w:t>.</w:t>
      </w:r>
    </w:p>
    <w:p>
      <w:pPr>
        <w:spacing w:after="60"/>
      </w:pPr>
      <w:r>
        <w:rPr>
          <w:b w:val="0"/>
          <w:i w:val="0"/>
          <w:smallCaps w:val="0"/>
          <w:strike w:val="0"/>
          <w:sz w:val="12"/>
          <w:u w:val="none"/>
        </w:rPr>
        <w:t>At the same time, the Middle East is subject to the consequences of climate change. The region is already desperately water poor—nine of the ten most water-poor countries are in the Middle East. Drought is pushing farmers off their land, the region’s many coastal cities are threatened by sea level rise, and rising summer temperatures increasingly combine with humidity to put human survival at risk.</w:t>
      </w:r>
    </w:p>
    <w:p>
      <w:pPr>
        <w:spacing w:after="60"/>
      </w:pPr>
      <w:r>
        <w:rPr>
          <w:b w:val="0"/>
          <w:i w:val="0"/>
          <w:smallCaps w:val="0"/>
          <w:strike w:val="0"/>
          <w:sz w:val="12"/>
          <w:u w:val="none"/>
        </w:rPr>
        <w:t>That is to say, the Middle East is embedded on both sides of the climate change issue. As global consumption patterns change, the Middle East will change profoundly; as the climate changes, the Middle East will change profoundly as well.</w:t>
      </w:r>
    </w:p>
    <w:p>
      <w:pPr>
        <w:spacing w:after="60"/>
      </w:pPr>
      <w:r>
        <w:rPr>
          <w:b w:val="0"/>
          <w:i w:val="0"/>
          <w:smallCaps w:val="0"/>
          <w:strike w:val="0"/>
          <w:sz w:val="12"/>
          <w:u w:val="none"/>
        </w:rPr>
        <w:t xml:space="preserve">While there is a lot we don’t understand, one of the important issues is pacing. To hear some people describe it, </w:t>
      </w:r>
      <w:r>
        <w:rPr>
          <w:b w:val="0"/>
          <w:i w:val="0"/>
          <w:smallCaps w:val="0"/>
          <w:strike w:val="0"/>
          <w:sz w:val="22"/>
          <w:u w:val="single"/>
        </w:rPr>
        <w:t xml:space="preserve">the global </w:t>
      </w:r>
      <w:r>
        <w:rPr>
          <w:b/>
          <w:i w:val="0"/>
          <w:smallCaps w:val="0"/>
          <w:strike w:val="0"/>
          <w:sz w:val="22"/>
          <w:highlight w:val="cyan"/>
          <w:u w:val="single"/>
        </w:rPr>
        <w:t>energy transition</w:t>
      </w:r>
      <w:r>
        <w:rPr>
          <w:b w:val="0"/>
          <w:i w:val="0"/>
          <w:smallCaps w:val="0"/>
          <w:strike w:val="0"/>
          <w:sz w:val="22"/>
          <w:u w:val="single"/>
        </w:rPr>
        <w:t xml:space="preserve"> is nigh.</w:t>
      </w:r>
      <w:r>
        <w:rPr>
          <w:b w:val="0"/>
          <w:i w:val="0"/>
          <w:smallCaps w:val="0"/>
          <w:strike w:val="0"/>
          <w:sz w:val="12"/>
          <w:u w:val="none"/>
        </w:rPr>
        <w:t xml:space="preserve"> Widespread awareness of climate change has galvanized consumers and governments alike to get serious about abandoning hydrocarbons. The </w:t>
      </w:r>
      <w:r>
        <w:rPr>
          <w:b w:val="0"/>
          <w:i w:val="0"/>
          <w:smallCaps w:val="0"/>
          <w:strike w:val="0"/>
          <w:sz w:val="22"/>
          <w:u w:val="single"/>
        </w:rPr>
        <w:t>financial world has read the new sentiment and pivoted away from oil and gas.</w:t>
      </w:r>
      <w:r>
        <w:rPr>
          <w:b w:val="0"/>
          <w:i w:val="0"/>
          <w:smallCaps w:val="0"/>
          <w:strike w:val="0"/>
          <w:sz w:val="12"/>
          <w:u w:val="none"/>
        </w:rPr>
        <w:t xml:space="preserve"> </w:t>
      </w:r>
      <w:r>
        <w:rPr>
          <w:b w:val="0"/>
          <w:i w:val="0"/>
          <w:smallCaps w:val="0"/>
          <w:strike w:val="0"/>
          <w:sz w:val="22"/>
          <w:highlight w:val="cyan"/>
          <w:u w:val="single"/>
        </w:rPr>
        <w:t xml:space="preserve">Investors are now pouring </w:t>
      </w:r>
      <w:r>
        <w:rPr>
          <w:b/>
          <w:i w:val="0"/>
          <w:smallCaps w:val="0"/>
          <w:strike w:val="0"/>
          <w:sz w:val="22"/>
          <w:highlight w:val="cyan"/>
          <w:u w:val="single"/>
        </w:rPr>
        <w:t>billions</w:t>
      </w:r>
      <w:r>
        <w:rPr>
          <w:b w:val="0"/>
          <w:i w:val="0"/>
          <w:smallCaps w:val="0"/>
          <w:strike w:val="0"/>
          <w:sz w:val="22"/>
          <w:highlight w:val="cyan"/>
          <w:u w:val="single"/>
        </w:rPr>
        <w:t xml:space="preserve"> into </w:t>
      </w:r>
      <w:r>
        <w:rPr>
          <w:b/>
          <w:i w:val="0"/>
          <w:smallCaps w:val="0"/>
          <w:strike w:val="0"/>
          <w:sz w:val="22"/>
          <w:highlight w:val="cyan"/>
          <w:u w:val="single"/>
        </w:rPr>
        <w:t>renewables</w:t>
      </w:r>
      <w:r>
        <w:rPr>
          <w:b/>
          <w:i w:val="0"/>
          <w:smallCaps w:val="0"/>
          <w:strike w:val="0"/>
          <w:sz w:val="22"/>
          <w:u w:val="single"/>
        </w:rPr>
        <w:t>,</w:t>
      </w:r>
      <w:r>
        <w:rPr>
          <w:b w:val="0"/>
          <w:i w:val="0"/>
          <w:smallCaps w:val="0"/>
          <w:strike w:val="0"/>
          <w:sz w:val="12"/>
          <w:u w:val="none"/>
        </w:rPr>
        <w:t xml:space="preserve"> and China sees renewable energy as a national security imperative. Soon, </w:t>
      </w:r>
      <w:r>
        <w:rPr>
          <w:b w:val="0"/>
          <w:i w:val="0"/>
          <w:smallCaps w:val="0"/>
          <w:strike w:val="0"/>
          <w:sz w:val="22"/>
          <w:u w:val="single"/>
        </w:rPr>
        <w:t>oil production</w:t>
      </w:r>
      <w:r>
        <w:rPr>
          <w:b w:val="0"/>
          <w:i w:val="0"/>
          <w:smallCaps w:val="0"/>
          <w:strike w:val="0"/>
          <w:sz w:val="22"/>
          <w:u w:val="single"/>
        </w:rPr>
        <w:t xml:space="preserve"> </w:t>
      </w:r>
      <w:r>
        <w:rPr>
          <w:b w:val="0"/>
          <w:i w:val="0"/>
          <w:smallCaps w:val="0"/>
          <w:strike w:val="0"/>
          <w:sz w:val="22"/>
          <w:highlight w:val="cyan"/>
          <w:u w:val="single"/>
        </w:rPr>
        <w:t>will outstrip demand</w:t>
      </w:r>
      <w:r>
        <w:rPr>
          <w:b w:val="0"/>
          <w:i w:val="0"/>
          <w:smallCaps w:val="0"/>
          <w:strike w:val="0"/>
          <w:sz w:val="12"/>
          <w:u w:val="none"/>
        </w:rPr>
        <w:t xml:space="preserve">, </w:t>
      </w:r>
      <w:r>
        <w:rPr>
          <w:b w:val="0"/>
          <w:i w:val="0"/>
          <w:smallCaps w:val="0"/>
          <w:strike w:val="0"/>
          <w:sz w:val="22"/>
          <w:u w:val="single"/>
        </w:rPr>
        <w:t xml:space="preserve">and </w:t>
      </w:r>
      <w:r>
        <w:rPr>
          <w:b w:val="0"/>
          <w:i w:val="0"/>
          <w:smallCaps w:val="0"/>
          <w:strike w:val="0"/>
          <w:sz w:val="22"/>
          <w:highlight w:val="cyan"/>
          <w:u w:val="single"/>
        </w:rPr>
        <w:t xml:space="preserve">as </w:t>
      </w:r>
      <w:r>
        <w:rPr>
          <w:b/>
          <w:i w:val="0"/>
          <w:smallCaps w:val="0"/>
          <w:strike w:val="0"/>
          <w:sz w:val="22"/>
          <w:highlight w:val="cyan"/>
          <w:u w:val="single"/>
        </w:rPr>
        <w:t>prices fall</w:t>
      </w:r>
      <w:r>
        <w:rPr>
          <w:b w:val="0"/>
          <w:i w:val="0"/>
          <w:smallCaps w:val="0"/>
          <w:strike w:val="0"/>
          <w:sz w:val="22"/>
          <w:u w:val="single"/>
        </w:rPr>
        <w:t>,</w:t>
      </w:r>
      <w:r>
        <w:rPr>
          <w:b w:val="0"/>
          <w:i w:val="0"/>
          <w:smallCaps w:val="0"/>
          <w:strike w:val="0"/>
          <w:sz w:val="22"/>
          <w:u w:val="single"/>
        </w:rPr>
        <w:t xml:space="preserve"> producers will produce </w:t>
      </w:r>
      <w:r>
        <w:rPr>
          <w:b w:val="0"/>
          <w:i w:val="0"/>
          <w:smallCaps w:val="0"/>
          <w:strike w:val="0"/>
          <w:sz w:val="12"/>
          <w:u w:val="single"/>
        </w:rPr>
        <w:t xml:space="preserve">even </w:t>
      </w:r>
      <w:r>
        <w:rPr>
          <w:b w:val="0"/>
          <w:i w:val="0"/>
          <w:smallCaps w:val="0"/>
          <w:strike w:val="0"/>
          <w:sz w:val="22"/>
          <w:u w:val="single"/>
        </w:rPr>
        <w:t xml:space="preserve">more to make up for lower volumes, </w:t>
      </w:r>
      <w:r>
        <w:rPr>
          <w:b w:val="0"/>
          <w:i w:val="0"/>
          <w:smallCaps w:val="0"/>
          <w:strike w:val="0"/>
          <w:sz w:val="12"/>
          <w:u w:val="single"/>
        </w:rPr>
        <w:t>suppressing prices</w:t>
      </w:r>
      <w:r>
        <w:rPr>
          <w:b w:val="0"/>
          <w:i w:val="0"/>
          <w:smallCaps w:val="0"/>
          <w:strike w:val="0"/>
          <w:sz w:val="22"/>
          <w:u w:val="single"/>
        </w:rPr>
        <w:t xml:space="preserve"> still further. Oil </w:t>
      </w:r>
      <w:r>
        <w:rPr>
          <w:b w:val="0"/>
          <w:i w:val="0"/>
          <w:smallCaps w:val="0"/>
          <w:strike w:val="0"/>
          <w:sz w:val="22"/>
          <w:highlight w:val="cyan"/>
          <w:u w:val="single"/>
        </w:rPr>
        <w:t xml:space="preserve">prices are going to drop off a </w:t>
      </w:r>
      <w:r>
        <w:rPr>
          <w:b/>
          <w:i w:val="0"/>
          <w:smallCaps w:val="0"/>
          <w:strike w:val="0"/>
          <w:sz w:val="22"/>
          <w:highlight w:val="cyan"/>
          <w:u w:val="single"/>
        </w:rPr>
        <w:t>cliff</w:t>
      </w:r>
      <w:r>
        <w:rPr>
          <w:b w:val="0"/>
          <w:i w:val="0"/>
          <w:smallCaps w:val="0"/>
          <w:strike w:val="0"/>
          <w:sz w:val="22"/>
          <w:u w:val="single"/>
        </w:rPr>
        <w:t>.</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