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Nuclear war </w:t>
      </w:r>
      <w:r>
        <w:rPr>
          <w:b w:val="0"/>
          <w:i w:val="0"/>
          <w:smallCaps w:val="0"/>
          <w:strike w:val="0"/>
          <w:sz w:val="26"/>
          <w:u w:val="single"/>
        </w:rPr>
        <w:t>escalates</w:t>
      </w:r>
      <w:r>
        <w:rPr>
          <w:b w:val="0"/>
          <w:i w:val="0"/>
          <w:smallCaps w:val="0"/>
          <w:strike w:val="0"/>
          <w:sz w:val="26"/>
          <w:u w:val="none"/>
        </w:rPr>
        <w:t xml:space="preserve"> and causes </w:t>
      </w:r>
      <w:r>
        <w:rPr>
          <w:b w:val="0"/>
          <w:i w:val="0"/>
          <w:smallCaps w:val="0"/>
          <w:strike w:val="0"/>
          <w:sz w:val="26"/>
          <w:u w:val="single"/>
        </w:rPr>
        <w:t>extinction</w:t>
      </w:r>
      <w:r>
        <w:rPr>
          <w:b w:val="0"/>
          <w:i w:val="0"/>
          <w:smallCaps w:val="0"/>
          <w:strike w:val="0"/>
          <w:sz w:val="26"/>
          <w:u w:val="none"/>
        </w:rPr>
        <w:t>---best models</w:t>
      </w:r>
    </w:p>
    <w:p>
      <w:pPr>
        <w:spacing w:after="80"/>
      </w:pPr>
      <w:r>
        <w:rPr>
          <w:b w:val="0"/>
          <w:i w:val="0"/>
          <w:smallCaps w:val="0"/>
          <w:strike w:val="0"/>
          <w:u w:val="none"/>
        </w:rPr>
        <w:t xml:space="preserve">Paul N. </w:t>
      </w:r>
      <w:r>
        <w:rPr>
          <w:b/>
          <w:i w:val="0"/>
          <w:smallCaps w:val="0"/>
          <w:strike w:val="0"/>
          <w:sz w:val="26"/>
          <w:u w:val="none"/>
        </w:rPr>
        <w:t>Edwards 17</w:t>
      </w:r>
      <w:r>
        <w:rPr>
          <w:b w:val="0"/>
          <w:i w:val="0"/>
          <w:smallCaps w:val="0"/>
          <w:strike w:val="0"/>
          <w:u w:val="none"/>
        </w:rPr>
        <w:t xml:space="preserve">, CISAC’s William J. Perry Fellow in International Security at Stanford’s Freeman </w:t>
      </w:r>
      <w:r>
        <w:rPr>
          <w:b w:val="0"/>
          <w:i w:val="0"/>
          <w:smallCaps w:val="0"/>
          <w:strike w:val="0"/>
          <w:u w:val="none"/>
        </w:rPr>
        <w:t>Spogli</w:t>
      </w:r>
      <w:r>
        <w:rPr>
          <w:b w:val="0"/>
          <w:i w:val="0"/>
          <w:smallCaps w:val="0"/>
          <w:strike w:val="0"/>
          <w:u w:val="none"/>
        </w:rPr>
        <w:t xml:space="preserve"> Institute for International Studies. Being Interviewed by </w:t>
      </w:r>
      <w:r>
        <w:rPr>
          <w:b w:val="0"/>
          <w:i w:val="0"/>
          <w:smallCaps w:val="0"/>
          <w:strike w:val="0"/>
          <w:u w:val="none"/>
        </w:rPr>
        <w:t>EarthSky</w:t>
      </w:r>
      <w:r>
        <w:rPr>
          <w:b w:val="0"/>
          <w:i w:val="0"/>
          <w:smallCaps w:val="0"/>
          <w:strike w:val="0"/>
          <w:u w:val="none"/>
        </w:rPr>
        <w:t xml:space="preserve">, “How Nuclear War Would Affect Earth’s Climate”, 9-8, earthsky.org/human-world/how-nuclear-war-would-affect-earths-climate] </w:t>
      </w:r>
    </w:p>
    <w:p>
      <w:pPr>
        <w:spacing w:after="60"/>
      </w:pPr>
      <w:r>
        <w:rPr>
          <w:b w:val="0"/>
          <w:i w:val="0"/>
          <w:smallCaps w:val="0"/>
          <w:strike w:val="0"/>
          <w:u w:val="none"/>
        </w:rPr>
        <w:t>In the nuclear conversation, what are we not talking about that we should be?</w:t>
      </w:r>
    </w:p>
    <w:p>
      <w:pPr>
        <w:spacing w:after="60"/>
      </w:pPr>
      <w:r>
        <w:rPr>
          <w:b w:val="0"/>
          <w:i w:val="0"/>
          <w:smallCaps w:val="0"/>
          <w:strike w:val="0"/>
          <w:u w:val="single"/>
        </w:rPr>
        <w:t xml:space="preserve">We are </w:t>
      </w:r>
      <w:r>
        <w:rPr>
          <w:b/>
          <w:i w:val="0"/>
          <w:smallCaps w:val="0"/>
          <w:strike w:val="0"/>
          <w:sz w:val="22"/>
          <w:u w:val="single"/>
        </w:rPr>
        <w:t>not talking enough</w:t>
      </w:r>
      <w:r>
        <w:rPr>
          <w:b w:val="0"/>
          <w:i w:val="0"/>
          <w:smallCaps w:val="0"/>
          <w:strike w:val="0"/>
          <w:u w:val="single"/>
        </w:rPr>
        <w:t xml:space="preserve"> about the </w:t>
      </w:r>
      <w:r>
        <w:rPr>
          <w:b/>
          <w:i w:val="0"/>
          <w:smallCaps w:val="0"/>
          <w:strike w:val="0"/>
          <w:sz w:val="22"/>
          <w:highlight w:val="cyan"/>
          <w:u w:val="single"/>
        </w:rPr>
        <w:t>climatic effects</w:t>
      </w:r>
      <w:r>
        <w:rPr>
          <w:b w:val="0"/>
          <w:i w:val="0"/>
          <w:smallCaps w:val="0"/>
          <w:strike w:val="0"/>
          <w:highlight w:val="cyan"/>
          <w:u w:val="single"/>
        </w:rPr>
        <w:t xml:space="preserve"> of </w:t>
      </w:r>
      <w:r>
        <w:rPr>
          <w:b/>
          <w:i w:val="0"/>
          <w:smallCaps w:val="0"/>
          <w:strike w:val="0"/>
          <w:sz w:val="22"/>
          <w:highlight w:val="cyan"/>
          <w:u w:val="single"/>
        </w:rPr>
        <w:t>nuclear war</w:t>
      </w:r>
      <w:r>
        <w:rPr>
          <w:b w:val="0"/>
          <w:i w:val="0"/>
          <w:smallCaps w:val="0"/>
          <w:strike w:val="0"/>
          <w:u w:val="none"/>
        </w:rPr>
        <w:t>.</w:t>
      </w:r>
    </w:p>
    <w:p>
      <w:pPr>
        <w:spacing w:after="60"/>
      </w:pPr>
      <w:r>
        <w:rPr>
          <w:b w:val="0"/>
          <w:i w:val="0"/>
          <w:smallCaps w:val="0"/>
          <w:strike w:val="0"/>
          <w:u w:val="none"/>
        </w:rPr>
        <w:t xml:space="preserve">The “nuclear winter” theory of the mid-1980s played a significant role in the arms reductions of that period. But with the collapse of the Soviet Union and the reduction of U.S. and Russian nuclear arsenals, </w:t>
      </w:r>
      <w:r>
        <w:rPr>
          <w:b w:val="0"/>
          <w:i w:val="0"/>
          <w:smallCaps w:val="0"/>
          <w:strike w:val="0"/>
          <w:u w:val="single"/>
        </w:rPr>
        <w:t xml:space="preserve">this aspect of nuclear war has </w:t>
      </w:r>
      <w:r>
        <w:rPr>
          <w:b/>
          <w:i w:val="0"/>
          <w:smallCaps w:val="0"/>
          <w:strike w:val="0"/>
          <w:sz w:val="22"/>
          <w:highlight w:val="cyan"/>
          <w:u w:val="single"/>
        </w:rPr>
        <w:t>faded</w:t>
      </w:r>
      <w:r>
        <w:rPr>
          <w:b/>
          <w:i w:val="0"/>
          <w:smallCaps w:val="0"/>
          <w:strike w:val="0"/>
          <w:sz w:val="22"/>
          <w:u w:val="single"/>
        </w:rPr>
        <w:t xml:space="preserve"> from view</w:t>
      </w:r>
      <w:r>
        <w:rPr>
          <w:b w:val="0"/>
          <w:i w:val="0"/>
          <w:smallCaps w:val="0"/>
          <w:strike w:val="0"/>
          <w:u w:val="single"/>
        </w:rPr>
        <w:t xml:space="preserve">. That’s </w:t>
      </w:r>
      <w:r>
        <w:rPr>
          <w:b/>
          <w:i w:val="0"/>
          <w:smallCaps w:val="0"/>
          <w:strike w:val="0"/>
          <w:sz w:val="22"/>
          <w:u w:val="single"/>
        </w:rPr>
        <w:t>not good</w:t>
      </w:r>
      <w:r>
        <w:rPr>
          <w:b w:val="0"/>
          <w:i w:val="0"/>
          <w:smallCaps w:val="0"/>
          <w:strike w:val="0"/>
          <w:u w:val="none"/>
        </w:rPr>
        <w:t xml:space="preserve">. </w:t>
      </w:r>
      <w:r>
        <w:rPr>
          <w:b w:val="0"/>
          <w:i w:val="0"/>
          <w:smallCaps w:val="0"/>
          <w:strike w:val="0"/>
          <w:u w:val="single"/>
        </w:rPr>
        <w:t xml:space="preserve">In the mid-2000s, climate </w:t>
      </w:r>
      <w:r>
        <w:rPr>
          <w:b w:val="0"/>
          <w:i w:val="0"/>
          <w:smallCaps w:val="0"/>
          <w:strike w:val="0"/>
          <w:highlight w:val="cyan"/>
          <w:u w:val="single"/>
        </w:rPr>
        <w:t>scientists</w:t>
      </w:r>
      <w:r>
        <w:rPr>
          <w:b w:val="0"/>
          <w:i w:val="0"/>
          <w:smallCaps w:val="0"/>
          <w:strike w:val="0"/>
          <w:u w:val="none"/>
        </w:rPr>
        <w:t xml:space="preserve"> such as Alan Robock (Rutgers) </w:t>
      </w:r>
      <w:r>
        <w:rPr>
          <w:b w:val="0"/>
          <w:i w:val="0"/>
          <w:smallCaps w:val="0"/>
          <w:strike w:val="0"/>
          <w:highlight w:val="cyan"/>
          <w:u w:val="single"/>
        </w:rPr>
        <w:t xml:space="preserve">took </w:t>
      </w:r>
      <w:r>
        <w:rPr>
          <w:b/>
          <w:i w:val="0"/>
          <w:smallCaps w:val="0"/>
          <w:strike w:val="0"/>
          <w:sz w:val="22"/>
          <w:highlight w:val="cyan"/>
          <w:u w:val="single"/>
        </w:rPr>
        <w:t>another look</w:t>
      </w:r>
      <w:r>
        <w:rPr>
          <w:b w:val="0"/>
          <w:i w:val="0"/>
          <w:smallCaps w:val="0"/>
          <w:strike w:val="0"/>
          <w:u w:val="single"/>
        </w:rPr>
        <w:t xml:space="preserve"> at nuclear winter theory. This time around, </w:t>
      </w:r>
      <w:r>
        <w:rPr>
          <w:b w:val="0"/>
          <w:i w:val="0"/>
          <w:smallCaps w:val="0"/>
          <w:strike w:val="0"/>
          <w:highlight w:val="cyan"/>
          <w:u w:val="single"/>
        </w:rPr>
        <w:t>they used much-</w:t>
      </w:r>
      <w:r>
        <w:rPr>
          <w:b/>
          <w:i w:val="0"/>
          <w:smallCaps w:val="0"/>
          <w:strike w:val="0"/>
          <w:sz w:val="22"/>
          <w:highlight w:val="cyan"/>
          <w:u w:val="single"/>
        </w:rPr>
        <w:t>improved</w:t>
      </w:r>
      <w:r>
        <w:rPr>
          <w:b w:val="0"/>
          <w:i w:val="0"/>
          <w:smallCaps w:val="0"/>
          <w:strike w:val="0"/>
          <w:u w:val="single"/>
        </w:rPr>
        <w:t xml:space="preserve"> and much more detailed </w:t>
      </w:r>
      <w:r>
        <w:rPr>
          <w:b/>
          <w:i w:val="0"/>
          <w:smallCaps w:val="0"/>
          <w:strike w:val="0"/>
          <w:sz w:val="22"/>
          <w:u w:val="single"/>
        </w:rPr>
        <w:t xml:space="preserve">climate </w:t>
      </w:r>
      <w:r>
        <w:rPr>
          <w:b/>
          <w:i w:val="0"/>
          <w:smallCaps w:val="0"/>
          <w:strike w:val="0"/>
          <w:sz w:val="22"/>
          <w:highlight w:val="cyan"/>
          <w:u w:val="single"/>
        </w:rPr>
        <w:t>models</w:t>
      </w:r>
      <w:r>
        <w:rPr>
          <w:b w:val="0"/>
          <w:i w:val="0"/>
          <w:smallCaps w:val="0"/>
          <w:strike w:val="0"/>
          <w:u w:val="single"/>
        </w:rPr>
        <w:t xml:space="preserve"> than those available 20 years earlier</w:t>
      </w:r>
      <w:r>
        <w:rPr>
          <w:b w:val="0"/>
          <w:i w:val="0"/>
          <w:smallCaps w:val="0"/>
          <w:strike w:val="0"/>
          <w:u w:val="none"/>
        </w:rPr>
        <w:t>. They also tested the potential effects of smaller nuclear exchanges.</w:t>
      </w:r>
    </w:p>
    <w:p>
      <w:pPr>
        <w:spacing w:after="60"/>
      </w:pPr>
      <w:r>
        <w:rPr>
          <w:b w:val="0"/>
          <w:i w:val="0"/>
          <w:smallCaps w:val="0"/>
          <w:strike w:val="0"/>
          <w:u w:val="none"/>
        </w:rPr>
        <w:t xml:space="preserve">The result: an exchange involving just 50 nuclear weapons — the kind of thing we might see in an India-Pakistan war, for example — could loft 5 billion kilograms of smoke, soot and dust high into the stratosphere. That’s enough to cool the entire planet by about 2 degrees Fahrenheit (1.25 degrees Celsius) — about where we were during the Little Ice Age of the 17th century. Growing seasons could be shortened enough to create really significant food shortages. </w:t>
      </w:r>
      <w:r>
        <w:rPr>
          <w:b w:val="0"/>
          <w:i w:val="0"/>
          <w:smallCaps w:val="0"/>
          <w:strike w:val="0"/>
          <w:u w:val="none"/>
        </w:rPr>
        <w:t>So</w:t>
      </w:r>
      <w:r>
        <w:rPr>
          <w:b w:val="0"/>
          <w:i w:val="0"/>
          <w:smallCaps w:val="0"/>
          <w:strike w:val="0"/>
          <w:u w:val="none"/>
        </w:rPr>
        <w:t xml:space="preserve"> the climatic effects of even a relatively small nuclear war would be planet-wide.</w:t>
      </w:r>
    </w:p>
    <w:p>
      <w:pPr>
        <w:spacing w:after="60"/>
      </w:pPr>
      <w:r>
        <w:rPr>
          <w:b w:val="0"/>
          <w:i w:val="0"/>
          <w:smallCaps w:val="0"/>
          <w:strike w:val="0"/>
          <w:u w:val="none"/>
        </w:rPr>
        <w:t>What about a larger-scale conflict?</w:t>
      </w:r>
    </w:p>
    <w:p>
      <w:pPr>
        <w:spacing w:after="60"/>
      </w:pPr>
      <w:r>
        <w:rPr>
          <w:b w:val="0"/>
          <w:i w:val="0"/>
          <w:smallCaps w:val="0"/>
          <w:strike w:val="0"/>
          <w:u w:val="none"/>
        </w:rPr>
        <w:t xml:space="preserve">A </w:t>
      </w:r>
      <w:r>
        <w:rPr>
          <w:b w:val="0"/>
          <w:i w:val="0"/>
          <w:smallCaps w:val="0"/>
          <w:strike w:val="0"/>
          <w:u w:val="single"/>
        </w:rPr>
        <w:t>U.S.-</w:t>
      </w:r>
      <w:r>
        <w:rPr>
          <w:b/>
          <w:i w:val="0"/>
          <w:smallCaps w:val="0"/>
          <w:strike w:val="0"/>
          <w:sz w:val="22"/>
          <w:u w:val="single"/>
        </w:rPr>
        <w:t>Russia</w:t>
      </w:r>
      <w:r>
        <w:rPr>
          <w:b w:val="0"/>
          <w:i w:val="0"/>
          <w:smallCaps w:val="0"/>
          <w:strike w:val="0"/>
          <w:u w:val="single"/>
        </w:rPr>
        <w:t xml:space="preserve"> war currently seems unlikely, but if it were to occur, </w:t>
      </w:r>
      <w:r>
        <w:rPr>
          <w:b/>
          <w:i w:val="0"/>
          <w:smallCaps w:val="0"/>
          <w:strike w:val="0"/>
          <w:sz w:val="22"/>
          <w:u w:val="single"/>
        </w:rPr>
        <w:t>hundreds</w:t>
      </w:r>
      <w:r>
        <w:rPr>
          <w:b w:val="0"/>
          <w:i w:val="0"/>
          <w:smallCaps w:val="0"/>
          <w:strike w:val="0"/>
          <w:u w:val="single"/>
        </w:rPr>
        <w:t xml:space="preserve"> or even </w:t>
      </w:r>
      <w:r>
        <w:rPr>
          <w:b/>
          <w:i w:val="0"/>
          <w:smallCaps w:val="0"/>
          <w:strike w:val="0"/>
          <w:sz w:val="22"/>
          <w:highlight w:val="cyan"/>
          <w:u w:val="single"/>
        </w:rPr>
        <w:t>thousands</w:t>
      </w:r>
      <w:r>
        <w:rPr>
          <w:b w:val="0"/>
          <w:i w:val="0"/>
          <w:smallCaps w:val="0"/>
          <w:strike w:val="0"/>
          <w:highlight w:val="cyan"/>
          <w:u w:val="single"/>
        </w:rPr>
        <w:t xml:space="preserve"> of</w:t>
      </w:r>
      <w:r>
        <w:rPr>
          <w:b w:val="0"/>
          <w:i w:val="0"/>
          <w:smallCaps w:val="0"/>
          <w:strike w:val="0"/>
          <w:u w:val="single"/>
        </w:rPr>
        <w:t xml:space="preserve"> </w:t>
      </w:r>
      <w:r>
        <w:rPr>
          <w:b/>
          <w:i w:val="0"/>
          <w:smallCaps w:val="0"/>
          <w:strike w:val="0"/>
          <w:sz w:val="22"/>
          <w:u w:val="single"/>
        </w:rPr>
        <w:t xml:space="preserve">nuclear </w:t>
      </w:r>
      <w:r>
        <w:rPr>
          <w:b/>
          <w:i w:val="0"/>
          <w:smallCaps w:val="0"/>
          <w:strike w:val="0"/>
          <w:sz w:val="22"/>
          <w:highlight w:val="cyan"/>
          <w:u w:val="single"/>
        </w:rPr>
        <w:t>weapons</w:t>
      </w:r>
      <w:r>
        <w:rPr>
          <w:b w:val="0"/>
          <w:i w:val="0"/>
          <w:smallCaps w:val="0"/>
          <w:strike w:val="0"/>
          <w:highlight w:val="cyan"/>
          <w:u w:val="single"/>
        </w:rPr>
        <w:t xml:space="preserve"> might be launched</w:t>
      </w:r>
      <w:r>
        <w:rPr>
          <w:b w:val="0"/>
          <w:i w:val="0"/>
          <w:smallCaps w:val="0"/>
          <w:strike w:val="0"/>
          <w:u w:val="none"/>
        </w:rPr>
        <w:t xml:space="preserve">. </w:t>
      </w:r>
      <w:r>
        <w:rPr>
          <w:b w:val="0"/>
          <w:i w:val="0"/>
          <w:smallCaps w:val="0"/>
          <w:strike w:val="0"/>
          <w:u w:val="single"/>
        </w:rPr>
        <w:t xml:space="preserve">The </w:t>
      </w:r>
      <w:r>
        <w:rPr>
          <w:b/>
          <w:i w:val="0"/>
          <w:smallCaps w:val="0"/>
          <w:strike w:val="0"/>
          <w:sz w:val="22"/>
          <w:u w:val="single"/>
        </w:rPr>
        <w:t xml:space="preserve">climatic </w:t>
      </w:r>
      <w:r>
        <w:rPr>
          <w:b/>
          <w:i w:val="0"/>
          <w:smallCaps w:val="0"/>
          <w:strike w:val="0"/>
          <w:sz w:val="22"/>
          <w:highlight w:val="cyan"/>
          <w:u w:val="single"/>
        </w:rPr>
        <w:t>consequences</w:t>
      </w:r>
      <w:r>
        <w:rPr>
          <w:b w:val="0"/>
          <w:i w:val="0"/>
          <w:smallCaps w:val="0"/>
          <w:strike w:val="0"/>
          <w:highlight w:val="cyan"/>
          <w:u w:val="single"/>
        </w:rPr>
        <w:t xml:space="preserve"> would be </w:t>
      </w:r>
      <w:r>
        <w:rPr>
          <w:b/>
          <w:i w:val="0"/>
          <w:smallCaps w:val="0"/>
          <w:strike w:val="0"/>
          <w:sz w:val="22"/>
          <w:highlight w:val="cyan"/>
          <w:u w:val="single"/>
        </w:rPr>
        <w:t>catastrophic</w:t>
      </w:r>
      <w:r>
        <w:rPr>
          <w:b w:val="0"/>
          <w:i w:val="0"/>
          <w:smallCaps w:val="0"/>
          <w:strike w:val="0"/>
          <w:u w:val="single"/>
        </w:rPr>
        <w:t xml:space="preserve">: global average </w:t>
      </w:r>
      <w:r>
        <w:rPr>
          <w:b w:val="0"/>
          <w:i w:val="0"/>
          <w:smallCaps w:val="0"/>
          <w:strike w:val="0"/>
          <w:highlight w:val="cyan"/>
          <w:u w:val="single"/>
        </w:rPr>
        <w:t>temperatures would drop</w:t>
      </w:r>
      <w:r>
        <w:rPr>
          <w:b w:val="0"/>
          <w:i w:val="0"/>
          <w:smallCaps w:val="0"/>
          <w:strike w:val="0"/>
          <w:u w:val="single"/>
        </w:rPr>
        <w:t xml:space="preserve"> as much as </w:t>
      </w:r>
      <w:r>
        <w:rPr>
          <w:b w:val="0"/>
          <w:i w:val="0"/>
          <w:smallCaps w:val="0"/>
          <w:strike w:val="0"/>
          <w:highlight w:val="cyan"/>
          <w:u w:val="single"/>
        </w:rPr>
        <w:t>12 degrees</w:t>
      </w:r>
      <w:r>
        <w:rPr>
          <w:b w:val="0"/>
          <w:i w:val="0"/>
          <w:smallCaps w:val="0"/>
          <w:strike w:val="0"/>
          <w:u w:val="none"/>
        </w:rPr>
        <w:t xml:space="preserve"> Fahrenheit (7 degrees Celsius) </w:t>
      </w:r>
      <w:r>
        <w:rPr>
          <w:b w:val="0"/>
          <w:i w:val="0"/>
          <w:smallCaps w:val="0"/>
          <w:strike w:val="0"/>
          <w:highlight w:val="cyan"/>
          <w:u w:val="single"/>
        </w:rPr>
        <w:t>for</w:t>
      </w:r>
      <w:r>
        <w:rPr>
          <w:b w:val="0"/>
          <w:i w:val="0"/>
          <w:smallCaps w:val="0"/>
          <w:strike w:val="0"/>
          <w:u w:val="single"/>
        </w:rPr>
        <w:t xml:space="preserve"> up to several </w:t>
      </w:r>
      <w:r>
        <w:rPr>
          <w:b w:val="0"/>
          <w:i w:val="0"/>
          <w:smallCaps w:val="0"/>
          <w:strike w:val="0"/>
          <w:highlight w:val="cyan"/>
          <w:u w:val="single"/>
        </w:rPr>
        <w:t>years</w:t>
      </w:r>
      <w:r>
        <w:rPr>
          <w:b w:val="0"/>
          <w:i w:val="0"/>
          <w:smallCaps w:val="0"/>
          <w:strike w:val="0"/>
          <w:u w:val="single"/>
        </w:rPr>
        <w:t xml:space="preserve"> — temperatures last seen during the </w:t>
      </w:r>
      <w:r>
        <w:rPr>
          <w:b/>
          <w:i w:val="0"/>
          <w:smallCaps w:val="0"/>
          <w:strike w:val="0"/>
          <w:sz w:val="22"/>
          <w:u w:val="single"/>
        </w:rPr>
        <w:t>great ice ages</w:t>
      </w:r>
      <w:r>
        <w:rPr>
          <w:b w:val="0"/>
          <w:i w:val="0"/>
          <w:smallCaps w:val="0"/>
          <w:strike w:val="0"/>
          <w:u w:val="none"/>
        </w:rPr>
        <w:t xml:space="preserve">. Meanwhile, </w:t>
      </w:r>
      <w:r>
        <w:rPr>
          <w:b w:val="0"/>
          <w:i w:val="0"/>
          <w:smallCaps w:val="0"/>
          <w:strike w:val="0"/>
          <w:highlight w:val="cyan"/>
          <w:u w:val="single"/>
        </w:rPr>
        <w:t>smoke and dust</w:t>
      </w:r>
      <w:r>
        <w:rPr>
          <w:b w:val="0"/>
          <w:i w:val="0"/>
          <w:smallCaps w:val="0"/>
          <w:strike w:val="0"/>
          <w:u w:val="single"/>
        </w:rPr>
        <w:t xml:space="preserve"> circulating in the stratosphere </w:t>
      </w:r>
      <w:r>
        <w:rPr>
          <w:b w:val="0"/>
          <w:i w:val="0"/>
          <w:smallCaps w:val="0"/>
          <w:strike w:val="0"/>
          <w:highlight w:val="cyan"/>
          <w:u w:val="single"/>
        </w:rPr>
        <w:t xml:space="preserve">would darken the atmosphere enough to </w:t>
      </w:r>
      <w:r>
        <w:rPr>
          <w:b/>
          <w:i w:val="0"/>
          <w:smallCaps w:val="0"/>
          <w:strike w:val="0"/>
          <w:sz w:val="22"/>
          <w:highlight w:val="cyan"/>
          <w:u w:val="single"/>
        </w:rPr>
        <w:t>inhibit photosynthesis</w:t>
      </w:r>
      <w:r>
        <w:rPr>
          <w:b w:val="0"/>
          <w:i w:val="0"/>
          <w:smallCaps w:val="0"/>
          <w:strike w:val="0"/>
          <w:highlight w:val="cyan"/>
          <w:u w:val="single"/>
        </w:rPr>
        <w:t>, causing</w:t>
      </w:r>
      <w:r>
        <w:rPr>
          <w:b w:val="0"/>
          <w:i w:val="0"/>
          <w:smallCaps w:val="0"/>
          <w:strike w:val="0"/>
          <w:u w:val="single"/>
        </w:rPr>
        <w:t xml:space="preserve"> </w:t>
      </w:r>
      <w:r>
        <w:rPr>
          <w:b/>
          <w:i w:val="0"/>
          <w:smallCaps w:val="0"/>
          <w:strike w:val="0"/>
          <w:sz w:val="22"/>
          <w:u w:val="single"/>
        </w:rPr>
        <w:t xml:space="preserve">disastrous </w:t>
      </w:r>
      <w:r>
        <w:rPr>
          <w:b/>
          <w:i w:val="0"/>
          <w:smallCaps w:val="0"/>
          <w:strike w:val="0"/>
          <w:sz w:val="22"/>
          <w:highlight w:val="cyan"/>
          <w:u w:val="single"/>
        </w:rPr>
        <w:t>crop failure</w:t>
      </w:r>
      <w:r>
        <w:rPr>
          <w:b/>
          <w:i w:val="0"/>
          <w:smallCaps w:val="0"/>
          <w:strike w:val="0"/>
          <w:sz w:val="22"/>
          <w:u w:val="single"/>
        </w:rPr>
        <w:t>s</w:t>
      </w:r>
      <w:r>
        <w:rPr>
          <w:b w:val="0"/>
          <w:i w:val="0"/>
          <w:smallCaps w:val="0"/>
          <w:strike w:val="0"/>
          <w:u w:val="single"/>
        </w:rPr>
        <w:t xml:space="preserve">, widespread </w:t>
      </w:r>
      <w:r>
        <w:rPr>
          <w:b/>
          <w:i w:val="0"/>
          <w:smallCaps w:val="0"/>
          <w:strike w:val="0"/>
          <w:sz w:val="22"/>
          <w:highlight w:val="cyan"/>
          <w:u w:val="single"/>
        </w:rPr>
        <w:t>famine</w:t>
      </w:r>
      <w:r>
        <w:rPr>
          <w:b w:val="0"/>
          <w:i w:val="0"/>
          <w:smallCaps w:val="0"/>
          <w:strike w:val="0"/>
          <w:highlight w:val="cyan"/>
          <w:u w:val="single"/>
        </w:rPr>
        <w:t xml:space="preserve"> and </w:t>
      </w:r>
      <w:r>
        <w:rPr>
          <w:b/>
          <w:i w:val="0"/>
          <w:smallCaps w:val="0"/>
          <w:strike w:val="0"/>
          <w:sz w:val="22"/>
          <w:highlight w:val="cyan"/>
          <w:u w:val="single"/>
        </w:rPr>
        <w:t>massive ecological disruption</w:t>
      </w:r>
      <w:r>
        <w:rPr>
          <w:b w:val="0"/>
          <w:i w:val="0"/>
          <w:smallCaps w:val="0"/>
          <w:strike w:val="0"/>
          <w:u w:val="none"/>
        </w:rPr>
        <w:t>.</w:t>
      </w:r>
    </w:p>
    <w:p>
      <w:pPr>
        <w:spacing w:after="60"/>
      </w:pPr>
      <w:r>
        <w:rPr>
          <w:b w:val="0"/>
          <w:i w:val="0"/>
          <w:smallCaps w:val="0"/>
          <w:strike w:val="0"/>
          <w:u w:val="single"/>
        </w:rPr>
        <w:t xml:space="preserve">The </w:t>
      </w:r>
      <w:r>
        <w:rPr>
          <w:b w:val="0"/>
          <w:i w:val="0"/>
          <w:smallCaps w:val="0"/>
          <w:strike w:val="0"/>
          <w:highlight w:val="cyan"/>
          <w:u w:val="single"/>
        </w:rPr>
        <w:t>effect would be</w:t>
      </w:r>
      <w:r>
        <w:rPr>
          <w:b w:val="0"/>
          <w:i w:val="0"/>
          <w:smallCaps w:val="0"/>
          <w:strike w:val="0"/>
          <w:u w:val="single"/>
        </w:rPr>
        <w:t xml:space="preserve"> similar to </w:t>
      </w:r>
      <w:r>
        <w:rPr>
          <w:b w:val="0"/>
          <w:i w:val="0"/>
          <w:smallCaps w:val="0"/>
          <w:strike w:val="0"/>
          <w:highlight w:val="cyan"/>
          <w:u w:val="single"/>
        </w:rPr>
        <w:t>that of the</w:t>
      </w:r>
      <w:r>
        <w:rPr>
          <w:b w:val="0"/>
          <w:i w:val="0"/>
          <w:smallCaps w:val="0"/>
          <w:strike w:val="0"/>
          <w:u w:val="single"/>
        </w:rPr>
        <w:t xml:space="preserve"> </w:t>
      </w:r>
      <w:r>
        <w:rPr>
          <w:b/>
          <w:i w:val="0"/>
          <w:smallCaps w:val="0"/>
          <w:strike w:val="0"/>
          <w:sz w:val="22"/>
          <w:u w:val="single"/>
        </w:rPr>
        <w:t xml:space="preserve">giant </w:t>
      </w:r>
      <w:r>
        <w:rPr>
          <w:b/>
          <w:i w:val="0"/>
          <w:smallCaps w:val="0"/>
          <w:strike w:val="0"/>
          <w:sz w:val="22"/>
          <w:highlight w:val="cyan"/>
          <w:u w:val="single"/>
        </w:rPr>
        <w:t>meteor</w:t>
      </w:r>
      <w:r>
        <w:rPr>
          <w:b w:val="0"/>
          <w:i w:val="0"/>
          <w:smallCaps w:val="0"/>
          <w:strike w:val="0"/>
          <w:u w:val="single"/>
        </w:rPr>
        <w:t xml:space="preserve"> believed to be </w:t>
      </w:r>
      <w:r>
        <w:rPr>
          <w:b w:val="0"/>
          <w:i w:val="0"/>
          <w:smallCaps w:val="0"/>
          <w:strike w:val="0"/>
          <w:highlight w:val="cyan"/>
          <w:u w:val="single"/>
        </w:rPr>
        <w:t>responsible for</w:t>
      </w:r>
      <w:r>
        <w:rPr>
          <w:b w:val="0"/>
          <w:i w:val="0"/>
          <w:smallCaps w:val="0"/>
          <w:strike w:val="0"/>
          <w:u w:val="single"/>
        </w:rPr>
        <w:t xml:space="preserve"> the </w:t>
      </w:r>
      <w:r>
        <w:rPr>
          <w:b/>
          <w:i w:val="0"/>
          <w:smallCaps w:val="0"/>
          <w:strike w:val="0"/>
          <w:sz w:val="22"/>
          <w:highlight w:val="cyan"/>
          <w:u w:val="single"/>
        </w:rPr>
        <w:t>extinction</w:t>
      </w:r>
      <w:r>
        <w:rPr>
          <w:b/>
          <w:i w:val="0"/>
          <w:smallCaps w:val="0"/>
          <w:strike w:val="0"/>
          <w:sz w:val="22"/>
          <w:u w:val="single"/>
        </w:rPr>
        <w:t xml:space="preserve"> of the dinosaurs</w:t>
      </w:r>
      <w:r>
        <w:rPr>
          <w:b w:val="0"/>
          <w:i w:val="0"/>
          <w:smallCaps w:val="0"/>
          <w:strike w:val="0"/>
          <w:u w:val="none"/>
        </w:rPr>
        <w:t xml:space="preserve">. </w:t>
      </w:r>
      <w:r>
        <w:rPr>
          <w:b w:val="0"/>
          <w:i w:val="0"/>
          <w:smallCaps w:val="0"/>
          <w:strike w:val="0"/>
          <w:u w:val="single"/>
        </w:rPr>
        <w:t xml:space="preserve">This time, </w:t>
      </w:r>
      <w:r>
        <w:rPr>
          <w:b/>
          <w:i w:val="0"/>
          <w:smallCaps w:val="0"/>
          <w:strike w:val="0"/>
          <w:sz w:val="22"/>
          <w:u w:val="single"/>
        </w:rPr>
        <w:t>we would be the dinosaurs</w:t>
      </w:r>
      <w:r>
        <w:rPr>
          <w:b w:val="0"/>
          <w:i w:val="0"/>
          <w:smallCaps w:val="0"/>
          <w:strike w:val="0"/>
          <w:u w:val="none"/>
        </w:rPr>
        <w:t>.</w:t>
      </w:r>
    </w:p>
    <w:p>
      <w:pPr>
        <w:spacing w:after="60"/>
      </w:pPr>
      <w:r>
        <w:rPr>
          <w:b w:val="0"/>
          <w:i w:val="0"/>
          <w:smallCaps w:val="0"/>
          <w:strike w:val="0"/>
          <w:u w:val="none"/>
        </w:rPr>
        <w:t>Many people are concerned about North Korea’s advancing missile capabilities. Is nuclear war likely in your opinion?</w:t>
      </w:r>
    </w:p>
    <w:p>
      <w:pPr>
        <w:spacing w:after="60"/>
      </w:pPr>
      <w:r>
        <w:rPr>
          <w:b w:val="0"/>
          <w:i w:val="0"/>
          <w:smallCaps w:val="0"/>
          <w:strike w:val="0"/>
          <w:u w:val="none"/>
        </w:rPr>
        <w:t>At this writing, I think we are closer to a nuclear war than we have been since the early 1960s. In the North Korea case, both Kim Jong-un and President Trump are bullies inclined to escalate confrontations. President Trump lacks impulse control, and there are precious few checks on his ability to initiate a nuclear strike. We have to hope that our generals, both inside and outside the White House, can rein him in.</w:t>
      </w:r>
    </w:p>
    <w:p>
      <w:pPr>
        <w:spacing w:after="60"/>
      </w:pPr>
      <w:r>
        <w:rPr>
          <w:b w:val="0"/>
          <w:i w:val="0"/>
          <w:smallCaps w:val="0"/>
          <w:strike w:val="0"/>
          <w:u w:val="none"/>
        </w:rPr>
        <w:t>North Korea would most certainly “lose” a nuclear war with the United States. But many millions would die, including hundreds of thousands of Americans currently living in South Korea and Japan (probable North Korean targets). Such vast damage would be wrought in Korea, Japan and Pacific island territories (such as Guam) that any “victory” wouldn’t deserve the name. Not only would that region be left with horrible suffering amongst the survivors; it would</w:t>
      </w:r>
      <w:r>
        <w:rPr>
          <w:b w:val="0"/>
          <w:i w:val="0"/>
          <w:smallCaps w:val="0"/>
          <w:strike w:val="0"/>
          <w:u w:val="none"/>
        </w:rPr>
        <w:t xml:space="preserve"> also immediately face famine and rampant disease. Radioactive fallout from such a war would spread around the world, including to the U.S.</w:t>
      </w:r>
    </w:p>
    <w:p>
      <w:pPr>
        <w:spacing w:after="60"/>
      </w:pPr>
      <w:r>
        <w:rPr>
          <w:b w:val="0"/>
          <w:i w:val="0"/>
          <w:smallCaps w:val="0"/>
          <w:strike w:val="0"/>
          <w:u w:val="none"/>
        </w:rPr>
        <w:t>It has been more than 70 years since the last time a nuclear bomb was used in warfare. What would be the effects on the environment and on human health today?</w:t>
      </w:r>
    </w:p>
    <w:p>
      <w:pPr>
        <w:spacing w:after="60"/>
      </w:pPr>
      <w:r>
        <w:rPr>
          <w:b w:val="0"/>
          <w:i w:val="0"/>
          <w:smallCaps w:val="0"/>
          <w:strike w:val="0"/>
          <w:u w:val="none"/>
        </w:rPr>
        <w:t xml:space="preserve">To my knowledge, most of the changes in nuclear weapons technology since the 1950s have focused on making them smaller and lighter, and making delivery systems more accurate, rather than on changing their effects on the environment or on human health. So-called “battlefield” weapons with lower explosive yields are part of some arsenals now — but </w:t>
      </w:r>
      <w:r>
        <w:rPr>
          <w:b w:val="0"/>
          <w:i w:val="0"/>
          <w:smallCaps w:val="0"/>
          <w:strike w:val="0"/>
          <w:highlight w:val="cyan"/>
          <w:u w:val="single"/>
        </w:rPr>
        <w:t xml:space="preserve">it’s </w:t>
      </w:r>
      <w:r>
        <w:rPr>
          <w:b/>
          <w:i w:val="0"/>
          <w:smallCaps w:val="0"/>
          <w:strike w:val="0"/>
          <w:sz w:val="22"/>
          <w:highlight w:val="cyan"/>
          <w:u w:val="single"/>
        </w:rPr>
        <w:t>quite unlikely</w:t>
      </w:r>
      <w:r>
        <w:rPr>
          <w:b w:val="0"/>
          <w:i w:val="0"/>
          <w:smallCaps w:val="0"/>
          <w:strike w:val="0"/>
          <w:u w:val="single"/>
        </w:rPr>
        <w:t xml:space="preserve"> that </w:t>
      </w:r>
      <w:r>
        <w:rPr>
          <w:b/>
          <w:i w:val="0"/>
          <w:smallCaps w:val="0"/>
          <w:strike w:val="0"/>
          <w:sz w:val="22"/>
          <w:highlight w:val="cyan"/>
          <w:u w:val="single"/>
        </w:rPr>
        <w:t>any exchange</w:t>
      </w:r>
      <w:r>
        <w:rPr>
          <w:b w:val="0"/>
          <w:i w:val="0"/>
          <w:smallCaps w:val="0"/>
          <w:strike w:val="0"/>
          <w:u w:val="single"/>
        </w:rPr>
        <w:t xml:space="preserve"> between two nuclear powers </w:t>
      </w:r>
      <w:r>
        <w:rPr>
          <w:b w:val="0"/>
          <w:i w:val="0"/>
          <w:smallCaps w:val="0"/>
          <w:strike w:val="0"/>
          <w:highlight w:val="cyan"/>
          <w:u w:val="single"/>
        </w:rPr>
        <w:t xml:space="preserve">would </w:t>
      </w:r>
      <w:r>
        <w:rPr>
          <w:b/>
          <w:i w:val="0"/>
          <w:smallCaps w:val="0"/>
          <w:strike w:val="0"/>
          <w:sz w:val="22"/>
          <w:highlight w:val="cyan"/>
          <w:u w:val="single"/>
        </w:rPr>
        <w:t>stay limited</w:t>
      </w:r>
      <w:r>
        <w:rPr>
          <w:b w:val="0"/>
          <w:i w:val="0"/>
          <w:smallCaps w:val="0"/>
          <w:strike w:val="0"/>
          <w:highlight w:val="cyan"/>
          <w:u w:val="single"/>
        </w:rPr>
        <w:t xml:space="preserve"> to</w:t>
      </w:r>
      <w:r>
        <w:rPr>
          <w:b w:val="0"/>
          <w:i w:val="0"/>
          <w:smallCaps w:val="0"/>
          <w:strike w:val="0"/>
          <w:u w:val="none"/>
        </w:rPr>
        <w:t xml:space="preserve"> these </w:t>
      </w:r>
      <w:r>
        <w:rPr>
          <w:b w:val="0"/>
          <w:i w:val="0"/>
          <w:smallCaps w:val="0"/>
          <w:strike w:val="0"/>
          <w:highlight w:val="cyan"/>
          <w:u w:val="single"/>
        </w:rPr>
        <w:t>small</w:t>
      </w:r>
      <w:r>
        <w:rPr>
          <w:b w:val="0"/>
          <w:i w:val="0"/>
          <w:smallCaps w:val="0"/>
          <w:strike w:val="0"/>
          <w:u w:val="single"/>
        </w:rPr>
        <w:t xml:space="preserve">er, </w:t>
      </w:r>
      <w:r>
        <w:rPr>
          <w:b/>
          <w:i w:val="0"/>
          <w:smallCaps w:val="0"/>
          <w:strike w:val="0"/>
          <w:sz w:val="22"/>
          <w:u w:val="single"/>
        </w:rPr>
        <w:t>less destructive</w:t>
      </w:r>
      <w:r>
        <w:rPr>
          <w:b w:val="0"/>
          <w:i w:val="0"/>
          <w:smallCaps w:val="0"/>
          <w:strike w:val="0"/>
          <w:u w:val="single"/>
        </w:rPr>
        <w:t xml:space="preserve"> </w:t>
      </w:r>
      <w:r>
        <w:rPr>
          <w:b w:val="0"/>
          <w:i w:val="0"/>
          <w:smallCaps w:val="0"/>
          <w:strike w:val="0"/>
          <w:highlight w:val="cyan"/>
          <w:u w:val="single"/>
        </w:rPr>
        <w:t>bombs</w:t>
      </w:r>
      <w:r>
        <w:rPr>
          <w:b w:val="0"/>
          <w:i w:val="0"/>
          <w:smallCaps w:val="0"/>
          <w:strike w:val="0"/>
          <w:u w:val="none"/>
        </w:rPr>
        <w: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