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Nuclear war</w:t>
      </w:r>
      <w:r>
        <w:rPr>
          <w:b/>
          <w:i w:val="0"/>
          <w:smallCaps w:val="0"/>
          <w:strike w:val="0"/>
          <w:sz w:val="26"/>
          <w:u w:val="none"/>
        </w:rPr>
        <w:t xml:space="preserve"> will result in </w:t>
      </w:r>
      <w:r>
        <w:rPr>
          <w:b/>
          <w:i w:val="0"/>
          <w:smallCaps w:val="0"/>
          <w:strike w:val="0"/>
          <w:sz w:val="26"/>
          <w:u w:val="none"/>
        </w:rPr>
        <w:t>planetary explosion</w:t>
      </w:r>
    </w:p>
    <w:p>
      <w:pPr>
        <w:spacing w:after="80"/>
      </w:pPr>
      <w:r>
        <w:rPr>
          <w:b/>
          <w:i w:val="0"/>
          <w:smallCaps w:val="0"/>
          <w:strike w:val="0"/>
          <w:u w:val="none"/>
        </w:rPr>
        <w:t>Chalko</w:t>
      </w:r>
      <w:r>
        <w:rPr>
          <w:b/>
          <w:i w:val="0"/>
          <w:smallCaps w:val="0"/>
          <w:strike w:val="0"/>
          <w:u w:val="none"/>
        </w:rPr>
        <w:t xml:space="preserve"> 03</w:t>
      </w:r>
    </w:p>
    <w:p>
      <w:pPr>
        <w:spacing w:after="60"/>
      </w:pPr>
      <w:r>
        <w:rPr>
          <w:b w:val="0"/>
          <w:i w:val="0"/>
          <w:smallCaps w:val="0"/>
          <w:strike w:val="0"/>
          <w:u w:val="none"/>
        </w:rPr>
        <w:t xml:space="preserve">Dr. Tom </w:t>
      </w:r>
      <w:r>
        <w:rPr>
          <w:b w:val="0"/>
          <w:i w:val="0"/>
          <w:smallCaps w:val="0"/>
          <w:strike w:val="0"/>
          <w:u w:val="none"/>
        </w:rPr>
        <w:t>Chalko</w:t>
      </w:r>
      <w:r>
        <w:rPr>
          <w:b w:val="0"/>
          <w:i w:val="0"/>
          <w:smallCaps w:val="0"/>
          <w:strike w:val="0"/>
          <w:u w:val="none"/>
        </w:rPr>
        <w:t>, MSC, PhD, head of Australia's physics, 2003 (March 3, Scientific Engineering Research, "Can a Neutron Bomb accelerate Global Volcanic Activity?", http://sci-e-research.com/neutron_bomb.html)</w:t>
      </w:r>
    </w:p>
    <w:p>
      <w:pPr>
        <w:spacing w:after="60"/>
      </w:pPr>
      <w:r>
        <w:rPr>
          <w:b/>
          <w:i w:val="0"/>
          <w:smallCaps w:val="0"/>
          <w:strike w:val="0"/>
          <w:sz w:val="24"/>
          <w:u w:val="single"/>
        </w:rPr>
        <w:t xml:space="preserve">Consequences of using modern nuclear weapons can be far more serious than previously imagined. These consequences relate to the fact that </w:t>
      </w:r>
      <w:r>
        <w:rPr>
          <w:b/>
          <w:i w:val="0"/>
          <w:smallCaps w:val="0"/>
          <w:strike w:val="0"/>
          <w:sz w:val="24"/>
          <w:highlight w:val="cyan"/>
          <w:u w:val="single"/>
        </w:rPr>
        <w:t>most of the heat generated in the planetary interior is a result of nuclear decay</w:t>
      </w:r>
      <w:r>
        <w:rPr>
          <w:b/>
          <w:i w:val="0"/>
          <w:smallCaps w:val="0"/>
          <w:strike w:val="0"/>
          <w:sz w:val="24"/>
          <w:u w:val="single"/>
        </w:rPr>
        <w:t>.</w:t>
      </w:r>
      <w:r>
        <w:rPr>
          <w:b w:val="0"/>
          <w:i w:val="0"/>
          <w:smallCaps w:val="0"/>
          <w:strike w:val="0"/>
          <w:u w:val="none"/>
        </w:rPr>
        <w:t xml:space="preserve"> Over the last few decades, </w:t>
      </w:r>
      <w:r>
        <w:rPr>
          <w:b/>
          <w:i w:val="0"/>
          <w:smallCaps w:val="0"/>
          <w:strike w:val="0"/>
          <w:sz w:val="24"/>
          <w:highlight w:val="cyan"/>
          <w:u w:val="single"/>
        </w:rPr>
        <w:t>all superpowers have been developing so-called "</w:t>
      </w:r>
      <w:r>
        <w:rPr>
          <w:b w:val="0"/>
          <w:i w:val="0"/>
          <w:smallCaps w:val="0"/>
          <w:strike w:val="0"/>
          <w:u w:val="none"/>
        </w:rPr>
        <w:t xml:space="preserve">". These bombs are designed to emit intensive neutron radiation while creating relatively little local mechanical damage. Military are very keen to use neutron bombs in combat, because lethal neutron radiation can </w:t>
      </w:r>
      <w:r>
        <w:rPr>
          <w:b w:val="0"/>
          <w:i w:val="0"/>
          <w:smallCaps w:val="0"/>
          <w:strike w:val="0"/>
          <w:u w:val="none"/>
        </w:rPr>
        <w:t>peneterate</w:t>
      </w:r>
      <w:r>
        <w:rPr>
          <w:b w:val="0"/>
          <w:i w:val="0"/>
          <w:smallCaps w:val="0"/>
          <w:strike w:val="0"/>
          <w:u w:val="none"/>
        </w:rPr>
        <w:t xml:space="preserve"> even the largest and deepest bunkers. </w:t>
      </w:r>
      <w:r>
        <w:rPr>
          <w:b/>
          <w:i w:val="0"/>
          <w:smallCaps w:val="0"/>
          <w:strike w:val="0"/>
          <w:sz w:val="24"/>
          <w:u w:val="single"/>
        </w:rPr>
        <w:t xml:space="preserve">However, the military seem to ignore the fact that a </w:t>
      </w:r>
      <w:r>
        <w:rPr>
          <w:b/>
          <w:i w:val="0"/>
          <w:smallCaps w:val="0"/>
          <w:strike w:val="0"/>
          <w:sz w:val="24"/>
          <w:highlight w:val="cyan"/>
          <w:u w:val="single"/>
        </w:rPr>
        <w:t>neutron radiation is capable to reach significant depths in the planetary interior</w:t>
      </w:r>
      <w:r>
        <w:rPr>
          <w:b/>
          <w:i w:val="0"/>
          <w:smallCaps w:val="0"/>
          <w:strike w:val="0"/>
          <w:sz w:val="24"/>
          <w:u w:val="single"/>
        </w:rPr>
        <w:t>.</w:t>
      </w:r>
      <w:r>
        <w:rPr>
          <w:b w:val="0"/>
          <w:i w:val="0"/>
          <w:smallCaps w:val="0"/>
          <w:strike w:val="0"/>
          <w:u w:val="none"/>
        </w:rPr>
        <w:t xml:space="preserve"> In the process of passing through the planet and losing its intensity, a neutron beam stimulates nuclei of radioactive isotopes naturally present inside the planet to disintegrate. This disintegration in turn, generates more neutron and other radiation. The entire process causes increased nuclear heat generation in the planetary interior, far greater than the initial energy of the bomb. It typically takes many days or even weeks for this extra heat to conduct/</w:t>
      </w:r>
      <w:r>
        <w:rPr>
          <w:b w:val="0"/>
          <w:i w:val="0"/>
          <w:smallCaps w:val="0"/>
          <w:strike w:val="0"/>
          <w:u w:val="none"/>
        </w:rPr>
        <w:t>convect</w:t>
      </w:r>
      <w:r>
        <w:rPr>
          <w:b w:val="0"/>
          <w:i w:val="0"/>
          <w:smallCaps w:val="0"/>
          <w:strike w:val="0"/>
          <w:u w:val="none"/>
        </w:rPr>
        <w:t xml:space="preserve"> to the surface of the planet and cause increased seismic/volcanic activity. Due to this variable delay, nuclear tests are not currently associated with seismic/volcanic activity, simply because it is believed that there is no theoretical basis for such an association. Perhaps you heard that after every major series of nuclear test there is always a period of increased seismic activity in some part of the world. This observable fact CANNOT be explained by direct energy of the explosion. The mechanism of neutron radiation accelerating decay of radioactive isotopes in the planetary interior, however, is a VERY PLAUSIBLE and realistic explanation. The process of accelerating volcanic activity is nuclear in essence. Accelerated decay of unstable radioactive isotopes already present in the planetary interior provides the necessary energy. </w:t>
      </w:r>
      <w:r>
        <w:rPr>
          <w:b/>
          <w:i w:val="0"/>
          <w:smallCaps w:val="0"/>
          <w:strike w:val="0"/>
          <w:sz w:val="24"/>
          <w:highlight w:val="cyan"/>
          <w:u w:val="single"/>
        </w:rPr>
        <w:t>The TRUE danger of modern nuclear weaponry is that their neutron radiation is capable to induce global overheating of the planetary interior, global volcanic activity and, in extreme circumstances, may even cause the entire planet to explode.</w:t>
      </w:r>
    </w:p>
    <w:p>
      <w:pPr>
        <w:pStyle w:val="Caption"/>
      </w:pPr>
      <w:r>
        <w:t>Source: Miscellaneous Supplement 1 -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