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Corporate agendas sacrifice the needs of the people and create a surveillance state – that </w:t>
      </w:r>
      <w:r>
        <w:rPr>
          <w:b/>
          <w:i w:val="0"/>
          <w:smallCaps w:val="0"/>
          <w:strike w:val="0"/>
          <w:sz w:val="26"/>
          <w:u w:val="single"/>
        </w:rPr>
        <w:t>locks in</w:t>
      </w:r>
      <w:r>
        <w:rPr>
          <w:b/>
          <w:i w:val="0"/>
          <w:smallCaps w:val="0"/>
          <w:strike w:val="0"/>
          <w:sz w:val="26"/>
          <w:u w:val="none"/>
        </w:rPr>
        <w:t xml:space="preserve"> authoritarianism.</w:t>
      </w:r>
    </w:p>
    <w:p>
      <w:pPr>
        <w:spacing w:after="80"/>
      </w:pPr>
      <w:r>
        <w:rPr>
          <w:b/>
          <w:i w:val="0"/>
          <w:smallCaps w:val="0"/>
          <w:strike w:val="0"/>
          <w:sz w:val="26"/>
          <w:u w:val="none"/>
        </w:rPr>
        <w:t>Anderson and Rainie 20</w:t>
      </w:r>
      <w:r>
        <w:rPr>
          <w:b w:val="0"/>
          <w:i w:val="0"/>
          <w:smallCaps w:val="0"/>
          <w:strike w:val="0"/>
          <w:u w:val="none"/>
        </w:rPr>
        <w:t xml:space="preserve"> (Janna, Lee, MANY TECH EXPERTS SAY DIGITAL DISRUPTION WILL HURT DEMOCRACY, 3. Concerns about democracy in the digital age, https://www.pewresearch.org/internet/2020/02/21/concerns-about-democracy-in-the-digital-age/, FEBRUARY 21, 2020, nw-avis)</w:t>
      </w:r>
    </w:p>
    <w:p>
      <w:pPr>
        <w:spacing w:after="60"/>
      </w:pPr>
      <w:r>
        <w:rPr>
          <w:b/>
          <w:i w:val="0"/>
          <w:smallCaps w:val="0"/>
          <w:strike w:val="0"/>
          <w:u w:val="single"/>
        </w:rPr>
        <w:t xml:space="preserve">About </w:t>
      </w:r>
      <w:r>
        <w:rPr>
          <w:b/>
          <w:i w:val="0"/>
          <w:smallCaps w:val="0"/>
          <w:strike w:val="0"/>
          <w:highlight w:val="green"/>
          <w:u w:val="single"/>
        </w:rPr>
        <w:t>half of</w:t>
      </w:r>
      <w:r>
        <w:rPr>
          <w:b/>
          <w:i w:val="0"/>
          <w:smallCaps w:val="0"/>
          <w:strike w:val="0"/>
          <w:u w:val="single"/>
        </w:rPr>
        <w:t xml:space="preserve"> the </w:t>
      </w:r>
      <w:r>
        <w:rPr>
          <w:b/>
          <w:i w:val="0"/>
          <w:smallCaps w:val="0"/>
          <w:strike w:val="0"/>
          <w:highlight w:val="green"/>
          <w:u w:val="single"/>
        </w:rPr>
        <w:t>experts</w:t>
      </w:r>
      <w:r>
        <w:rPr>
          <w:b w:val="0"/>
          <w:i w:val="0"/>
          <w:smallCaps w:val="0"/>
          <w:strike w:val="0"/>
          <w:sz w:val="14"/>
          <w:u w:val="none"/>
        </w:rPr>
        <w:t xml:space="preserve"> responding to this canvassing </w:t>
      </w:r>
      <w:r>
        <w:rPr>
          <w:b/>
          <w:i w:val="0"/>
          <w:smallCaps w:val="0"/>
          <w:strike w:val="0"/>
          <w:highlight w:val="green"/>
          <w:u w:val="single"/>
        </w:rPr>
        <w:t>said</w:t>
      </w:r>
      <w:r>
        <w:rPr>
          <w:b w:val="0"/>
          <w:i w:val="0"/>
          <w:smallCaps w:val="0"/>
          <w:strike w:val="0"/>
          <w:sz w:val="14"/>
          <w:u w:val="none"/>
        </w:rPr>
        <w:t xml:space="preserve"> people’s uses of </w:t>
      </w:r>
      <w:r>
        <w:rPr>
          <w:b/>
          <w:i w:val="0"/>
          <w:smallCaps w:val="0"/>
          <w:strike w:val="0"/>
          <w:highlight w:val="green"/>
          <w:u w:val="single"/>
        </w:rPr>
        <w:t>technology will</w:t>
      </w:r>
      <w:r>
        <w:rPr>
          <w:b/>
          <w:i w:val="0"/>
          <w:smallCaps w:val="0"/>
          <w:strike w:val="0"/>
          <w:u w:val="single"/>
        </w:rPr>
        <w:t xml:space="preserve"> </w:t>
      </w:r>
      <w:r>
        <w:rPr>
          <w:b w:val="0"/>
          <w:i w:val="0"/>
          <w:smallCaps w:val="0"/>
          <w:strike w:val="0"/>
          <w:sz w:val="14"/>
          <w:u w:val="none"/>
        </w:rPr>
        <w:t>mostly</w:t>
      </w:r>
      <w:r>
        <w:rPr>
          <w:b/>
          <w:i w:val="0"/>
          <w:smallCaps w:val="0"/>
          <w:strike w:val="0"/>
          <w:u w:val="single"/>
        </w:rPr>
        <w:t xml:space="preserve"> </w:t>
      </w:r>
      <w:r>
        <w:rPr>
          <w:b/>
          <w:i w:val="0"/>
          <w:smallCaps w:val="0"/>
          <w:strike w:val="0"/>
          <w:highlight w:val="green"/>
          <w:u w:val="single"/>
        </w:rPr>
        <w:t>weaken</w:t>
      </w:r>
      <w:r>
        <w:rPr>
          <w:b/>
          <w:i w:val="0"/>
          <w:smallCaps w:val="0"/>
          <w:strike w:val="0"/>
          <w:u w:val="single"/>
        </w:rPr>
        <w:t xml:space="preserve"> core aspects of </w:t>
      </w:r>
      <w:r>
        <w:rPr>
          <w:b/>
          <w:i w:val="0"/>
          <w:smallCaps w:val="0"/>
          <w:strike w:val="0"/>
          <w:highlight w:val="green"/>
          <w:u w:val="single"/>
        </w:rPr>
        <w:t>democracy</w:t>
      </w:r>
      <w:r>
        <w:rPr>
          <w:b/>
          <w:i w:val="0"/>
          <w:smallCaps w:val="0"/>
          <w:strike w:val="0"/>
          <w:u w:val="single"/>
        </w:rPr>
        <w:t xml:space="preserve"> and democratic representation</w:t>
      </w:r>
      <w:r>
        <w:rPr>
          <w:b w:val="0"/>
          <w:i w:val="0"/>
          <w:smallCaps w:val="0"/>
          <w:strike w:val="0"/>
          <w:sz w:val="14"/>
          <w:u w:val="none"/>
        </w:rPr>
        <w:t>, but even those who expressed optimism often voiced concerns. This section includes comments about problems that were made by all respondents regardless of their answer to the main question about the impact of technology on democracy by 2030. These worries are organized under seven themes.</w:t>
      </w:r>
    </w:p>
    <w:p>
      <w:pPr>
        <w:spacing w:after="60"/>
      </w:pPr>
      <w:r>
        <w:rPr>
          <w:b w:val="0"/>
          <w:i w:val="0"/>
          <w:smallCaps w:val="0"/>
          <w:strike w:val="0"/>
          <w:sz w:val="14"/>
          <w:u w:val="none"/>
        </w:rPr>
        <w:t>Empowering the powerful</w:t>
      </w:r>
      <w:r>
        <w:rPr>
          <w:b/>
          <w:i w:val="0"/>
          <w:smallCaps w:val="0"/>
          <w:strike w:val="0"/>
          <w:u w:val="single"/>
        </w:rPr>
        <w:t xml:space="preserve">: </w:t>
      </w:r>
      <w:r>
        <w:rPr>
          <w:b/>
          <w:i w:val="0"/>
          <w:smallCaps w:val="0"/>
          <w:strike w:val="0"/>
          <w:highlight w:val="green"/>
          <w:u w:val="single"/>
        </w:rPr>
        <w:t>Corporate and government agendas generally do not serve democratic goals</w:t>
      </w:r>
      <w:r>
        <w:rPr>
          <w:b/>
          <w:i w:val="0"/>
          <w:smallCaps w:val="0"/>
          <w:strike w:val="0"/>
          <w:u w:val="single"/>
        </w:rPr>
        <w:t xml:space="preserve"> or achieve democratic outcomes. </w:t>
      </w:r>
      <w:r>
        <w:rPr>
          <w:b/>
          <w:i w:val="0"/>
          <w:smallCaps w:val="0"/>
          <w:strike w:val="0"/>
          <w:highlight w:val="green"/>
          <w:u w:val="single"/>
        </w:rPr>
        <w:t>They serve the goals of those in power</w:t>
      </w:r>
    </w:p>
    <w:p>
      <w:pPr>
        <w:spacing w:after="60"/>
      </w:pPr>
      <w:r>
        <w:rPr>
          <w:b w:val="0"/>
          <w:i w:val="0"/>
          <w:smallCaps w:val="0"/>
          <w:strike w:val="0"/>
          <w:sz w:val="14"/>
          <w:u w:val="none"/>
        </w:rPr>
        <w:t>An internet pioneer and technology developer and administrator predicted, “</w:t>
      </w:r>
      <w:r>
        <w:rPr>
          <w:b/>
          <w:i w:val="0"/>
          <w:smallCaps w:val="0"/>
          <w:strike w:val="0"/>
          <w:u w:val="single"/>
        </w:rPr>
        <w:t xml:space="preserve">My expectation is that </w:t>
      </w:r>
      <w:r>
        <w:rPr>
          <w:b/>
          <w:i w:val="0"/>
          <w:smallCaps w:val="0"/>
          <w:strike w:val="0"/>
          <w:highlight w:val="green"/>
          <w:u w:val="single"/>
        </w:rPr>
        <w:t>by 2030, as much of 75% of the world’s population will be enslaved by artificial intelligence-based surveillance systems</w:t>
      </w:r>
      <w:r>
        <w:rPr>
          <w:b w:val="0"/>
          <w:i w:val="0"/>
          <w:smallCaps w:val="0"/>
          <w:strike w:val="0"/>
          <w:sz w:val="14"/>
          <w:u w:val="none"/>
        </w:rPr>
        <w:t xml:space="preserve"> developed in China and exported around the world. </w:t>
      </w:r>
      <w:r>
        <w:rPr>
          <w:b/>
          <w:i w:val="0"/>
          <w:smallCaps w:val="0"/>
          <w:strike w:val="0"/>
          <w:u w:val="single"/>
        </w:rPr>
        <w:t>These systems will keep every citizen under observation 24 hours a day, seven days a week, monitoring their every action.”</w:t>
      </w:r>
    </w:p>
    <w:p>
      <w:pPr>
        <w:spacing w:after="60"/>
      </w:pPr>
      <w:r>
        <w:rPr>
          <w:b w:val="0"/>
          <w:i w:val="0"/>
          <w:smallCaps w:val="0"/>
          <w:strike w:val="0"/>
          <w:sz w:val="14"/>
          <w:u w:val="none"/>
        </w:rPr>
        <w:t>Dan Gillmor, co-founder of the News Co/Lab at Arizona State University’s Walter Cronkite School of Journalism and Mass Communication, and professor of practice in digital media literacy commented, “</w:t>
      </w:r>
      <w:r>
        <w:rPr>
          <w:b/>
          <w:i w:val="0"/>
          <w:smallCaps w:val="0"/>
          <w:strike w:val="0"/>
          <w:highlight w:val="green"/>
          <w:u w:val="single"/>
        </w:rPr>
        <w:t>Governments (and their corporate partners</w:t>
      </w:r>
      <w:r>
        <w:rPr>
          <w:b/>
          <w:i w:val="0"/>
          <w:smallCaps w:val="0"/>
          <w:strike w:val="0"/>
          <w:u w:val="single"/>
        </w:rPr>
        <w:t xml:space="preserve">) </w:t>
      </w:r>
      <w:r>
        <w:rPr>
          <w:b/>
          <w:i w:val="0"/>
          <w:smallCaps w:val="0"/>
          <w:strike w:val="0"/>
          <w:highlight w:val="green"/>
          <w:u w:val="single"/>
        </w:rPr>
        <w:t>are</w:t>
      </w:r>
      <w:r>
        <w:rPr>
          <w:b/>
          <w:i w:val="0"/>
          <w:smallCaps w:val="0"/>
          <w:strike w:val="0"/>
          <w:u w:val="single"/>
        </w:rPr>
        <w:t xml:space="preserve"> broadly </w:t>
      </w:r>
      <w:r>
        <w:rPr>
          <w:b/>
          <w:i w:val="0"/>
          <w:smallCaps w:val="0"/>
          <w:strike w:val="0"/>
          <w:highlight w:val="green"/>
          <w:u w:val="single"/>
        </w:rPr>
        <w:t>using technology to create a surveillance state</w:t>
      </w:r>
      <w:r>
        <w:rPr>
          <w:b/>
          <w:i w:val="0"/>
          <w:smallCaps w:val="0"/>
          <w:strike w:val="0"/>
          <w:u w:val="single"/>
        </w:rPr>
        <w:t xml:space="preserve">, and what amounts to law by unaccountable black-box algorithm, </w:t>
      </w:r>
      <w:r>
        <w:rPr>
          <w:b/>
          <w:i w:val="0"/>
          <w:smallCaps w:val="0"/>
          <w:strike w:val="0"/>
          <w:highlight w:val="green"/>
          <w:u w:val="single"/>
        </w:rPr>
        <w:t>far beyond anything Orwell imagined</w:t>
      </w:r>
      <w:r>
        <w:rPr>
          <w:b w:val="0"/>
          <w:i w:val="0"/>
          <w:smallCaps w:val="0"/>
          <w:strike w:val="0"/>
          <w:sz w:val="14"/>
          <w:u w:val="none"/>
        </w:rPr>
        <w:t xml:space="preserve">. But this can only happen in a society that can’t be bothered to protect liberty – or is easily led/stampeded into relinquishing it </w:t>
      </w:r>
      <w:r>
        <w:rPr>
          <w:b/>
          <w:i w:val="0"/>
          <w:smallCaps w:val="0"/>
          <w:strike w:val="0"/>
          <w:u w:val="single"/>
        </w:rPr>
        <w:t xml:space="preserve">– </w:t>
      </w:r>
      <w:r>
        <w:rPr>
          <w:b/>
          <w:i w:val="0"/>
          <w:smallCaps w:val="0"/>
          <w:strike w:val="0"/>
          <w:highlight w:val="green"/>
          <w:u w:val="single"/>
        </w:rPr>
        <w:t>and that is happening in</w:t>
      </w:r>
      <w:r>
        <w:rPr>
          <w:b/>
          <w:i w:val="0"/>
          <w:smallCaps w:val="0"/>
          <w:strike w:val="0"/>
          <w:u w:val="single"/>
        </w:rPr>
        <w:t xml:space="preserve"> more and more of </w:t>
      </w:r>
      <w:r>
        <w:rPr>
          <w:b/>
          <w:i w:val="0"/>
          <w:smallCaps w:val="0"/>
          <w:strike w:val="0"/>
          <w:highlight w:val="green"/>
          <w:u w:val="single"/>
        </w:rPr>
        <w:t>the Western democracies</w:t>
      </w:r>
      <w:r>
        <w:rPr>
          <w:b/>
          <w:i w:val="0"/>
          <w:smallCaps w:val="0"/>
          <w:strike w:val="0"/>
          <w:u w:val="single"/>
        </w:rPr>
        <w:t>. The re-emergence of public bigotry has nothing to do with technology, except to the extent that bigots use it to promote their malignant goals</w:t>
      </w:r>
      <w:r>
        <w:rPr>
          <w:b w:val="0"/>
          <w:i w:val="0"/>
          <w:smallCaps w:val="0"/>
          <w:strike w:val="0"/>
          <w:sz w:val="14"/>
          <w:u w:val="none"/>
        </w:rPr>
        <w:t xml:space="preserve">. Meanwhile, the institutions that are supposed to protect liberty – journalism among them – are mostly failing to do so. In a tiny number of jurisdictions, people have persuaded leaders to push back on the encroachments, such as a partial ban on government use of facial recognition in San Francisco. But </w:t>
      </w:r>
      <w:r>
        <w:rPr>
          <w:b/>
          <w:i w:val="0"/>
          <w:smallCaps w:val="0"/>
          <w:strike w:val="0"/>
          <w:u w:val="single"/>
        </w:rPr>
        <w:t>the encroachments are overwhelming and accelerating.”</w:t>
      </w:r>
    </w:p>
    <w:p>
      <w:pPr>
        <w:spacing w:after="60"/>
      </w:pPr>
      <w:r>
        <w:rPr>
          <w:b w:val="0"/>
          <w:i w:val="0"/>
          <w:smallCaps w:val="0"/>
          <w:strike w:val="0"/>
          <w:sz w:val="14"/>
          <w:u w:val="none"/>
        </w:rPr>
        <w:t xml:space="preserve">Leah </w:t>
      </w:r>
      <w:r>
        <w:rPr>
          <w:b w:val="0"/>
          <w:i w:val="0"/>
          <w:smallCaps w:val="0"/>
          <w:strike w:val="0"/>
          <w:sz w:val="14"/>
          <w:u w:val="none"/>
        </w:rPr>
        <w:t>Lievrouw</w:t>
      </w:r>
      <w:r>
        <w:rPr>
          <w:b w:val="0"/>
          <w:i w:val="0"/>
          <w:smallCaps w:val="0"/>
          <w:strike w:val="0"/>
          <w:sz w:val="14"/>
          <w:u w:val="none"/>
        </w:rPr>
        <w:t xml:space="preserve">, professor of information studies at the University of California-Los Angeles, wrote, “To date, virtually </w:t>
      </w:r>
      <w:r>
        <w:rPr>
          <w:b/>
          <w:i w:val="0"/>
          <w:smallCaps w:val="0"/>
          <w:strike w:val="0"/>
          <w:highlight w:val="green"/>
          <w:u w:val="single"/>
        </w:rPr>
        <w:t>no democratic</w:t>
      </w:r>
      <w:r>
        <w:rPr>
          <w:b/>
          <w:i w:val="0"/>
          <w:smallCaps w:val="0"/>
          <w:strike w:val="0"/>
          <w:u w:val="single"/>
        </w:rPr>
        <w:t xml:space="preserve"> state or </w:t>
      </w:r>
      <w:r>
        <w:rPr>
          <w:b/>
          <w:i w:val="0"/>
          <w:smallCaps w:val="0"/>
          <w:strike w:val="0"/>
          <w:highlight w:val="green"/>
          <w:u w:val="single"/>
        </w:rPr>
        <w:t>system has sorted out how to deal with this challenge</w:t>
      </w:r>
      <w:r>
        <w:rPr>
          <w:b/>
          <w:i w:val="0"/>
          <w:smallCaps w:val="0"/>
          <w:strike w:val="0"/>
          <w:u w:val="single"/>
        </w:rPr>
        <w:t xml:space="preserve"> to the fundamental legitimacy of democratic processes,</w:t>
      </w:r>
      <w:r>
        <w:rPr>
          <w:b w:val="0"/>
          <w:i w:val="0"/>
          <w:smallCaps w:val="0"/>
          <w:strike w:val="0"/>
          <w:sz w:val="14"/>
          <w:u w:val="none"/>
        </w:rPr>
        <w:t xml:space="preserve"> and my guess is that </w:t>
      </w:r>
      <w:r>
        <w:rPr>
          <w:b/>
          <w:i w:val="0"/>
          <w:smallCaps w:val="0"/>
          <w:strike w:val="0"/>
          <w:highlight w:val="green"/>
          <w:u w:val="single"/>
        </w:rPr>
        <w:t>only a</w:t>
      </w:r>
      <w:r>
        <w:rPr>
          <w:b/>
          <w:i w:val="0"/>
          <w:smallCaps w:val="0"/>
          <w:strike w:val="0"/>
          <w:u w:val="single"/>
        </w:rPr>
        <w:t xml:space="preserve"> deep and destabilizing </w:t>
      </w:r>
      <w:r>
        <w:rPr>
          <w:b/>
          <w:i w:val="0"/>
          <w:smallCaps w:val="0"/>
          <w:strike w:val="0"/>
          <w:highlight w:val="green"/>
          <w:u w:val="single"/>
        </w:rPr>
        <w:t>crisis</w:t>
      </w:r>
      <w:r>
        <w:rPr>
          <w:b/>
          <w:i w:val="0"/>
          <w:smallCaps w:val="0"/>
          <w:strike w:val="0"/>
          <w:u w:val="single"/>
        </w:rPr>
        <w:t xml:space="preserve"> (perhaps growing out of the rise of </w:t>
      </w:r>
      <w:r>
        <w:rPr>
          <w:b/>
          <w:i w:val="0"/>
          <w:smallCaps w:val="0"/>
          <w:strike w:val="0"/>
          <w:highlight w:val="green"/>
          <w:u w:val="single"/>
        </w:rPr>
        <w:t>authoritarian</w:t>
      </w:r>
      <w:r>
        <w:rPr>
          <w:b/>
          <w:i w:val="0"/>
          <w:smallCaps w:val="0"/>
          <w:strike w:val="0"/>
          <w:u w:val="single"/>
        </w:rPr>
        <w:t xml:space="preserve">, ethnic </w:t>
      </w:r>
      <w:r>
        <w:rPr>
          <w:b/>
          <w:i w:val="0"/>
          <w:smallCaps w:val="0"/>
          <w:strike w:val="0"/>
          <w:highlight w:val="green"/>
          <w:u w:val="single"/>
        </w:rPr>
        <w:t>or</w:t>
      </w:r>
      <w:r>
        <w:rPr>
          <w:b/>
          <w:i w:val="0"/>
          <w:smallCaps w:val="0"/>
          <w:strike w:val="0"/>
          <w:u w:val="single"/>
        </w:rPr>
        <w:t xml:space="preserve"> cultural </w:t>
      </w:r>
      <w:r>
        <w:rPr>
          <w:b/>
          <w:i w:val="0"/>
          <w:smallCaps w:val="0"/>
          <w:strike w:val="0"/>
          <w:highlight w:val="green"/>
          <w:u w:val="single"/>
        </w:rPr>
        <w:t>nationalism) will prompt a</w:t>
      </w:r>
      <w:r>
        <w:rPr>
          <w:b/>
          <w:i w:val="0"/>
          <w:smallCaps w:val="0"/>
          <w:strike w:val="0"/>
          <w:u w:val="single"/>
        </w:rPr>
        <w:t xml:space="preserve"> serious </w:t>
      </w:r>
      <w:r>
        <w:rPr>
          <w:b/>
          <w:i w:val="0"/>
          <w:smallCaps w:val="0"/>
          <w:strike w:val="0"/>
          <w:highlight w:val="green"/>
          <w:u w:val="single"/>
        </w:rPr>
        <w:t>response</w:t>
      </w:r>
      <w:r>
        <w:rPr>
          <w:b w:val="0"/>
          <w:i w:val="0"/>
          <w:smallCaps w:val="0"/>
          <w:strike w:val="0"/>
          <w:sz w:val="14"/>
          <w:u w:val="none"/>
        </w:rPr>
        <w:t>.”</w:t>
      </w:r>
    </w:p>
    <w:p>
      <w:pPr>
        <w:spacing w:after="60"/>
      </w:pPr>
      <w:r>
        <w:rPr>
          <w:b w:val="0"/>
          <w:i w:val="0"/>
          <w:smallCaps w:val="0"/>
          <w:strike w:val="0"/>
          <w:sz w:val="14"/>
          <w:u w:val="none"/>
        </w:rPr>
        <w:t xml:space="preserve">Seth Finkelstein, programmer, consultant and EFF Pioneer of the Electronic Frontier Award winner, wrote, </w:t>
      </w:r>
      <w:r>
        <w:rPr>
          <w:b/>
          <w:i w:val="0"/>
          <w:smallCaps w:val="0"/>
          <w:strike w:val="0"/>
          <w:highlight w:val="green"/>
          <w:u w:val="single"/>
        </w:rPr>
        <w:t>“</w:t>
      </w:r>
      <w:r>
        <w:rPr>
          <w:b/>
          <w:i w:val="0"/>
          <w:smallCaps w:val="0"/>
          <w:strike w:val="0"/>
          <w:u w:val="single"/>
        </w:rPr>
        <w:t xml:space="preserve">Warren </w:t>
      </w:r>
      <w:r>
        <w:rPr>
          <w:b/>
          <w:i w:val="0"/>
          <w:smallCaps w:val="0"/>
          <w:strike w:val="0"/>
          <w:highlight w:val="green"/>
          <w:u w:val="single"/>
        </w:rPr>
        <w:t xml:space="preserve">Buffett </w:t>
      </w:r>
      <w:r>
        <w:rPr>
          <w:b/>
          <w:i w:val="0"/>
          <w:smallCaps w:val="0"/>
          <w:strike w:val="0"/>
          <w:u w:val="single"/>
        </w:rPr>
        <w:t xml:space="preserve">has </w:t>
      </w:r>
      <w:r>
        <w:rPr>
          <w:b/>
          <w:i w:val="0"/>
          <w:smallCaps w:val="0"/>
          <w:strike w:val="0"/>
          <w:highlight w:val="green"/>
          <w:u w:val="single"/>
        </w:rPr>
        <w:t>said</w:t>
      </w:r>
      <w:r>
        <w:rPr>
          <w:b w:val="0"/>
          <w:i w:val="0"/>
          <w:smallCaps w:val="0"/>
          <w:strike w:val="0"/>
          <w:sz w:val="14"/>
          <w:u w:val="none"/>
        </w:rPr>
        <w:t>, ‘</w:t>
      </w:r>
      <w:r>
        <w:rPr>
          <w:b/>
          <w:i w:val="0"/>
          <w:smallCaps w:val="0"/>
          <w:strike w:val="0"/>
          <w:highlight w:val="green"/>
          <w:u w:val="single"/>
        </w:rPr>
        <w:t>There’s class warfare, all right, but it’s my class, the rich class, that’s making war, and we’re winning</w:t>
      </w:r>
      <w:r>
        <w:rPr>
          <w:b w:val="0"/>
          <w:i w:val="0"/>
          <w:smallCaps w:val="0"/>
          <w:strike w:val="0"/>
          <w:sz w:val="14"/>
          <w:highlight w:val="green"/>
          <w:u w:val="none"/>
        </w:rPr>
        <w:t>.’</w:t>
      </w:r>
      <w:r>
        <w:rPr>
          <w:b w:val="0"/>
          <w:i w:val="0"/>
          <w:smallCaps w:val="0"/>
          <w:strike w:val="0"/>
          <w:sz w:val="14"/>
          <w:u w:val="none"/>
        </w:rPr>
        <w:t xml:space="preserve"> We can examine how </w:t>
      </w:r>
      <w:r>
        <w:rPr>
          <w:b/>
          <w:i w:val="0"/>
          <w:smallCaps w:val="0"/>
          <w:strike w:val="0"/>
          <w:u w:val="single"/>
        </w:rPr>
        <w:t>this class warfare changes with advances in technology, analogous to how military warfare has been affected by technology</w:t>
      </w:r>
      <w:r>
        <w:rPr>
          <w:b w:val="0"/>
          <w:i w:val="0"/>
          <w:smallCaps w:val="0"/>
          <w:strike w:val="0"/>
          <w:sz w:val="14"/>
          <w:u w:val="none"/>
        </w:rPr>
        <w:t xml:space="preserve">. But no weapons technology to date has inevitably produced democracy over dictatorship (or vice-versa). For example, there once was a type of boosterism that talked about how ordinary people could make websites and promoted its very rare cause célèbre success. But that storyline is now going out of fashion. It’s finally getting to be pundit knowledge that there’s a whole system behind which material gets promoted. </w:t>
      </w:r>
      <w:r>
        <w:rPr>
          <w:b/>
          <w:i w:val="0"/>
          <w:smallCaps w:val="0"/>
          <w:strike w:val="0"/>
          <w:highlight w:val="green"/>
          <w:u w:val="single"/>
        </w:rPr>
        <w:t>Paid</w:t>
      </w:r>
      <w:r>
        <w:rPr>
          <w:b/>
          <w:i w:val="0"/>
          <w:smallCaps w:val="0"/>
          <w:strike w:val="0"/>
          <w:u w:val="single"/>
        </w:rPr>
        <w:t xml:space="preserve"> professional </w:t>
      </w:r>
      <w:r>
        <w:rPr>
          <w:b/>
          <w:i w:val="0"/>
          <w:smallCaps w:val="0"/>
          <w:strike w:val="0"/>
          <w:highlight w:val="green"/>
          <w:u w:val="single"/>
        </w:rPr>
        <w:t>liars</w:t>
      </w:r>
      <w:r>
        <w:rPr>
          <w:b/>
          <w:i w:val="0"/>
          <w:smallCaps w:val="0"/>
          <w:strike w:val="0"/>
          <w:u w:val="single"/>
        </w:rPr>
        <w:t xml:space="preserve"> </w:t>
      </w:r>
      <w:r>
        <w:rPr>
          <w:b/>
          <w:i w:val="0"/>
          <w:smallCaps w:val="0"/>
          <w:strike w:val="0"/>
          <w:highlight w:val="green"/>
          <w:u w:val="single"/>
        </w:rPr>
        <w:t>can</w:t>
      </w:r>
      <w:r>
        <w:rPr>
          <w:b/>
          <w:i w:val="0"/>
          <w:smallCaps w:val="0"/>
          <w:strike w:val="0"/>
          <w:u w:val="single"/>
        </w:rPr>
        <w:t xml:space="preserve"> both make websites themselves and </w:t>
      </w:r>
      <w:r>
        <w:rPr>
          <w:b/>
          <w:i w:val="0"/>
          <w:smallCaps w:val="0"/>
          <w:strike w:val="0"/>
          <w:highlight w:val="green"/>
          <w:u w:val="single"/>
        </w:rPr>
        <w:t>work this syste</w:t>
      </w:r>
      <w:r>
        <w:rPr>
          <w:b/>
          <w:i w:val="0"/>
          <w:smallCaps w:val="0"/>
          <w:strike w:val="0"/>
          <w:u w:val="single"/>
        </w:rPr>
        <w:t xml:space="preserve">m better than amateurs. </w:t>
      </w:r>
      <w:r>
        <w:rPr>
          <w:b/>
          <w:i w:val="0"/>
          <w:smallCaps w:val="0"/>
          <w:strike w:val="0"/>
          <w:highlight w:val="green"/>
          <w:u w:val="single"/>
        </w:rPr>
        <w:t>There’s</w:t>
      </w:r>
      <w:r>
        <w:rPr>
          <w:b/>
          <w:i w:val="0"/>
          <w:smallCaps w:val="0"/>
          <w:strike w:val="0"/>
          <w:u w:val="single"/>
        </w:rPr>
        <w:t xml:space="preserve"> currently </w:t>
      </w:r>
      <w:r>
        <w:rPr>
          <w:b/>
          <w:i w:val="0"/>
          <w:smallCaps w:val="0"/>
          <w:strike w:val="0"/>
          <w:highlight w:val="green"/>
          <w:u w:val="single"/>
        </w:rPr>
        <w:t>a</w:t>
      </w:r>
      <w:r>
        <w:rPr>
          <w:b/>
          <w:i w:val="0"/>
          <w:smallCaps w:val="0"/>
          <w:strike w:val="0"/>
          <w:u w:val="single"/>
        </w:rPr>
        <w:t xml:space="preserve"> national </w:t>
      </w:r>
      <w:r>
        <w:rPr>
          <w:b/>
          <w:i w:val="0"/>
          <w:smallCaps w:val="0"/>
          <w:strike w:val="0"/>
          <w:highlight w:val="green"/>
          <w:u w:val="single"/>
        </w:rPr>
        <w:t>panic over Russian trolls</w:t>
      </w:r>
      <w:r>
        <w:rPr>
          <w:b/>
          <w:i w:val="0"/>
          <w:smallCaps w:val="0"/>
          <w:strike w:val="0"/>
          <w:u w:val="single"/>
        </w:rPr>
        <w:t xml:space="preserve">. </w:t>
      </w:r>
      <w:r>
        <w:rPr>
          <w:b/>
          <w:i w:val="0"/>
          <w:smallCaps w:val="0"/>
          <w:strike w:val="0"/>
          <w:highlight w:val="green"/>
          <w:u w:val="single"/>
        </w:rPr>
        <w:t>But native</w:t>
      </w:r>
      <w:r>
        <w:rPr>
          <w:b/>
          <w:i w:val="0"/>
          <w:smallCaps w:val="0"/>
          <w:strike w:val="0"/>
          <w:u w:val="single"/>
        </w:rPr>
        <w:t xml:space="preserve"> fiends </w:t>
      </w:r>
      <w:r>
        <w:rPr>
          <w:b/>
          <w:i w:val="0"/>
          <w:smallCaps w:val="0"/>
          <w:strike w:val="0"/>
          <w:highlight w:val="green"/>
          <w:u w:val="single"/>
        </w:rPr>
        <w:t>can do the same thing,</w:t>
      </w:r>
      <w:r>
        <w:rPr>
          <w:b/>
          <w:i w:val="0"/>
          <w:smallCaps w:val="0"/>
          <w:strike w:val="0"/>
          <w:u w:val="single"/>
        </w:rPr>
        <w:t xml:space="preserve"> with more skill, incentive and opportunities.”</w:t>
      </w:r>
    </w:p>
    <w:p>
      <w:pPr>
        <w:spacing w:after="60"/>
      </w:pPr>
      <w:r>
        <w:rPr>
          <w:b w:val="0"/>
          <w:i w:val="0"/>
          <w:smallCaps w:val="0"/>
          <w:strike w:val="0"/>
          <w:sz w:val="14"/>
          <w:u w:val="none"/>
        </w:rPr>
        <w:t xml:space="preserve">David Bray, executive director for the People-Centered Internet Coalition, commented, “The power of narratives is exactly their ability to shape and institutionalize norms and power distribution in our human communities. … Now, however, our world is much broader than our immediate environment, and this has dangerous side effects, such as challenges in reaching consensus or disputing the relevant facts for a situation. We are seeing increasing polarization in open societies, partly as a result of these questions of where we want to go not being considered in ways that can translate to action. An even larger question is where do different localities want to go in terms of progress in parallel to what values or norms they want to hold dear? This is a question that spans sectors. No one organization or influencer or group with power can either solely answer or execute actions toward that desired future state. In the absence of finding ways to build bridges that span sectors, power – through narratives, laws, or technologies – will be grabbed by whomever aspires to this. </w:t>
      </w:r>
      <w:r>
        <w:rPr>
          <w:b/>
          <w:i w:val="0"/>
          <w:smallCaps w:val="0"/>
          <w:strike w:val="0"/>
          <w:u w:val="single"/>
        </w:rPr>
        <w:t>An important question for the future is can we build such bridges across sectors? Will our divisions be our undoing as open, pluralistic societies? Can we develop narratives of hope for open, pluralistic societies that bring people together?”</w:t>
      </w:r>
    </w:p>
    <w:p>
      <w:pPr>
        <w:spacing w:after="60"/>
      </w:pPr>
      <w:r>
        <w:rPr>
          <w:b w:val="0"/>
          <w:i w:val="0"/>
          <w:smallCaps w:val="0"/>
          <w:strike w:val="0"/>
          <w:sz w:val="14"/>
          <w:u w:val="none"/>
        </w:rPr>
        <w:t>Miguel Moreno, professor of philosophy at the University of Granada, Spain, an expert in ethics, epistemology and technology, commented</w:t>
      </w:r>
      <w:r>
        <w:rPr>
          <w:b/>
          <w:i w:val="0"/>
          <w:smallCaps w:val="0"/>
          <w:strike w:val="0"/>
          <w:u w:val="single"/>
        </w:rPr>
        <w:t>, “</w:t>
      </w:r>
      <w:r>
        <w:rPr>
          <w:b/>
          <w:i w:val="0"/>
          <w:smallCaps w:val="0"/>
          <w:strike w:val="0"/>
          <w:highlight w:val="green"/>
          <w:u w:val="single"/>
        </w:rPr>
        <w:t>There is a clear risk of</w:t>
      </w:r>
      <w:r>
        <w:rPr>
          <w:b/>
          <w:i w:val="0"/>
          <w:smallCaps w:val="0"/>
          <w:strike w:val="0"/>
          <w:u w:val="single"/>
        </w:rPr>
        <w:t xml:space="preserve"> bias, manipulation, abusive </w:t>
      </w:r>
      <w:r>
        <w:rPr>
          <w:b/>
          <w:i w:val="0"/>
          <w:smallCaps w:val="0"/>
          <w:strike w:val="0"/>
          <w:highlight w:val="green"/>
          <w:u w:val="single"/>
        </w:rPr>
        <w:t>surveillance and authoritarian control over</w:t>
      </w:r>
      <w:r>
        <w:rPr>
          <w:b/>
          <w:i w:val="0"/>
          <w:smallCaps w:val="0"/>
          <w:strike w:val="0"/>
          <w:u w:val="single"/>
        </w:rPr>
        <w:t xml:space="preserve"> social networks, </w:t>
      </w:r>
      <w:r>
        <w:rPr>
          <w:b/>
          <w:i w:val="0"/>
          <w:smallCaps w:val="0"/>
          <w:strike w:val="0"/>
          <w:highlight w:val="green"/>
          <w:u w:val="single"/>
        </w:rPr>
        <w:t>the internet</w:t>
      </w:r>
      <w:r>
        <w:rPr>
          <w:b/>
          <w:i w:val="0"/>
          <w:smallCaps w:val="0"/>
          <w:strike w:val="0"/>
          <w:u w:val="single"/>
        </w:rPr>
        <w:t xml:space="preserve"> and any uncensored citizen expression platform, </w:t>
      </w:r>
      <w:r>
        <w:rPr>
          <w:b/>
          <w:i w:val="0"/>
          <w:smallCaps w:val="0"/>
          <w:strike w:val="0"/>
          <w:highlight w:val="green"/>
          <w:u w:val="single"/>
        </w:rPr>
        <w:t>by private or state actors</w:t>
      </w:r>
      <w:r>
        <w:rPr>
          <w:b/>
          <w:i w:val="0"/>
          <w:smallCaps w:val="0"/>
          <w:strike w:val="0"/>
          <w:u w:val="single"/>
        </w:rPr>
        <w:t>.</w:t>
      </w:r>
      <w:r>
        <w:rPr>
          <w:b w:val="0"/>
          <w:i w:val="0"/>
          <w:smallCaps w:val="0"/>
          <w:strike w:val="0"/>
          <w:sz w:val="14"/>
          <w:u w:val="none"/>
        </w:rPr>
        <w:t xml:space="preserve"> There are initiatives promoted by state actors to isolate themselves from a common internet and reduce the vulnerability of critical infrastructures to cyberattacks. This has serious democratic and civic implications</w:t>
      </w:r>
      <w:r>
        <w:rPr>
          <w:b/>
          <w:i w:val="0"/>
          <w:smallCaps w:val="0"/>
          <w:strike w:val="0"/>
          <w:u w:val="single"/>
        </w:rPr>
        <w:t xml:space="preserve">. </w:t>
      </w:r>
      <w:r>
        <w:rPr>
          <w:b/>
          <w:i w:val="0"/>
          <w:smallCaps w:val="0"/>
          <w:strike w:val="0"/>
          <w:highlight w:val="green"/>
          <w:u w:val="single"/>
        </w:rPr>
        <w:t>In countries with tech</w:t>
      </w:r>
      <w:r>
        <w:rPr>
          <w:b/>
          <w:i w:val="0"/>
          <w:smallCaps w:val="0"/>
          <w:strike w:val="0"/>
          <w:u w:val="single"/>
        </w:rPr>
        <w:t xml:space="preserve">nological </w:t>
      </w:r>
      <w:r>
        <w:rPr>
          <w:b/>
          <w:i w:val="0"/>
          <w:smallCaps w:val="0"/>
          <w:strike w:val="0"/>
          <w:highlight w:val="green"/>
          <w:u w:val="single"/>
        </w:rPr>
        <w:t>capacity</w:t>
      </w:r>
      <w:r>
        <w:rPr>
          <w:b/>
          <w:i w:val="0"/>
          <w:smallCaps w:val="0"/>
          <w:strike w:val="0"/>
          <w:u w:val="single"/>
        </w:rPr>
        <w:t xml:space="preserve"> and a highly centralized political structure, </w:t>
      </w:r>
      <w:r>
        <w:rPr>
          <w:b/>
          <w:i w:val="0"/>
          <w:smallCaps w:val="0"/>
          <w:strike w:val="0"/>
          <w:highlight w:val="green"/>
          <w:u w:val="single"/>
        </w:rPr>
        <w:t xml:space="preserve">favorable conditions exist to </w:t>
      </w:r>
      <w:r>
        <w:rPr>
          <w:b/>
          <w:i w:val="0"/>
          <w:smallCaps w:val="0"/>
          <w:strike w:val="0"/>
          <w:u w:val="single"/>
        </w:rPr>
        <w:t xml:space="preserve">obtain partisan advantages by limiting social contestation, freedom of expression and </w:t>
      </w:r>
      <w:r>
        <w:rPr>
          <w:b/>
          <w:i w:val="0"/>
          <w:smallCaps w:val="0"/>
          <w:strike w:val="0"/>
          <w:highlight w:val="green"/>
          <w:u w:val="single"/>
        </w:rPr>
        <w:t>erod</w:t>
      </w:r>
      <w:r>
        <w:rPr>
          <w:b/>
          <w:i w:val="0"/>
          <w:smallCaps w:val="0"/>
          <w:strike w:val="0"/>
          <w:u w:val="single"/>
        </w:rPr>
        <w:t xml:space="preserve">ing </w:t>
      </w:r>
      <w:r>
        <w:rPr>
          <w:b/>
          <w:i w:val="0"/>
          <w:smallCaps w:val="0"/>
          <w:strike w:val="0"/>
          <w:highlight w:val="green"/>
          <w:u w:val="single"/>
        </w:rPr>
        <w:t>civil rights</w:t>
      </w:r>
      <w:r>
        <w:rPr>
          <w:b/>
          <w:i w:val="0"/>
          <w:smallCaps w:val="0"/>
          <w:strike w:val="0"/>
          <w:u w:val="single"/>
        </w:rPr>
        <w:t>.”</w:t>
      </w:r>
    </w:p>
    <w:p>
      <w:pPr>
        <w:spacing w:after="60"/>
      </w:pPr>
      <w:r>
        <w:rPr>
          <w:b w:val="0"/>
          <w:i w:val="0"/>
          <w:smallCaps w:val="0"/>
          <w:strike w:val="0"/>
          <w:sz w:val="14"/>
          <w:u w:val="none"/>
        </w:rPr>
        <w:t>Richard Jones, an entrepreneur based in Europe, said, “</w:t>
      </w:r>
      <w:r>
        <w:rPr>
          <w:b/>
          <w:i w:val="0"/>
          <w:smallCaps w:val="0"/>
          <w:strike w:val="0"/>
          <w:highlight w:val="green"/>
          <w:u w:val="single"/>
        </w:rPr>
        <w:t>Government will lag exploitation of data by state and corporate actors in unforeseen ways</w:t>
      </w:r>
      <w:r>
        <w:rPr>
          <w:b/>
          <w:i w:val="0"/>
          <w:smallCaps w:val="0"/>
          <w:strike w:val="0"/>
          <w:u w:val="single"/>
        </w:rPr>
        <w:t xml:space="preserve">. Biased </w:t>
      </w:r>
      <w:r>
        <w:rPr>
          <w:b/>
          <w:i w:val="0"/>
          <w:smallCaps w:val="0"/>
          <w:strike w:val="0"/>
          <w:highlight w:val="green"/>
          <w:u w:val="single"/>
        </w:rPr>
        <w:t>censorship</w:t>
      </w:r>
      <w:r>
        <w:rPr>
          <w:b/>
          <w:i w:val="0"/>
          <w:smallCaps w:val="0"/>
          <w:strike w:val="0"/>
          <w:u w:val="single"/>
        </w:rPr>
        <w:t xml:space="preserve"> (both well-intentioned and corrupt) and propaganda onslaughts </w:t>
      </w:r>
      <w:r>
        <w:rPr>
          <w:b/>
          <w:i w:val="0"/>
          <w:smallCaps w:val="0"/>
          <w:strike w:val="0"/>
          <w:highlight w:val="green"/>
          <w:u w:val="single"/>
        </w:rPr>
        <w:t>will shape opinions</w:t>
      </w:r>
      <w:r>
        <w:rPr>
          <w:b/>
          <w:i w:val="0"/>
          <w:smallCaps w:val="0"/>
          <w:strike w:val="0"/>
          <w:u w:val="single"/>
        </w:rPr>
        <w:t xml:space="preserve"> as – </w:t>
      </w:r>
      <w:r>
        <w:rPr>
          <w:b/>
          <w:i w:val="0"/>
          <w:smallCaps w:val="0"/>
          <w:strike w:val="0"/>
          <w:highlight w:val="green"/>
          <w:u w:val="single"/>
        </w:rPr>
        <w:t>combined with an anti-scientific revolution</w:t>
      </w:r>
      <w:r>
        <w:rPr>
          <w:b/>
          <w:i w:val="0"/>
          <w:smallCaps w:val="0"/>
          <w:strike w:val="0"/>
          <w:u w:val="single"/>
        </w:rPr>
        <w:t xml:space="preserve"> – confidence in the institutions and establishment figures essential to peaceful orderly improvement of societies crumbles further. Hysterical smear </w:t>
      </w:r>
      <w:r>
        <w:rPr>
          <w:b/>
          <w:i w:val="0"/>
          <w:smallCaps w:val="0"/>
          <w:strike w:val="0"/>
          <w:highlight w:val="green"/>
          <w:u w:val="single"/>
        </w:rPr>
        <w:t>attacks will further intensify as attempts to placate minority pressure groups continue</w:t>
      </w:r>
      <w:r>
        <w:rPr>
          <w:b/>
          <w:i w:val="0"/>
          <w:smallCaps w:val="0"/>
          <w:strike w:val="0"/>
          <w:u w:val="single"/>
        </w:rPr>
        <w:t xml:space="preserve">. Biased </w:t>
      </w:r>
      <w:r>
        <w:rPr>
          <w:b/>
          <w:i w:val="0"/>
          <w:smallCaps w:val="0"/>
          <w:strike w:val="0"/>
          <w:highlight w:val="green"/>
          <w:u w:val="single"/>
        </w:rPr>
        <w:t xml:space="preserve">technocratic </w:t>
      </w:r>
      <w:r>
        <w:rPr>
          <w:b/>
          <w:i w:val="0"/>
          <w:smallCaps w:val="0"/>
          <w:strike w:val="0"/>
          <w:u w:val="single"/>
        </w:rPr>
        <w:t xml:space="preserve">groupthink </w:t>
      </w:r>
      <w:r>
        <w:rPr>
          <w:b/>
          <w:i w:val="0"/>
          <w:smallCaps w:val="0"/>
          <w:strike w:val="0"/>
          <w:highlight w:val="green"/>
          <w:u w:val="single"/>
        </w:rPr>
        <w:t xml:space="preserve">will continue </w:t>
      </w:r>
      <w:r>
        <w:rPr>
          <w:b/>
          <w:i w:val="0"/>
          <w:smallCaps w:val="0"/>
          <w:strike w:val="0"/>
          <w:u w:val="single"/>
        </w:rPr>
        <w:t xml:space="preserve">its march </w:t>
      </w:r>
      <w:r>
        <w:rPr>
          <w:b/>
          <w:i w:val="0"/>
          <w:smallCaps w:val="0"/>
          <w:strike w:val="0"/>
          <w:highlight w:val="green"/>
          <w:u w:val="single"/>
        </w:rPr>
        <w:t>toward</w:t>
      </w:r>
      <w:r>
        <w:rPr>
          <w:b/>
          <w:i w:val="0"/>
          <w:smallCaps w:val="0"/>
          <w:strike w:val="0"/>
          <w:u w:val="single"/>
        </w:rPr>
        <w:t xml:space="preserve"> </w:t>
      </w:r>
      <w:r>
        <w:rPr>
          <w:b/>
          <w:i w:val="0"/>
          <w:smallCaps w:val="0"/>
          <w:strike w:val="0"/>
          <w:highlight w:val="green"/>
          <w:u w:val="single"/>
        </w:rPr>
        <w:t>authoritarianism</w:t>
      </w:r>
      <w:r>
        <w:rPr>
          <w:b w:val="0"/>
          <w:i w:val="0"/>
          <w:smallCaps w:val="0"/>
          <w:strike w:val="0"/>
          <w:sz w:val="14"/>
          <w:u w:val="none"/>
        </w:rPr>
        <w:t>. Charismatic leadership will flourish in truly liberal systems. Authoritarianism will take root elsewhere. Online preference surveys may be developed to guide many choices facing government, but it is not clear that can correct the current democratic deficit in a helpful way. As during the Gutenberg process, accompanying the digestion of ‘free-range’ information will be the reevaluation of secular and religious values and objectives.”</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