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State is </w:t>
      </w:r>
      <w:r>
        <w:rPr>
          <w:b/>
          <w:i w:val="0"/>
          <w:smallCaps w:val="0"/>
          <w:strike w:val="0"/>
          <w:sz w:val="26"/>
          <w:u w:val="none"/>
        </w:rPr>
        <w:t>good</w:t>
      </w:r>
      <w:r>
        <w:rPr>
          <w:b/>
          <w:i w:val="0"/>
          <w:smallCaps w:val="0"/>
          <w:strike w:val="0"/>
          <w:sz w:val="26"/>
          <w:u w:val="none"/>
        </w:rPr>
        <w:t xml:space="preserve"> and democracy is redeemable – The alt can never reject all forms of governmentality it critiques and only democracy can allow a state in which one can live their own life – The Neg’s attempt to destroys democratic forms of governance is life negating and turns the K</w:t>
      </w:r>
    </w:p>
    <w:p>
      <w:pPr>
        <w:spacing w:after="80"/>
      </w:pPr>
      <w:r>
        <w:rPr>
          <w:b/>
          <w:i w:val="0"/>
          <w:smallCaps w:val="0"/>
          <w:strike w:val="0"/>
          <w:sz w:val="26"/>
          <w:u w:val="none"/>
        </w:rPr>
        <w:t>Prozorov</w:t>
      </w:r>
      <w:r>
        <w:rPr>
          <w:b/>
          <w:i w:val="0"/>
          <w:smallCaps w:val="0"/>
          <w:strike w:val="0"/>
          <w:sz w:val="26"/>
          <w:u w:val="none"/>
        </w:rPr>
        <w:t xml:space="preserve"> 19</w:t>
      </w:r>
      <w:r>
        <w:rPr>
          <w:b w:val="0"/>
          <w:i w:val="0"/>
          <w:smallCaps w:val="0"/>
          <w:strike w:val="0"/>
          <w:u w:val="none"/>
        </w:rPr>
        <w:t xml:space="preserve">, Sergei </w:t>
      </w:r>
      <w:r>
        <w:rPr>
          <w:b w:val="0"/>
          <w:i w:val="0"/>
          <w:smallCaps w:val="0"/>
          <w:strike w:val="0"/>
          <w:u w:val="none"/>
        </w:rPr>
        <w:t>Prozorov</w:t>
      </w:r>
      <w:r>
        <w:rPr>
          <w:b w:val="0"/>
          <w:i w:val="0"/>
          <w:smallCaps w:val="0"/>
          <w:strike w:val="0"/>
          <w:u w:val="none"/>
        </w:rPr>
        <w:t xml:space="preserve"> is Professor of Political Science at the University of Jyväskylä. He is the author of books including ‘The Biopolitics of Stalinism’ and ‘Agamben and Politics’, “Democratic biopolitics : popular sovereignty and the power of life”, Pg. 198-200, JLB, https://www.jstor.org/stable/10.3366/j.ctv2f4vgrv</w:t>
      </w:r>
    </w:p>
    <w:p>
      <w:pPr>
        <w:spacing w:after="60"/>
      </w:pPr>
      <w:r>
        <w:rPr>
          <w:b w:val="0"/>
          <w:i w:val="0"/>
          <w:smallCaps w:val="0"/>
          <w:strike w:val="0"/>
          <w:u w:val="none"/>
        </w:rPr>
        <w:t xml:space="preserve">This is where democracy comes in. </w:t>
      </w:r>
      <w:r>
        <w:rPr>
          <w:b w:val="0"/>
          <w:i w:val="0"/>
          <w:smallCaps w:val="0"/>
          <w:strike w:val="0"/>
          <w:sz w:val="22"/>
          <w:highlight w:val="yellow"/>
          <w:u w:val="single"/>
        </w:rPr>
        <w:t xml:space="preserve">Democracy </w:t>
      </w:r>
      <w:r>
        <w:rPr>
          <w:b w:val="0"/>
          <w:i w:val="0"/>
          <w:smallCaps w:val="0"/>
          <w:strike w:val="0"/>
          <w:sz w:val="22"/>
          <w:u w:val="single"/>
        </w:rPr>
        <w:t xml:space="preserve">is a form of government and, like all forms of government, it is not necessary and </w:t>
      </w:r>
      <w:r>
        <w:rPr>
          <w:b w:val="0"/>
          <w:i w:val="0"/>
          <w:smallCaps w:val="0"/>
          <w:strike w:val="0"/>
          <w:sz w:val="22"/>
          <w:highlight w:val="yellow"/>
          <w:u w:val="single"/>
        </w:rPr>
        <w:t>must justify its</w:t>
      </w:r>
      <w:r>
        <w:rPr>
          <w:b w:val="0"/>
          <w:i w:val="0"/>
          <w:smallCaps w:val="0"/>
          <w:strike w:val="0"/>
          <w:sz w:val="22"/>
          <w:u w:val="single"/>
        </w:rPr>
        <w:t xml:space="preserve"> own </w:t>
      </w:r>
      <w:r>
        <w:rPr>
          <w:b w:val="0"/>
          <w:i w:val="0"/>
          <w:smallCaps w:val="0"/>
          <w:strike w:val="0"/>
          <w:sz w:val="22"/>
          <w:highlight w:val="yellow"/>
          <w:u w:val="single"/>
        </w:rPr>
        <w:t>existence</w:t>
      </w:r>
      <w:r>
        <w:rPr>
          <w:b w:val="0"/>
          <w:i w:val="0"/>
          <w:smallCaps w:val="0"/>
          <w:strike w:val="0"/>
          <w:u w:val="none"/>
        </w:rPr>
        <w:t xml:space="preserve">. As we have argued in this book, </w:t>
      </w:r>
      <w:r>
        <w:rPr>
          <w:b w:val="0"/>
          <w:i w:val="0"/>
          <w:smallCaps w:val="0"/>
          <w:strike w:val="0"/>
          <w:sz w:val="22"/>
          <w:highlight w:val="yellow"/>
          <w:u w:val="single"/>
        </w:rPr>
        <w:t>it does so</w:t>
      </w:r>
      <w:r>
        <w:rPr>
          <w:b w:val="0"/>
          <w:i w:val="0"/>
          <w:smallCaps w:val="0"/>
          <w:strike w:val="0"/>
          <w:sz w:val="22"/>
          <w:u w:val="single"/>
        </w:rPr>
        <w:t xml:space="preserve"> </w:t>
      </w:r>
      <w:r>
        <w:rPr>
          <w:b w:val="0"/>
          <w:i w:val="0"/>
          <w:smallCaps w:val="0"/>
          <w:strike w:val="0"/>
          <w:sz w:val="22"/>
          <w:highlight w:val="yellow"/>
          <w:u w:val="single"/>
        </w:rPr>
        <w:t>by acknowledging</w:t>
      </w:r>
      <w:r>
        <w:rPr>
          <w:b w:val="0"/>
          <w:i w:val="0"/>
          <w:smallCaps w:val="0"/>
          <w:strike w:val="0"/>
          <w:sz w:val="22"/>
          <w:u w:val="single"/>
        </w:rPr>
        <w:t xml:space="preserve"> and afﬁrming </w:t>
      </w:r>
      <w:r>
        <w:rPr>
          <w:b w:val="0"/>
          <w:i w:val="0"/>
          <w:smallCaps w:val="0"/>
          <w:strike w:val="0"/>
          <w:sz w:val="22"/>
          <w:highlight w:val="yellow"/>
          <w:u w:val="single"/>
        </w:rPr>
        <w:t>its own non-necessity</w:t>
      </w:r>
      <w:r>
        <w:rPr>
          <w:b w:val="0"/>
          <w:i w:val="0"/>
          <w:smallCaps w:val="0"/>
          <w:strike w:val="0"/>
          <w:sz w:val="22"/>
          <w:u w:val="single"/>
        </w:rPr>
        <w:t>: that is, its necessary contingency</w:t>
      </w:r>
      <w:r>
        <w:rPr>
          <w:b w:val="0"/>
          <w:i w:val="0"/>
          <w:smallCaps w:val="0"/>
          <w:strike w:val="0"/>
          <w:u w:val="none"/>
        </w:rPr>
        <w:t xml:space="preserve">. </w:t>
      </w:r>
      <w:r>
        <w:rPr>
          <w:b w:val="0"/>
          <w:i w:val="0"/>
          <w:smallCaps w:val="0"/>
          <w:strike w:val="0"/>
          <w:sz w:val="22"/>
          <w:highlight w:val="yellow"/>
          <w:u w:val="single"/>
        </w:rPr>
        <w:t>It is only democracy that makes of its non-necessity its sole principle</w:t>
      </w:r>
      <w:r>
        <w:rPr>
          <w:b w:val="0"/>
          <w:i w:val="0"/>
          <w:smallCaps w:val="0"/>
          <w:strike w:val="0"/>
          <w:u w:val="none"/>
        </w:rPr>
        <w:t xml:space="preserve">. And yet, in contrast to the more familiar image of anarchism, this non-necessity of government is not to be confused with proclaiming the necessity of the absence of government. On the contrary, </w:t>
      </w:r>
      <w:r>
        <w:rPr>
          <w:b w:val="0"/>
          <w:i w:val="0"/>
          <w:smallCaps w:val="0"/>
          <w:strike w:val="0"/>
          <w:sz w:val="22"/>
          <w:u w:val="single"/>
        </w:rPr>
        <w:t xml:space="preserve">since our lives are governed by a myriad of agents, including ourselves, </w:t>
      </w:r>
      <w:r>
        <w:rPr>
          <w:b/>
          <w:i w:val="0"/>
          <w:smallCaps w:val="0"/>
          <w:strike w:val="0"/>
          <w:sz w:val="22"/>
          <w:highlight w:val="yellow"/>
          <w:u w:val="single"/>
        </w:rPr>
        <w:t>we will never be entirely rid of some</w:t>
      </w:r>
      <w:r>
        <w:rPr>
          <w:b/>
          <w:i w:val="0"/>
          <w:smallCaps w:val="0"/>
          <w:strike w:val="0"/>
          <w:sz w:val="22"/>
          <w:u w:val="single"/>
        </w:rPr>
        <w:t xml:space="preserve"> form of </w:t>
      </w:r>
      <w:r>
        <w:rPr>
          <w:b/>
          <w:i w:val="0"/>
          <w:smallCaps w:val="0"/>
          <w:strike w:val="0"/>
          <w:sz w:val="22"/>
          <w:highlight w:val="yellow"/>
          <w:u w:val="single"/>
        </w:rPr>
        <w:t>government</w:t>
      </w:r>
      <w:r>
        <w:rPr>
          <w:b/>
          <w:i w:val="0"/>
          <w:smallCaps w:val="0"/>
          <w:strike w:val="0"/>
          <w:sz w:val="22"/>
          <w:u w:val="single"/>
        </w:rPr>
        <w:t xml:space="preserve">. </w:t>
      </w:r>
      <w:r>
        <w:rPr>
          <w:b/>
          <w:i w:val="0"/>
          <w:smallCaps w:val="0"/>
          <w:strike w:val="0"/>
          <w:sz w:val="22"/>
          <w:highlight w:val="yellow"/>
          <w:u w:val="single"/>
        </w:rPr>
        <w:t>The question is then how to adapt</w:t>
      </w:r>
      <w:r>
        <w:rPr>
          <w:b w:val="0"/>
          <w:i w:val="0"/>
          <w:smallCaps w:val="0"/>
          <w:strike w:val="0"/>
          <w:sz w:val="22"/>
          <w:u w:val="single"/>
        </w:rPr>
        <w:t xml:space="preserve"> government to its own non-necessity</w:t>
      </w:r>
      <w:r>
        <w:rPr>
          <w:b w:val="0"/>
          <w:i w:val="0"/>
          <w:smallCaps w:val="0"/>
          <w:strike w:val="0"/>
          <w:u w:val="none"/>
        </w:rPr>
        <w:t xml:space="preserve"> or, better, bring this non-necessity into the praxis of government itself. As we have argued, </w:t>
      </w:r>
      <w:r>
        <w:rPr>
          <w:b w:val="0"/>
          <w:i w:val="0"/>
          <w:smallCaps w:val="0"/>
          <w:strike w:val="0"/>
          <w:sz w:val="22"/>
          <w:highlight w:val="yellow"/>
          <w:u w:val="single"/>
        </w:rPr>
        <w:t>the democratic afﬁrmation</w:t>
      </w:r>
      <w:r>
        <w:rPr>
          <w:b w:val="0"/>
          <w:i w:val="0"/>
          <w:smallCaps w:val="0"/>
          <w:strike w:val="0"/>
          <w:sz w:val="22"/>
          <w:u w:val="single"/>
        </w:rPr>
        <w:t xml:space="preserve"> of contingency </w:t>
      </w:r>
      <w:r>
        <w:rPr>
          <w:b w:val="0"/>
          <w:i w:val="0"/>
          <w:smallCaps w:val="0"/>
          <w:strike w:val="0"/>
          <w:sz w:val="22"/>
          <w:highlight w:val="yellow"/>
          <w:u w:val="single"/>
        </w:rPr>
        <w:t>enables free circulation of</w:t>
      </w:r>
      <w:r>
        <w:rPr>
          <w:b w:val="0"/>
          <w:i w:val="0"/>
          <w:smallCaps w:val="0"/>
          <w:strike w:val="0"/>
          <w:sz w:val="22"/>
          <w:u w:val="single"/>
        </w:rPr>
        <w:t xml:space="preserve"> forms of </w:t>
      </w:r>
      <w:r>
        <w:rPr>
          <w:b w:val="0"/>
          <w:i w:val="0"/>
          <w:smallCaps w:val="0"/>
          <w:strike w:val="0"/>
          <w:sz w:val="22"/>
          <w:highlight w:val="yellow"/>
          <w:u w:val="single"/>
        </w:rPr>
        <w:t>life</w:t>
      </w:r>
      <w:r>
        <w:rPr>
          <w:b w:val="0"/>
          <w:i w:val="0"/>
          <w:smallCaps w:val="0"/>
          <w:strike w:val="0"/>
          <w:sz w:val="22"/>
          <w:u w:val="single"/>
        </w:rPr>
        <w:t xml:space="preserve"> while disabling any claim to epistemic, ethical or other privilege of any of these forms</w:t>
      </w:r>
      <w:r>
        <w:rPr>
          <w:b w:val="0"/>
          <w:i w:val="0"/>
          <w:smallCaps w:val="0"/>
          <w:strike w:val="0"/>
          <w:u w:val="none"/>
        </w:rPr>
        <w:t xml:space="preserve">. Thus, not every form of life in a democracy is in accordance with democracy: the range of legitimate forms is </w:t>
      </w:r>
      <w:r>
        <w:rPr>
          <w:b w:val="0"/>
          <w:i w:val="0"/>
          <w:smallCaps w:val="0"/>
          <w:strike w:val="0"/>
          <w:u w:val="none"/>
        </w:rPr>
        <w:t>inﬁ</w:t>
      </w:r>
      <w:r>
        <w:rPr>
          <w:b w:val="0"/>
          <w:i w:val="0"/>
          <w:smallCaps w:val="0"/>
          <w:strike w:val="0"/>
          <w:u w:val="none"/>
        </w:rPr>
        <w:t xml:space="preserve"> </w:t>
      </w:r>
      <w:r>
        <w:rPr>
          <w:b w:val="0"/>
          <w:i w:val="0"/>
          <w:smallCaps w:val="0"/>
          <w:strike w:val="0"/>
          <w:u w:val="none"/>
        </w:rPr>
        <w:t>nite</w:t>
      </w:r>
      <w:r>
        <w:rPr>
          <w:b w:val="0"/>
          <w:i w:val="0"/>
          <w:smallCaps w:val="0"/>
          <w:strike w:val="0"/>
          <w:u w:val="none"/>
        </w:rPr>
        <w:t xml:space="preserve"> but not unlimited. Just as democracy delegitimizes attempts to force the form that captivates us into the lives of others, it legitimizes and afﬁrms what we have called a freeform life, a life that does not sim- ply give itself over to a certain form once and for all, but rather </w:t>
      </w:r>
      <w:r>
        <w:rPr>
          <w:b w:val="0"/>
          <w:i w:val="0"/>
          <w:smallCaps w:val="0"/>
          <w:strike w:val="0"/>
          <w:u w:val="none"/>
        </w:rPr>
        <w:t>experi</w:t>
      </w:r>
      <w:r>
        <w:rPr>
          <w:b w:val="0"/>
          <w:i w:val="0"/>
          <w:smallCaps w:val="0"/>
          <w:strike w:val="0"/>
          <w:u w:val="none"/>
        </w:rPr>
        <w:t xml:space="preserve">- </w:t>
      </w:r>
      <w:r>
        <w:rPr>
          <w:b w:val="0"/>
          <w:i w:val="0"/>
          <w:smallCaps w:val="0"/>
          <w:strike w:val="0"/>
          <w:u w:val="none"/>
        </w:rPr>
        <w:t>ments</w:t>
      </w:r>
      <w:r>
        <w:rPr>
          <w:b w:val="0"/>
          <w:i w:val="0"/>
          <w:smallCaps w:val="0"/>
          <w:strike w:val="0"/>
          <w:u w:val="none"/>
        </w:rPr>
        <w:t xml:space="preserve"> with its own living by combining captivation and boredom in an open disposition to the world and all the forms that surge into being within it. In </w:t>
      </w:r>
      <w:r>
        <w:rPr>
          <w:b w:val="0"/>
          <w:i w:val="0"/>
          <w:smallCaps w:val="0"/>
          <w:strike w:val="0"/>
          <w:sz w:val="22"/>
          <w:u w:val="single"/>
        </w:rPr>
        <w:t xml:space="preserve">this manner, </w:t>
      </w:r>
      <w:r>
        <w:rPr>
          <w:b/>
          <w:i w:val="0"/>
          <w:smallCaps w:val="0"/>
          <w:strike w:val="0"/>
          <w:sz w:val="22"/>
          <w:highlight w:val="yellow"/>
          <w:u w:val="single"/>
        </w:rPr>
        <w:t>democracy enables us to govern</w:t>
      </w:r>
      <w:r>
        <w:rPr>
          <w:b/>
          <w:i w:val="0"/>
          <w:smallCaps w:val="0"/>
          <w:strike w:val="0"/>
          <w:sz w:val="22"/>
          <w:u w:val="single"/>
        </w:rPr>
        <w:t xml:space="preserve"> and possibly change </w:t>
      </w:r>
      <w:r>
        <w:rPr>
          <w:b/>
          <w:i w:val="0"/>
          <w:smallCaps w:val="0"/>
          <w:strike w:val="0"/>
          <w:sz w:val="22"/>
          <w:highlight w:val="yellow"/>
          <w:u w:val="single"/>
        </w:rPr>
        <w:t>our own lives while</w:t>
      </w:r>
      <w:r>
        <w:rPr>
          <w:b w:val="0"/>
          <w:i w:val="0"/>
          <w:smallCaps w:val="0"/>
          <w:strike w:val="0"/>
          <w:sz w:val="22"/>
          <w:u w:val="single"/>
        </w:rPr>
        <w:t xml:space="preserve"> to some degree </w:t>
      </w:r>
      <w:r>
        <w:rPr>
          <w:b w:val="0"/>
          <w:i w:val="0"/>
          <w:smallCaps w:val="0"/>
          <w:strike w:val="0"/>
          <w:sz w:val="22"/>
          <w:highlight w:val="yellow"/>
          <w:u w:val="single"/>
        </w:rPr>
        <w:t>protecting</w:t>
      </w:r>
      <w:r>
        <w:rPr>
          <w:b w:val="0"/>
          <w:i w:val="0"/>
          <w:smallCaps w:val="0"/>
          <w:strike w:val="0"/>
          <w:sz w:val="22"/>
          <w:u w:val="single"/>
        </w:rPr>
        <w:t xml:space="preserve"> both others and </w:t>
      </w:r>
      <w:r>
        <w:rPr>
          <w:b w:val="0"/>
          <w:i w:val="0"/>
          <w:smallCaps w:val="0"/>
          <w:strike w:val="0"/>
          <w:sz w:val="22"/>
          <w:highlight w:val="yellow"/>
          <w:u w:val="single"/>
        </w:rPr>
        <w:t>ourselves</w:t>
      </w:r>
      <w:r>
        <w:rPr>
          <w:b w:val="0"/>
          <w:i w:val="0"/>
          <w:smallCaps w:val="0"/>
          <w:strike w:val="0"/>
          <w:sz w:val="22"/>
          <w:highlight w:val="yellow"/>
          <w:u w:val="single"/>
        </w:rPr>
        <w:t xml:space="preserve"> from</w:t>
      </w:r>
      <w:r>
        <w:rPr>
          <w:b w:val="0"/>
          <w:i w:val="0"/>
          <w:smallCaps w:val="0"/>
          <w:strike w:val="0"/>
          <w:sz w:val="22"/>
          <w:u w:val="single"/>
        </w:rPr>
        <w:t xml:space="preserve"> the excesses of </w:t>
      </w:r>
      <w:r>
        <w:rPr>
          <w:b w:val="0"/>
          <w:i w:val="0"/>
          <w:smallCaps w:val="0"/>
          <w:strike w:val="0"/>
          <w:sz w:val="22"/>
          <w:highlight w:val="yellow"/>
          <w:u w:val="single"/>
        </w:rPr>
        <w:t>our captivation</w:t>
      </w:r>
      <w:r>
        <w:rPr>
          <w:b w:val="0"/>
          <w:i w:val="0"/>
          <w:smallCaps w:val="0"/>
          <w:strike w:val="0"/>
          <w:u w:val="none"/>
        </w:rPr>
        <w:t>. It invites us to hesitate in our very captivation, so as not to exhaust all of our formative force in any present form of life but to retain the potentiality of being otherwise in whatever form we dwell.</w:t>
      </w:r>
    </w:p>
    <w:p>
      <w:pPr>
        <w:spacing w:after="60"/>
      </w:pPr>
      <w:r>
        <w:rPr>
          <w:b w:val="0"/>
          <w:i w:val="0"/>
          <w:smallCaps w:val="0"/>
          <w:strike w:val="0"/>
          <w:u w:val="none"/>
        </w:rPr>
        <w:t xml:space="preserve">This is why we conclude this book by offering a different perspective on the question of the universality of democracy, whose apparent impossibility is often held to disqualify every effort at democracy promotion internationally and weaken support for it </w:t>
      </w:r>
      <w:r>
        <w:rPr>
          <w:b w:val="0"/>
          <w:i w:val="0"/>
          <w:smallCaps w:val="0"/>
          <w:strike w:val="0"/>
          <w:u w:val="none"/>
        </w:rPr>
        <w:t xml:space="preserve">domestically. </w:t>
      </w:r>
      <w:r>
        <w:rPr>
          <w:b w:val="0"/>
          <w:i w:val="0"/>
          <w:smallCaps w:val="0"/>
          <w:strike w:val="0"/>
          <w:sz w:val="22"/>
          <w:u w:val="single"/>
        </w:rPr>
        <w:t xml:space="preserve">It appears that we can no longer enjoy our democracy if its principle cannot be shown to have universal validity, as if such validity could ever be established for tyrannical or totalitarian regimes. Yet, the very idea of </w:t>
      </w:r>
      <w:r>
        <w:rPr>
          <w:b w:val="0"/>
          <w:i w:val="0"/>
          <w:smallCaps w:val="0"/>
          <w:strike w:val="0"/>
          <w:sz w:val="22"/>
          <w:highlight w:val="yellow"/>
          <w:u w:val="single"/>
        </w:rPr>
        <w:t>universal validity</w:t>
      </w:r>
      <w:r>
        <w:rPr>
          <w:b w:val="0"/>
          <w:i w:val="0"/>
          <w:smallCaps w:val="0"/>
          <w:strike w:val="0"/>
          <w:sz w:val="22"/>
          <w:u w:val="single"/>
        </w:rPr>
        <w:t xml:space="preserve"> would apparently </w:t>
      </w:r>
      <w:r>
        <w:rPr>
          <w:b w:val="0"/>
          <w:i w:val="0"/>
          <w:smallCaps w:val="0"/>
          <w:strike w:val="0"/>
          <w:sz w:val="22"/>
          <w:highlight w:val="yellow"/>
          <w:u w:val="single"/>
        </w:rPr>
        <w:t>contradict the idea of</w:t>
      </w:r>
      <w:r>
        <w:rPr>
          <w:b w:val="0"/>
          <w:i w:val="0"/>
          <w:smallCaps w:val="0"/>
          <w:strike w:val="0"/>
          <w:sz w:val="22"/>
          <w:u w:val="single"/>
        </w:rPr>
        <w:t xml:space="preserve"> the ontological void at the heart of </w:t>
      </w:r>
      <w:r>
        <w:rPr>
          <w:b w:val="0"/>
          <w:i w:val="0"/>
          <w:smallCaps w:val="0"/>
          <w:strike w:val="0"/>
          <w:sz w:val="22"/>
          <w:highlight w:val="yellow"/>
          <w:u w:val="single"/>
        </w:rPr>
        <w:t>democracy</w:t>
      </w:r>
      <w:r>
        <w:rPr>
          <w:b w:val="0"/>
          <w:i w:val="0"/>
          <w:smallCaps w:val="0"/>
          <w:strike w:val="0"/>
          <w:sz w:val="22"/>
          <w:u w:val="single"/>
        </w:rPr>
        <w:t xml:space="preserve">, whose ontic consequence is precisely the </w:t>
      </w:r>
      <w:r>
        <w:rPr>
          <w:b w:val="0"/>
          <w:i w:val="0"/>
          <w:smallCaps w:val="0"/>
          <w:strike w:val="0"/>
          <w:sz w:val="22"/>
          <w:u w:val="single"/>
        </w:rPr>
        <w:t>delegiti</w:t>
      </w:r>
      <w:r>
        <w:rPr>
          <w:b w:val="0"/>
          <w:i w:val="0"/>
          <w:smallCaps w:val="0"/>
          <w:strike w:val="0"/>
          <w:sz w:val="22"/>
          <w:u w:val="single"/>
        </w:rPr>
        <w:t xml:space="preserve">- </w:t>
      </w:r>
      <w:r>
        <w:rPr>
          <w:b w:val="0"/>
          <w:i w:val="0"/>
          <w:smallCaps w:val="0"/>
          <w:strike w:val="0"/>
          <w:sz w:val="22"/>
          <w:u w:val="single"/>
        </w:rPr>
        <w:t>mization</w:t>
      </w:r>
      <w:r>
        <w:rPr>
          <w:b w:val="0"/>
          <w:i w:val="0"/>
          <w:smallCaps w:val="0"/>
          <w:strike w:val="0"/>
          <w:sz w:val="22"/>
          <w:u w:val="single"/>
        </w:rPr>
        <w:t xml:space="preserve"> of any discourse, doctrine or form of life that claims universal validity</w:t>
      </w:r>
      <w:r>
        <w:rPr>
          <w:b w:val="0"/>
          <w:i w:val="0"/>
          <w:smallCaps w:val="0"/>
          <w:strike w:val="0"/>
          <w:u w:val="none"/>
        </w:rPr>
        <w:t xml:space="preserve">. </w:t>
      </w:r>
      <w:r>
        <w:rPr>
          <w:b/>
          <w:i w:val="0"/>
          <w:smallCaps w:val="0"/>
          <w:strike w:val="0"/>
          <w:sz w:val="22"/>
          <w:highlight w:val="yellow"/>
          <w:u w:val="single"/>
        </w:rPr>
        <w:t xml:space="preserve">Democracy makes legitimate the </w:t>
      </w:r>
      <w:r>
        <w:rPr>
          <w:b/>
          <w:i w:val="0"/>
          <w:smallCaps w:val="0"/>
          <w:strike w:val="0"/>
          <w:sz w:val="22"/>
          <w:u w:val="single"/>
        </w:rPr>
        <w:t xml:space="preserve">virtually </w:t>
      </w:r>
      <w:r>
        <w:rPr>
          <w:b/>
          <w:i w:val="0"/>
          <w:smallCaps w:val="0"/>
          <w:strike w:val="0"/>
          <w:sz w:val="22"/>
          <w:highlight w:val="yellow"/>
          <w:u w:val="single"/>
        </w:rPr>
        <w:t>unrestricted pursuit of incommensurable forms of life</w:t>
      </w:r>
      <w:r>
        <w:rPr>
          <w:b w:val="0"/>
          <w:i w:val="0"/>
          <w:smallCaps w:val="0"/>
          <w:strike w:val="0"/>
          <w:sz w:val="22"/>
          <w:u w:val="single"/>
        </w:rPr>
        <w:t xml:space="preserve"> on the condition that none of them elevates itself above others by claiming to be essential, proper, necessary or universal</w:t>
      </w:r>
      <w:r>
        <w:rPr>
          <w:b w:val="0"/>
          <w:i w:val="0"/>
          <w:smallCaps w:val="0"/>
          <w:strike w:val="0"/>
          <w:u w:val="none"/>
        </w:rPr>
        <w:t xml:space="preserve">. If democracy were then itself a form of life, it could not have universal validity by its own deﬁnition. </w:t>
      </w:r>
      <w:r>
        <w:rPr>
          <w:b w:val="0"/>
          <w:i w:val="0"/>
          <w:smallCaps w:val="0"/>
          <w:strike w:val="0"/>
          <w:sz w:val="22"/>
          <w:u w:val="single"/>
        </w:rPr>
        <w:t xml:space="preserve">However, as we have shown, </w:t>
      </w:r>
      <w:r>
        <w:rPr>
          <w:b w:val="0"/>
          <w:i w:val="0"/>
          <w:smallCaps w:val="0"/>
          <w:strike w:val="0"/>
          <w:sz w:val="22"/>
          <w:highlight w:val="yellow"/>
          <w:u w:val="single"/>
        </w:rPr>
        <w:t>democracy does not prescribe any</w:t>
      </w:r>
      <w:r>
        <w:rPr>
          <w:b w:val="0"/>
          <w:i w:val="0"/>
          <w:smallCaps w:val="0"/>
          <w:strike w:val="0"/>
          <w:sz w:val="22"/>
          <w:u w:val="single"/>
        </w:rPr>
        <w:t xml:space="preserve"> determinate </w:t>
      </w:r>
      <w:r>
        <w:rPr>
          <w:b w:val="0"/>
          <w:i w:val="0"/>
          <w:smallCaps w:val="0"/>
          <w:strike w:val="0"/>
          <w:sz w:val="22"/>
          <w:highlight w:val="yellow"/>
          <w:u w:val="single"/>
        </w:rPr>
        <w:t>form of life</w:t>
      </w:r>
      <w:r>
        <w:rPr>
          <w:b w:val="0"/>
          <w:i w:val="0"/>
          <w:smallCaps w:val="0"/>
          <w:strike w:val="0"/>
          <w:sz w:val="22"/>
          <w:u w:val="single"/>
        </w:rPr>
        <w:t xml:space="preserve"> but rather afﬁrms the freedom, equality and</w:t>
      </w:r>
      <w:r>
        <w:rPr>
          <w:b w:val="0"/>
          <w:i w:val="0"/>
          <w:smallCaps w:val="0"/>
          <w:strike w:val="0"/>
          <w:sz w:val="22"/>
          <w:u w:val="single"/>
        </w:rPr>
        <w:t xml:space="preserve"> community of the most diverse forms. </w:t>
      </w:r>
      <w:r>
        <w:rPr>
          <w:b w:val="0"/>
          <w:i w:val="0"/>
          <w:smallCaps w:val="0"/>
          <w:strike w:val="0"/>
          <w:u w:val="none"/>
        </w:rPr>
        <w:t xml:space="preserve">For this reason, democracy need not get embroiled in the aporia of asserting its own universal validity at the same time as it rejects the very idea of it. It is universally practicable not because of the privileged content it prescribes but precisely because it does not prescribe any. From the standpoint of the non-necessity of government, all regimes that found themselves on claims to necessity are illegitimate. </w:t>
      </w:r>
      <w:r>
        <w:rPr>
          <w:b w:val="0"/>
          <w:i w:val="0"/>
          <w:smallCaps w:val="0"/>
          <w:strike w:val="0"/>
          <w:sz w:val="22"/>
          <w:highlight w:val="yellow"/>
          <w:u w:val="single"/>
        </w:rPr>
        <w:t>It is only democracy that can avoid</w:t>
      </w:r>
      <w:r>
        <w:rPr>
          <w:b w:val="0"/>
          <w:i w:val="0"/>
          <w:smallCaps w:val="0"/>
          <w:strike w:val="0"/>
          <w:sz w:val="22"/>
          <w:u w:val="single"/>
        </w:rPr>
        <w:t xml:space="preserve"> this </w:t>
      </w:r>
      <w:r>
        <w:rPr>
          <w:b w:val="0"/>
          <w:i w:val="0"/>
          <w:smallCaps w:val="0"/>
          <w:strike w:val="0"/>
          <w:sz w:val="22"/>
          <w:highlight w:val="yellow"/>
          <w:u w:val="single"/>
        </w:rPr>
        <w:t>illegitimacy</w:t>
      </w:r>
      <w:r>
        <w:rPr>
          <w:b w:val="0"/>
          <w:i w:val="0"/>
          <w:smallCaps w:val="0"/>
          <w:strike w:val="0"/>
          <w:sz w:val="22"/>
          <w:u w:val="single"/>
        </w:rPr>
        <w:t xml:space="preserve"> by making its non-necessity its sole ground and renouncing all aspirations to give life a proper form</w:t>
      </w:r>
    </w:p>
    <w:p>
      <w:pPr>
        <w:spacing w:after="60"/>
      </w:pPr>
      <w:r>
        <w:rPr>
          <w:b w:val="0"/>
          <w:i w:val="0"/>
          <w:smallCaps w:val="0"/>
          <w:strike w:val="0"/>
          <w:u w:val="none"/>
        </w:rPr>
        <w:t xml:space="preserve">Moreover, as we have argued throughout this book, </w:t>
      </w:r>
      <w:r>
        <w:rPr>
          <w:b w:val="0"/>
          <w:i w:val="0"/>
          <w:smallCaps w:val="0"/>
          <w:strike w:val="0"/>
          <w:sz w:val="22"/>
          <w:u w:val="single"/>
        </w:rPr>
        <w:t>democracy is not merely a transcendental condition regulating the coexistence of forms of life but can actually pass into their very experience</w:t>
      </w:r>
      <w:r>
        <w:rPr>
          <w:b w:val="0"/>
          <w:i w:val="0"/>
          <w:smallCaps w:val="0"/>
          <w:strike w:val="0"/>
          <w:u w:val="none"/>
        </w:rPr>
        <w:t xml:space="preserve">. The experiential correlate of democratic contingency is the human potentiality for distraction, our oscillation between curious captivation in a form of life and a bored withdrawal from it. In contrast to any regime that posits the existence of a proper, authentic or true form of life and thereby attempts to hold life captive in a contingent moment of captivation or even impose this captivity on a life that is bored, indifferent or fugitive, </w:t>
      </w:r>
      <w:r>
        <w:rPr>
          <w:b w:val="0"/>
          <w:i w:val="0"/>
          <w:smallCaps w:val="0"/>
          <w:strike w:val="0"/>
          <w:sz w:val="22"/>
          <w:u w:val="single"/>
        </w:rPr>
        <w:t xml:space="preserve">democracy ventures to institutionalize this oscillation between </w:t>
      </w:r>
      <w:r>
        <w:rPr>
          <w:b w:val="0"/>
          <w:i w:val="0"/>
          <w:smallCaps w:val="0"/>
          <w:strike w:val="0"/>
          <w:sz w:val="22"/>
          <w:u w:val="single"/>
        </w:rPr>
        <w:t>captiva</w:t>
      </w:r>
      <w:r>
        <w:rPr>
          <w:b w:val="0"/>
          <w:i w:val="0"/>
          <w:smallCaps w:val="0"/>
          <w:strike w:val="0"/>
          <w:sz w:val="22"/>
          <w:u w:val="single"/>
        </w:rPr>
        <w:t xml:space="preserve">- </w:t>
      </w:r>
      <w:r>
        <w:rPr>
          <w:b w:val="0"/>
          <w:i w:val="0"/>
          <w:smallCaps w:val="0"/>
          <w:strike w:val="0"/>
          <w:sz w:val="22"/>
          <w:u w:val="single"/>
        </w:rPr>
        <w:t>tion</w:t>
      </w:r>
      <w:r>
        <w:rPr>
          <w:b w:val="0"/>
          <w:i w:val="0"/>
          <w:smallCaps w:val="0"/>
          <w:strike w:val="0"/>
          <w:sz w:val="22"/>
          <w:u w:val="single"/>
        </w:rPr>
        <w:t xml:space="preserve"> and boredom that deﬁnes the formative force of life as the condition of perpetual renewal and transformation in politics. This is what makes </w:t>
      </w:r>
      <w:r>
        <w:rPr>
          <w:b w:val="0"/>
          <w:i w:val="0"/>
          <w:smallCaps w:val="0"/>
          <w:strike w:val="0"/>
          <w:sz w:val="22"/>
          <w:highlight w:val="yellow"/>
          <w:u w:val="single"/>
        </w:rPr>
        <w:t>democracy</w:t>
      </w:r>
      <w:r>
        <w:rPr>
          <w:b w:val="0"/>
          <w:i w:val="0"/>
          <w:smallCaps w:val="0"/>
          <w:strike w:val="0"/>
          <w:sz w:val="22"/>
          <w:u w:val="single"/>
        </w:rPr>
        <w:t xml:space="preserve"> enjoyable as a regime that </w:t>
      </w:r>
      <w:r>
        <w:rPr>
          <w:b w:val="0"/>
          <w:i w:val="0"/>
          <w:smallCaps w:val="0"/>
          <w:strike w:val="0"/>
          <w:sz w:val="22"/>
          <w:highlight w:val="yellow"/>
          <w:u w:val="single"/>
        </w:rPr>
        <w:t xml:space="preserve">incites and encourages </w:t>
      </w:r>
      <w:r>
        <w:rPr>
          <w:b w:val="0"/>
          <w:i w:val="0"/>
          <w:smallCaps w:val="0"/>
          <w:strike w:val="0"/>
          <w:sz w:val="22"/>
          <w:u w:val="single"/>
        </w:rPr>
        <w:t xml:space="preserve">permanent </w:t>
      </w:r>
      <w:r>
        <w:rPr>
          <w:b w:val="0"/>
          <w:i w:val="0"/>
          <w:smallCaps w:val="0"/>
          <w:strike w:val="0"/>
          <w:sz w:val="22"/>
          <w:highlight w:val="yellow"/>
          <w:u w:val="single"/>
        </w:rPr>
        <w:t xml:space="preserve">experimentation with </w:t>
      </w:r>
      <w:r>
        <w:rPr>
          <w:b w:val="0"/>
          <w:i w:val="0"/>
          <w:smallCaps w:val="0"/>
          <w:strike w:val="0"/>
          <w:sz w:val="22"/>
          <w:u w:val="single"/>
        </w:rPr>
        <w:t xml:space="preserve">living </w:t>
      </w:r>
      <w:r>
        <w:rPr>
          <w:b w:val="0"/>
          <w:i w:val="0"/>
          <w:smallCaps w:val="0"/>
          <w:strike w:val="0"/>
          <w:sz w:val="22"/>
          <w:highlight w:val="yellow"/>
          <w:u w:val="single"/>
        </w:rPr>
        <w:t xml:space="preserve">one’s life </w:t>
      </w:r>
      <w:r>
        <w:rPr>
          <w:b w:val="0"/>
          <w:i w:val="0"/>
          <w:smallCaps w:val="0"/>
          <w:strike w:val="0"/>
          <w:sz w:val="22"/>
          <w:u w:val="single"/>
        </w:rPr>
        <w:t xml:space="preserve">in a freeform manner </w:t>
      </w:r>
      <w:r>
        <w:rPr>
          <w:b w:val="0"/>
          <w:i w:val="0"/>
          <w:smallCaps w:val="0"/>
          <w:strike w:val="0"/>
          <w:sz w:val="22"/>
          <w:highlight w:val="yellow"/>
          <w:u w:val="single"/>
        </w:rPr>
        <w:t>without ever</w:t>
      </w:r>
      <w:r>
        <w:rPr>
          <w:b w:val="0"/>
          <w:i w:val="0"/>
          <w:smallCaps w:val="0"/>
          <w:strike w:val="0"/>
          <w:sz w:val="22"/>
          <w:u w:val="single"/>
        </w:rPr>
        <w:t xml:space="preserve"> really </w:t>
      </w:r>
      <w:r>
        <w:rPr>
          <w:b w:val="0"/>
          <w:i w:val="0"/>
          <w:smallCaps w:val="0"/>
          <w:strike w:val="0"/>
          <w:sz w:val="22"/>
          <w:highlight w:val="yellow"/>
          <w:u w:val="single"/>
        </w:rPr>
        <w:t>having to settle for any</w:t>
      </w:r>
      <w:r>
        <w:rPr>
          <w:b w:val="0"/>
          <w:i w:val="0"/>
          <w:smallCaps w:val="0"/>
          <w:strike w:val="0"/>
          <w:sz w:val="22"/>
          <w:u w:val="single"/>
        </w:rPr>
        <w:t xml:space="preserve"> deﬁnitive </w:t>
      </w:r>
      <w:r>
        <w:rPr>
          <w:b w:val="0"/>
          <w:i w:val="0"/>
          <w:smallCaps w:val="0"/>
          <w:strike w:val="0"/>
          <w:sz w:val="22"/>
          <w:highlight w:val="yellow"/>
          <w:u w:val="single"/>
        </w:rPr>
        <w:t>form</w:t>
      </w:r>
      <w:r>
        <w:rPr>
          <w:b w:val="0"/>
          <w:i w:val="0"/>
          <w:smallCaps w:val="0"/>
          <w:strike w:val="0"/>
          <w:sz w:val="22"/>
          <w:u w:val="single"/>
        </w:rPr>
        <w:t>.</w:t>
      </w:r>
    </w:p>
    <w:p>
      <w:pPr>
        <w:spacing w:after="60"/>
      </w:pPr>
      <w:r>
        <w:rPr>
          <w:b w:val="0"/>
          <w:i w:val="0"/>
          <w:smallCaps w:val="0"/>
          <w:strike w:val="0"/>
          <w:u w:val="none"/>
        </w:rPr>
        <w:t>Given that life itself is prone to distraction, captivation and boredom</w:t>
      </w:r>
      <w:r>
        <w:rPr>
          <w:b w:val="0"/>
          <w:i w:val="0"/>
          <w:smallCaps w:val="0"/>
          <w:strike w:val="0"/>
          <w:sz w:val="22"/>
          <w:u w:val="single"/>
        </w:rPr>
        <w:t xml:space="preserve">, </w:t>
      </w:r>
      <w:r>
        <w:rPr>
          <w:b w:val="0"/>
          <w:i w:val="0"/>
          <w:smallCaps w:val="0"/>
          <w:strike w:val="0"/>
          <w:sz w:val="22"/>
          <w:highlight w:val="yellow"/>
          <w:u w:val="single"/>
        </w:rPr>
        <w:t>democracy</w:t>
      </w:r>
      <w:r>
        <w:rPr>
          <w:b w:val="0"/>
          <w:i w:val="0"/>
          <w:smallCaps w:val="0"/>
          <w:strike w:val="0"/>
          <w:sz w:val="22"/>
          <w:u w:val="single"/>
        </w:rPr>
        <w:t xml:space="preserve">, which both renders these aspects of life legitimate and </w:t>
      </w:r>
      <w:r>
        <w:rPr>
          <w:b w:val="0"/>
          <w:i w:val="0"/>
          <w:smallCaps w:val="0"/>
          <w:strike w:val="0"/>
          <w:sz w:val="22"/>
          <w:highlight w:val="yellow"/>
          <w:u w:val="single"/>
        </w:rPr>
        <w:t>protects</w:t>
      </w:r>
      <w:r>
        <w:rPr>
          <w:b w:val="0"/>
          <w:i w:val="0"/>
          <w:smallCaps w:val="0"/>
          <w:strike w:val="0"/>
          <w:sz w:val="22"/>
          <w:u w:val="single"/>
        </w:rPr>
        <w:t xml:space="preserve"> them </w:t>
      </w:r>
      <w:r>
        <w:rPr>
          <w:b w:val="0"/>
          <w:i w:val="0"/>
          <w:smallCaps w:val="0"/>
          <w:strike w:val="0"/>
          <w:sz w:val="22"/>
          <w:highlight w:val="yellow"/>
          <w:u w:val="single"/>
        </w:rPr>
        <w:t>against</w:t>
      </w:r>
      <w:r>
        <w:rPr>
          <w:b w:val="0"/>
          <w:i w:val="0"/>
          <w:smallCaps w:val="0"/>
          <w:strike w:val="0"/>
          <w:sz w:val="22"/>
          <w:u w:val="single"/>
        </w:rPr>
        <w:t xml:space="preserve"> the </w:t>
      </w:r>
      <w:r>
        <w:rPr>
          <w:b w:val="0"/>
          <w:i w:val="0"/>
          <w:smallCaps w:val="0"/>
          <w:strike w:val="0"/>
          <w:sz w:val="22"/>
          <w:highlight w:val="yellow"/>
          <w:u w:val="single"/>
        </w:rPr>
        <w:t>excesses of government</w:t>
      </w:r>
      <w:r>
        <w:rPr>
          <w:b w:val="0"/>
          <w:i w:val="0"/>
          <w:smallCaps w:val="0"/>
          <w:strike w:val="0"/>
          <w:sz w:val="22"/>
          <w:u w:val="single"/>
        </w:rPr>
        <w:t xml:space="preserve"> that life can be held captive by, is </w:t>
      </w:r>
      <w:r>
        <w:rPr>
          <w:b w:val="0"/>
          <w:i w:val="0"/>
          <w:smallCaps w:val="0"/>
          <w:strike w:val="0"/>
          <w:sz w:val="22"/>
          <w:highlight w:val="yellow"/>
          <w:u w:val="single"/>
        </w:rPr>
        <w:t>the one form of government that is</w:t>
      </w:r>
      <w:r>
        <w:rPr>
          <w:b w:val="0"/>
          <w:i w:val="0"/>
          <w:smallCaps w:val="0"/>
          <w:strike w:val="0"/>
          <w:sz w:val="22"/>
          <w:u w:val="single"/>
        </w:rPr>
        <w:t xml:space="preserve">, in the Nietzschean terms, </w:t>
      </w:r>
      <w:r>
        <w:rPr>
          <w:b w:val="0"/>
          <w:i w:val="0"/>
          <w:smallCaps w:val="0"/>
          <w:strike w:val="0"/>
          <w:sz w:val="22"/>
          <w:highlight w:val="yellow"/>
          <w:u w:val="single"/>
        </w:rPr>
        <w:t>good for</w:t>
      </w:r>
      <w:r>
        <w:rPr>
          <w:b w:val="0"/>
          <w:i w:val="0"/>
          <w:smallCaps w:val="0"/>
          <w:strike w:val="0"/>
          <w:sz w:val="22"/>
          <w:u w:val="single"/>
        </w:rPr>
        <w:t xml:space="preserve"> life, for </w:t>
      </w:r>
      <w:r>
        <w:rPr>
          <w:b w:val="0"/>
          <w:i w:val="0"/>
          <w:smallCaps w:val="0"/>
          <w:strike w:val="0"/>
          <w:sz w:val="22"/>
          <w:highlight w:val="yellow"/>
          <w:u w:val="single"/>
        </w:rPr>
        <w:t>all life</w:t>
      </w:r>
      <w:r>
        <w:rPr>
          <w:b w:val="0"/>
          <w:i w:val="0"/>
          <w:smallCaps w:val="0"/>
          <w:strike w:val="0"/>
          <w:u w:val="none"/>
        </w:rPr>
        <w:t xml:space="preserve">, in whatever form it happens to ﬁnd itself at the moment. </w:t>
      </w:r>
      <w:r>
        <w:rPr>
          <w:b w:val="0"/>
          <w:i w:val="0"/>
          <w:smallCaps w:val="0"/>
          <w:strike w:val="0"/>
          <w:sz w:val="22"/>
          <w:u w:val="single"/>
        </w:rPr>
        <w:t xml:space="preserve">Democracy is more than a mere governmental arrangement that </w:t>
      </w:r>
      <w:r>
        <w:rPr>
          <w:b w:val="0"/>
          <w:i w:val="0"/>
          <w:smallCaps w:val="0"/>
          <w:strike w:val="0"/>
          <w:sz w:val="22"/>
          <w:highlight w:val="yellow"/>
          <w:u w:val="single"/>
        </w:rPr>
        <w:t>some of us</w:t>
      </w:r>
      <w:r>
        <w:rPr>
          <w:b w:val="0"/>
          <w:i w:val="0"/>
          <w:smallCaps w:val="0"/>
          <w:strike w:val="0"/>
          <w:sz w:val="22"/>
          <w:u w:val="single"/>
        </w:rPr>
        <w:t xml:space="preserve"> may have </w:t>
      </w:r>
      <w:r>
        <w:rPr>
          <w:b w:val="0"/>
          <w:i w:val="0"/>
          <w:smallCaps w:val="0"/>
          <w:strike w:val="0"/>
          <w:sz w:val="22"/>
          <w:highlight w:val="yellow"/>
          <w:u w:val="single"/>
        </w:rPr>
        <w:t>become frustrated</w:t>
      </w:r>
      <w:r>
        <w:rPr>
          <w:b w:val="0"/>
          <w:i w:val="0"/>
          <w:smallCaps w:val="0"/>
          <w:strike w:val="0"/>
          <w:sz w:val="22"/>
          <w:u w:val="single"/>
        </w:rPr>
        <w:t xml:space="preserve"> with </w:t>
      </w:r>
      <w:r>
        <w:rPr>
          <w:b w:val="0"/>
          <w:i w:val="0"/>
          <w:smallCaps w:val="0"/>
          <w:strike w:val="0"/>
          <w:sz w:val="22"/>
          <w:highlight w:val="yellow"/>
          <w:u w:val="single"/>
        </w:rPr>
        <w:t>and</w:t>
      </w:r>
      <w:r>
        <w:rPr>
          <w:b w:val="0"/>
          <w:i w:val="0"/>
          <w:smallCaps w:val="0"/>
          <w:strike w:val="0"/>
          <w:sz w:val="22"/>
          <w:u w:val="single"/>
        </w:rPr>
        <w:t xml:space="preserve"> </w:t>
      </w:r>
      <w:r>
        <w:rPr>
          <w:b w:val="0"/>
          <w:i w:val="0"/>
          <w:smallCaps w:val="0"/>
          <w:strike w:val="0"/>
          <w:sz w:val="22"/>
          <w:highlight w:val="yellow"/>
          <w:u w:val="single"/>
        </w:rPr>
        <w:t>carelessly</w:t>
      </w:r>
      <w:r>
        <w:rPr>
          <w:b w:val="0"/>
          <w:i w:val="0"/>
          <w:smallCaps w:val="0"/>
          <w:strike w:val="0"/>
          <w:sz w:val="22"/>
          <w:u w:val="single"/>
        </w:rPr>
        <w:t xml:space="preserve"> wish to </w:t>
      </w:r>
      <w:r>
        <w:rPr>
          <w:b w:val="0"/>
          <w:i w:val="0"/>
          <w:smallCaps w:val="0"/>
          <w:strike w:val="0"/>
          <w:sz w:val="22"/>
          <w:highlight w:val="yellow"/>
          <w:u w:val="single"/>
        </w:rPr>
        <w:t>discard</w:t>
      </w:r>
      <w:r>
        <w:rPr>
          <w:b w:val="0"/>
          <w:i w:val="0"/>
          <w:smallCaps w:val="0"/>
          <w:strike w:val="0"/>
          <w:sz w:val="22"/>
          <w:u w:val="single"/>
        </w:rPr>
        <w:t xml:space="preserve"> – it is </w:t>
      </w:r>
      <w:r>
        <w:rPr>
          <w:b w:val="0"/>
          <w:i w:val="0"/>
          <w:smallCaps w:val="0"/>
          <w:strike w:val="0"/>
          <w:sz w:val="22"/>
          <w:highlight w:val="yellow"/>
          <w:u w:val="single"/>
        </w:rPr>
        <w:t>the way to afﬁrm life</w:t>
      </w:r>
      <w:r>
        <w:rPr>
          <w:b w:val="0"/>
          <w:i w:val="0"/>
          <w:smallCaps w:val="0"/>
          <w:strike w:val="0"/>
          <w:sz w:val="22"/>
          <w:u w:val="single"/>
        </w:rPr>
        <w:t xml:space="preserve"> in the myriad ways of living. </w:t>
      </w:r>
      <w:r>
        <w:rPr>
          <w:b w:val="0"/>
          <w:i w:val="0"/>
          <w:smallCaps w:val="0"/>
          <w:strike w:val="0"/>
          <w:u w:val="none"/>
        </w:rPr>
        <w:t xml:space="preserve">For this reason, </w:t>
      </w:r>
      <w:r>
        <w:rPr>
          <w:b/>
          <w:i w:val="0"/>
          <w:smallCaps w:val="0"/>
          <w:strike w:val="0"/>
          <w:sz w:val="22"/>
          <w:highlight w:val="yellow"/>
          <w:u w:val="single"/>
        </w:rPr>
        <w:t>the negation of democracy is</w:t>
      </w:r>
      <w:r>
        <w:rPr>
          <w:b w:val="0"/>
          <w:i w:val="0"/>
          <w:smallCaps w:val="0"/>
          <w:strike w:val="0"/>
          <w:sz w:val="22"/>
          <w:highlight w:val="yellow"/>
          <w:u w:val="single"/>
        </w:rPr>
        <w:t>,</w:t>
      </w:r>
      <w:r>
        <w:rPr>
          <w:b w:val="0"/>
          <w:i w:val="0"/>
          <w:smallCaps w:val="0"/>
          <w:strike w:val="0"/>
          <w:sz w:val="22"/>
          <w:u w:val="single"/>
        </w:rPr>
        <w:t xml:space="preserve"> in a strict sense, </w:t>
      </w:r>
      <w:r>
        <w:rPr>
          <w:b/>
          <w:i w:val="0"/>
          <w:smallCaps w:val="0"/>
          <w:strike w:val="0"/>
          <w:sz w:val="22"/>
          <w:highlight w:val="yellow"/>
          <w:u w:val="single"/>
        </w:rPr>
        <w:t>life-negating</w:t>
      </w:r>
      <w:r>
        <w:rPr>
          <w:b w:val="0"/>
          <w:i w:val="0"/>
          <w:smallCaps w:val="0"/>
          <w:strike w:val="0"/>
          <w:u w:val="none"/>
        </w:rPr>
        <w:t xml:space="preserve">. This is the sole justiﬁcation that democracy can have and, in fact, the sole justiﬁcation it needs. If no government is necessary, the best form of government is surely the one that </w:t>
      </w:r>
      <w:r>
        <w:rPr>
          <w:b w:val="0"/>
          <w:i w:val="0"/>
          <w:smallCaps w:val="0"/>
          <w:strike w:val="0"/>
          <w:u w:val="none"/>
        </w:rPr>
        <w:t>founds</w:t>
      </w:r>
      <w:r>
        <w:rPr>
          <w:b w:val="0"/>
          <w:i w:val="0"/>
          <w:smallCaps w:val="0"/>
          <w:strike w:val="0"/>
          <w:u w:val="none"/>
        </w:rPr>
        <w:t xml:space="preserve"> itself on its own non-necessity and frees the formative force of life itself to explore its thousand isles.</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