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kills innovation</w:t>
      </w:r>
    </w:p>
    <w:p>
      <w:pPr>
        <w:spacing w:after="80"/>
      </w:pPr>
      <w:r>
        <w:rPr>
          <w:b/>
          <w:i w:val="0"/>
          <w:smallCaps w:val="0"/>
          <w:strike w:val="0"/>
          <w:sz w:val="26"/>
          <w:u w:val="none"/>
        </w:rPr>
        <w:t>Solomon’16</w:t>
      </w:r>
      <w:r>
        <w:rPr>
          <w:b w:val="0"/>
          <w:i w:val="0"/>
          <w:smallCaps w:val="0"/>
          <w:strike w:val="0"/>
          <w:u w:val="none"/>
        </w:rPr>
        <w:t xml:space="preserve">[Brian Solomon; July 14; </w:t>
      </w:r>
      <w:r>
        <w:rPr>
          <w:b w:val="0"/>
          <w:i w:val="0"/>
          <w:smallCaps w:val="0"/>
          <w:strike w:val="0"/>
          <w:u w:val="none"/>
        </w:rPr>
        <w:t>Forbes staff writer</w:t>
      </w:r>
      <w:r>
        <w:rPr>
          <w:b w:val="0"/>
          <w:i w:val="0"/>
          <w:smallCaps w:val="0"/>
          <w:strike w:val="0"/>
          <w:u w:val="none"/>
        </w:rPr>
        <w:t>; Forbes, “</w:t>
      </w:r>
      <w:r>
        <w:rPr>
          <w:b w:val="0"/>
          <w:i w:val="0"/>
          <w:smallCaps w:val="0"/>
          <w:strike w:val="0"/>
          <w:u w:val="none"/>
        </w:rPr>
        <w:t>Donald Trump Would Be 'A Disaster For Innovation,' 145 Tech Leaders Say</w:t>
      </w:r>
      <w:r>
        <w:rPr>
          <w:b w:val="0"/>
          <w:i w:val="0"/>
          <w:smallCaps w:val="0"/>
          <w:strike w:val="0"/>
          <w:u w:val="none"/>
        </w:rPr>
        <w:t xml:space="preserve">.” </w:t>
      </w:r>
      <w:r>
        <w:rPr>
          <w:b w:val="0"/>
          <w:i w:val="0"/>
          <w:smallCaps w:val="0"/>
          <w:strike w:val="0"/>
          <w:u w:val="none"/>
        </w:rPr>
        <w:t>https://www.forbes.com/sites/briansolomon/2016/07/14/145-tech-leaders-sign-letter-calling-trump-a-disaster-for-innovation/</w:t>
      </w:r>
      <w:r>
        <w:rPr>
          <w:b w:val="0"/>
          <w:i w:val="0"/>
          <w:smallCaps w:val="0"/>
          <w:strike w:val="0"/>
          <w:u w:val="none"/>
        </w:rPr>
        <w:t>]</w:t>
      </w:r>
    </w:p>
    <w:p>
      <w:pPr>
        <w:spacing w:after="60"/>
      </w:pPr>
      <w:r>
        <w:rPr>
          <w:b w:val="0"/>
          <w:i w:val="0"/>
          <w:smallCaps w:val="0"/>
          <w:strike w:val="0"/>
          <w:u w:val="none"/>
        </w:rPr>
        <w:t xml:space="preserve">Billionaire venture capitalist Peter Thiel may be backing Donald Trump, and even speaking at the </w:t>
      </w:r>
      <w:r>
        <w:rPr>
          <w:b/>
          <w:i w:val="0"/>
          <w:smallCaps w:val="0"/>
          <w:strike w:val="0"/>
          <w:sz w:val="24"/>
          <w:u w:val="single"/>
        </w:rPr>
        <w:t>Republican</w:t>
      </w:r>
      <w:r>
        <w:rPr>
          <w:b w:val="0"/>
          <w:i w:val="0"/>
          <w:smallCaps w:val="0"/>
          <w:strike w:val="0"/>
          <w:u w:val="none"/>
        </w:rPr>
        <w:t xml:space="preserve"> National Convention. </w:t>
      </w:r>
      <w:r>
        <w:rPr>
          <w:b w:val="0"/>
          <w:i w:val="0"/>
          <w:smallCaps w:val="0"/>
          <w:strike w:val="0"/>
          <w:u w:val="single"/>
        </w:rPr>
        <w:t xml:space="preserve">But many other </w:t>
      </w:r>
      <w:r>
        <w:rPr>
          <w:b/>
          <w:i w:val="0"/>
          <w:smallCaps w:val="0"/>
          <w:strike w:val="0"/>
          <w:sz w:val="24"/>
          <w:highlight w:val="cyan"/>
          <w:u w:val="single"/>
        </w:rPr>
        <w:t>tech</w:t>
      </w:r>
      <w:r>
        <w:rPr>
          <w:b/>
          <w:i w:val="0"/>
          <w:smallCaps w:val="0"/>
          <w:strike w:val="0"/>
          <w:sz w:val="24"/>
          <w:u w:val="single"/>
        </w:rPr>
        <w:t>nology</w:t>
      </w:r>
      <w:r>
        <w:rPr>
          <w:b w:val="0"/>
          <w:i w:val="0"/>
          <w:smallCaps w:val="0"/>
          <w:strike w:val="0"/>
          <w:u w:val="single"/>
        </w:rPr>
        <w:t xml:space="preserve"> </w:t>
      </w:r>
      <w:r>
        <w:rPr>
          <w:b w:val="0"/>
          <w:i w:val="0"/>
          <w:smallCaps w:val="0"/>
          <w:strike w:val="0"/>
          <w:highlight w:val="cyan"/>
          <w:u w:val="single"/>
        </w:rPr>
        <w:t>leaders</w:t>
      </w:r>
      <w:r>
        <w:rPr>
          <w:b w:val="0"/>
          <w:i w:val="0"/>
          <w:smallCaps w:val="0"/>
          <w:strike w:val="0"/>
          <w:u w:val="single"/>
        </w:rPr>
        <w:t xml:space="preserve"> have come out strongly </w:t>
      </w:r>
      <w:r>
        <w:rPr>
          <w:b w:val="0"/>
          <w:i w:val="0"/>
          <w:smallCaps w:val="0"/>
          <w:strike w:val="0"/>
          <w:highlight w:val="cyan"/>
          <w:u w:val="single"/>
        </w:rPr>
        <w:t>oppose</w:t>
      </w:r>
      <w:r>
        <w:rPr>
          <w:b w:val="0"/>
          <w:i w:val="0"/>
          <w:smallCaps w:val="0"/>
          <w:strike w:val="0"/>
          <w:u w:val="single"/>
        </w:rPr>
        <w:t xml:space="preserve">d to a </w:t>
      </w:r>
      <w:r>
        <w:rPr>
          <w:b w:val="0"/>
          <w:i w:val="0"/>
          <w:smallCaps w:val="0"/>
          <w:strike w:val="0"/>
          <w:highlight w:val="cyan"/>
          <w:u w:val="single"/>
        </w:rPr>
        <w:t xml:space="preserve">Trump </w:t>
      </w:r>
      <w:r>
        <w:rPr>
          <w:b/>
          <w:i w:val="0"/>
          <w:smallCaps w:val="0"/>
          <w:strike w:val="0"/>
          <w:sz w:val="24"/>
          <w:highlight w:val="cyan"/>
          <w:u w:val="single"/>
        </w:rPr>
        <w:t>presidency</w:t>
      </w:r>
      <w:r>
        <w:rPr>
          <w:b w:val="0"/>
          <w:i w:val="0"/>
          <w:smallCaps w:val="0"/>
          <w:strike w:val="0"/>
          <w:u w:val="single"/>
        </w:rPr>
        <w:t>.</w:t>
      </w:r>
    </w:p>
    <w:p>
      <w:pPr>
        <w:spacing w:after="60"/>
      </w:pPr>
      <w:r>
        <w:rPr>
          <w:b w:val="0"/>
          <w:i w:val="0"/>
          <w:smallCaps w:val="0"/>
          <w:strike w:val="0"/>
          <w:u w:val="none"/>
        </w:rPr>
        <w:t xml:space="preserve">On Thursday morning, </w:t>
      </w:r>
      <w:r>
        <w:rPr>
          <w:b/>
          <w:i w:val="0"/>
          <w:smallCaps w:val="0"/>
          <w:strike w:val="0"/>
          <w:sz w:val="24"/>
          <w:highlight w:val="cyan"/>
          <w:u w:val="single"/>
        </w:rPr>
        <w:t>145</w:t>
      </w:r>
      <w:r>
        <w:rPr>
          <w:b w:val="0"/>
          <w:i w:val="0"/>
          <w:smallCaps w:val="0"/>
          <w:strike w:val="0"/>
          <w:highlight w:val="cyan"/>
          <w:u w:val="single"/>
        </w:rPr>
        <w:t xml:space="preserve"> tech</w:t>
      </w:r>
      <w:r>
        <w:rPr>
          <w:b w:val="0"/>
          <w:i w:val="0"/>
          <w:smallCaps w:val="0"/>
          <w:strike w:val="0"/>
          <w:u w:val="single"/>
        </w:rPr>
        <w:t xml:space="preserve">nology </w:t>
      </w:r>
      <w:r>
        <w:rPr>
          <w:b w:val="0"/>
          <w:i w:val="0"/>
          <w:smallCaps w:val="0"/>
          <w:strike w:val="0"/>
          <w:highlight w:val="cyan"/>
          <w:u w:val="single"/>
        </w:rPr>
        <w:t>CEOs</w:t>
      </w:r>
      <w:r>
        <w:rPr>
          <w:b w:val="0"/>
          <w:i w:val="0"/>
          <w:smallCaps w:val="0"/>
          <w:strike w:val="0"/>
          <w:u w:val="single"/>
        </w:rPr>
        <w:t xml:space="preserve">, billionaire investors, and upcoming entrepreneurs </w:t>
      </w:r>
      <w:r>
        <w:rPr>
          <w:b w:val="0"/>
          <w:i w:val="0"/>
          <w:smallCaps w:val="0"/>
          <w:strike w:val="0"/>
          <w:highlight w:val="cyan"/>
          <w:u w:val="single"/>
        </w:rPr>
        <w:t>from</w:t>
      </w:r>
      <w:r>
        <w:rPr>
          <w:b w:val="0"/>
          <w:i w:val="0"/>
          <w:smallCaps w:val="0"/>
          <w:strike w:val="0"/>
          <w:u w:val="single"/>
        </w:rPr>
        <w:t xml:space="preserve"> some of the </w:t>
      </w:r>
      <w:r>
        <w:rPr>
          <w:b/>
          <w:i w:val="0"/>
          <w:smallCaps w:val="0"/>
          <w:strike w:val="0"/>
          <w:sz w:val="24"/>
          <w:highlight w:val="cyan"/>
          <w:u w:val="single"/>
        </w:rPr>
        <w:t>largest</w:t>
      </w:r>
      <w:r>
        <w:rPr>
          <w:b w:val="0"/>
          <w:i w:val="0"/>
          <w:smallCaps w:val="0"/>
          <w:strike w:val="0"/>
          <w:highlight w:val="cyan"/>
          <w:u w:val="single"/>
        </w:rPr>
        <w:t xml:space="preserve"> companies</w:t>
      </w:r>
      <w:r>
        <w:rPr>
          <w:b w:val="0"/>
          <w:i w:val="0"/>
          <w:smallCaps w:val="0"/>
          <w:strike w:val="0"/>
          <w:u w:val="single"/>
        </w:rPr>
        <w:t xml:space="preserve"> and startups </w:t>
      </w:r>
      <w:r>
        <w:rPr>
          <w:b w:val="0"/>
          <w:i w:val="0"/>
          <w:smallCaps w:val="0"/>
          <w:strike w:val="0"/>
          <w:highlight w:val="cyan"/>
          <w:u w:val="single"/>
        </w:rPr>
        <w:t xml:space="preserve">in </w:t>
      </w:r>
      <w:r>
        <w:rPr>
          <w:b/>
          <w:i w:val="0"/>
          <w:smallCaps w:val="0"/>
          <w:strike w:val="0"/>
          <w:sz w:val="24"/>
          <w:highlight w:val="cyan"/>
          <w:u w:val="single"/>
        </w:rPr>
        <w:t>Silicon Valley</w:t>
      </w:r>
      <w:r>
        <w:rPr>
          <w:b w:val="0"/>
          <w:i w:val="0"/>
          <w:smallCaps w:val="0"/>
          <w:strike w:val="0"/>
          <w:highlight w:val="cyan"/>
          <w:u w:val="single"/>
        </w:rPr>
        <w:t xml:space="preserve"> signed </w:t>
      </w:r>
      <w:r>
        <w:rPr>
          <w:b w:val="0"/>
          <w:i w:val="0"/>
          <w:smallCaps w:val="0"/>
          <w:strike w:val="0"/>
          <w:u w:val="single"/>
        </w:rPr>
        <w:t xml:space="preserve">an open </w:t>
      </w:r>
      <w:r>
        <w:rPr>
          <w:b w:val="0"/>
          <w:i w:val="0"/>
          <w:smallCaps w:val="0"/>
          <w:strike w:val="0"/>
          <w:highlight w:val="cyan"/>
          <w:u w:val="single"/>
        </w:rPr>
        <w:t xml:space="preserve">letter that </w:t>
      </w:r>
      <w:r>
        <w:rPr>
          <w:b/>
          <w:i w:val="0"/>
          <w:smallCaps w:val="0"/>
          <w:strike w:val="0"/>
          <w:sz w:val="24"/>
          <w:highlight w:val="cyan"/>
          <w:u w:val="single"/>
        </w:rPr>
        <w:t>condemned</w:t>
      </w:r>
      <w:r>
        <w:rPr>
          <w:b w:val="0"/>
          <w:i w:val="0"/>
          <w:smallCaps w:val="0"/>
          <w:strike w:val="0"/>
          <w:u w:val="single"/>
        </w:rPr>
        <w:t xml:space="preserve"> </w:t>
      </w:r>
      <w:r>
        <w:rPr>
          <w:b w:val="0"/>
          <w:i w:val="0"/>
          <w:smallCaps w:val="0"/>
          <w:strike w:val="0"/>
          <w:highlight w:val="cyan"/>
          <w:u w:val="single"/>
        </w:rPr>
        <w:t>Trump as "a</w:t>
      </w:r>
      <w:r>
        <w:rPr>
          <w:b w:val="0"/>
          <w:i w:val="0"/>
          <w:smallCaps w:val="0"/>
          <w:strike w:val="0"/>
          <w:u w:val="single"/>
        </w:rPr>
        <w:t xml:space="preserve"> </w:t>
      </w:r>
      <w:r>
        <w:rPr>
          <w:b/>
          <w:i w:val="0"/>
          <w:smallCaps w:val="0"/>
          <w:strike w:val="0"/>
          <w:sz w:val="24"/>
          <w:highlight w:val="cyan"/>
          <w:u w:val="single"/>
        </w:rPr>
        <w:t>disaster</w:t>
      </w:r>
      <w:r>
        <w:rPr>
          <w:b w:val="0"/>
          <w:i w:val="0"/>
          <w:smallCaps w:val="0"/>
          <w:strike w:val="0"/>
          <w:highlight w:val="cyan"/>
          <w:u w:val="single"/>
        </w:rPr>
        <w:t xml:space="preserve"> for </w:t>
      </w:r>
      <w:r>
        <w:rPr>
          <w:b/>
          <w:i w:val="0"/>
          <w:smallCaps w:val="0"/>
          <w:strike w:val="0"/>
          <w:sz w:val="24"/>
          <w:highlight w:val="cyan"/>
          <w:u w:val="single"/>
        </w:rPr>
        <w:t>innovation</w:t>
      </w:r>
      <w:r>
        <w:rPr>
          <w:b w:val="0"/>
          <w:i w:val="0"/>
          <w:smallCaps w:val="0"/>
          <w:strike w:val="0"/>
          <w:u w:val="single"/>
        </w:rPr>
        <w:t>."</w:t>
      </w:r>
      <w:r>
        <w:rPr>
          <w:b w:val="0"/>
          <w:i w:val="0"/>
          <w:smallCaps w:val="0"/>
          <w:strike w:val="0"/>
          <w:u w:val="none"/>
        </w:rPr>
        <w:t xml:space="preserve"> The list includes Slack's Stewart Butterfield, IAC's Barry Diller, Qualcomm's Irwin Jacobs, Tumblr's David Karp, Box's Aaron Levie, Facebook's Dustin Moskovitz, Reddit's Alexis Ohanian, eBay's Pierre Omidyar, Zynga's Mark Pincus, Medium's Ev Williams, Apple's Steve Wozniak, and venture capitalists Vinod Khosla and Chris Sacca.</w:t>
      </w:r>
    </w:p>
    <w:p>
      <w:pPr>
        <w:spacing w:after="60"/>
      </w:pPr>
      <w:r>
        <w:rPr>
          <w:b w:val="0"/>
          <w:i w:val="0"/>
          <w:smallCaps w:val="0"/>
          <w:strike w:val="0"/>
          <w:u w:val="none"/>
        </w:rPr>
        <w:t>Each person who signed the letter did so in their "personal capacity" rather than as representing their respective organizations. But it's a clear industry-wide rebuke to the presidential candidate for a political party generally known as pro-business. 52 of the signatories are listed as CEOs and 83 as founders or co-founders.</w:t>
      </w:r>
    </w:p>
    <w:p>
      <w:pPr>
        <w:spacing w:after="60"/>
      </w:pPr>
      <w:r>
        <w:rPr>
          <w:b w:val="0"/>
          <w:i w:val="0"/>
          <w:smallCaps w:val="0"/>
          <w:strike w:val="0"/>
          <w:u w:val="none"/>
        </w:rPr>
        <w:t>No current employees of Microsoft, Amazon, Apple, or Google signed the letter, although a number of alumni did. Mark Zuckerberg, along with other upper echelon CEOs, didn't join in, but his sister Arielle Zuckerberg, a partner at Kleiner Perkins Caufield &amp; Byers, did sign.</w:t>
      </w:r>
    </w:p>
    <w:p>
      <w:pPr>
        <w:spacing w:after="60"/>
      </w:pPr>
      <w:r>
        <w:rPr>
          <w:b w:val="0"/>
          <w:i w:val="0"/>
          <w:smallCaps w:val="0"/>
          <w:strike w:val="0"/>
          <w:u w:val="none"/>
        </w:rPr>
        <w:t xml:space="preserve">The </w:t>
      </w:r>
      <w:r>
        <w:rPr>
          <w:b w:val="0"/>
          <w:i w:val="0"/>
          <w:smallCaps w:val="0"/>
          <w:strike w:val="0"/>
          <w:highlight w:val="cyan"/>
          <w:u w:val="single"/>
        </w:rPr>
        <w:t xml:space="preserve">letter supports "progressive </w:t>
      </w:r>
      <w:r>
        <w:rPr>
          <w:b/>
          <w:i w:val="0"/>
          <w:smallCaps w:val="0"/>
          <w:strike w:val="0"/>
          <w:sz w:val="24"/>
          <w:highlight w:val="cyan"/>
          <w:u w:val="single"/>
        </w:rPr>
        <w:t>immigration</w:t>
      </w:r>
      <w:r>
        <w:rPr>
          <w:b w:val="0"/>
          <w:i w:val="0"/>
          <w:smallCaps w:val="0"/>
          <w:strike w:val="0"/>
          <w:u w:val="single"/>
        </w:rPr>
        <w:t xml:space="preserve"> policies," </w:t>
      </w:r>
      <w:r>
        <w:rPr>
          <w:b w:val="0"/>
          <w:i w:val="0"/>
          <w:smallCaps w:val="0"/>
          <w:strike w:val="0"/>
          <w:highlight w:val="cyan"/>
          <w:u w:val="single"/>
        </w:rPr>
        <w:t xml:space="preserve">media </w:t>
      </w:r>
      <w:r>
        <w:rPr>
          <w:b/>
          <w:i w:val="0"/>
          <w:smallCaps w:val="0"/>
          <w:strike w:val="0"/>
          <w:sz w:val="24"/>
          <w:highlight w:val="cyan"/>
          <w:u w:val="single"/>
        </w:rPr>
        <w:t>freedom</w:t>
      </w:r>
      <w:r>
        <w:rPr>
          <w:b w:val="0"/>
          <w:i w:val="0"/>
          <w:smallCaps w:val="0"/>
          <w:strike w:val="0"/>
          <w:u w:val="single"/>
        </w:rPr>
        <w:t>, and</w:t>
      </w:r>
      <w:r>
        <w:rPr>
          <w:b w:val="0"/>
          <w:i w:val="0"/>
          <w:smallCaps w:val="0"/>
          <w:strike w:val="0"/>
          <w:u w:val="single"/>
        </w:rPr>
        <w:t xml:space="preserve"> "an optimistic vision for a more inclusive country."</w:t>
      </w:r>
    </w:p>
    <w:p>
      <w:pPr>
        <w:spacing w:after="60"/>
      </w:pPr>
      <w:r>
        <w:rPr>
          <w:b w:val="0"/>
          <w:i w:val="0"/>
          <w:smallCaps w:val="0"/>
          <w:strike w:val="0"/>
          <w:u w:val="none"/>
        </w:rPr>
        <w:t>[Picture Omitted</w:t>
      </w:r>
    </w:p>
    <w:p>
      <w:pPr>
        <w:spacing w:after="60"/>
      </w:pPr>
      <w:r>
        <w:rPr>
          <w:b w:val="0"/>
          <w:i w:val="0"/>
          <w:smallCaps w:val="0"/>
          <w:strike w:val="0"/>
          <w:u w:val="none"/>
        </w:rPr>
        <w:t>By signing up, you agree to receive this newsletter, other updates about Forbes and its affiliates’ offerings, our Terms of Service (including resolving disputes on an individual basis via arbitration), and you acknowledge our Privacy Statement. Forbes is protected by reCAPTCHA, and the Google Privacy Policy and Terms of Service apply.</w:t>
      </w:r>
    </w:p>
    <w:p>
      <w:pPr>
        <w:spacing w:after="60"/>
      </w:pPr>
      <w:r>
        <w:rPr>
          <w:b w:val="0"/>
          <w:i w:val="0"/>
          <w:smallCaps w:val="0"/>
          <w:strike w:val="0"/>
          <w:highlight w:val="cyan"/>
          <w:u w:val="single"/>
        </w:rPr>
        <w:t>We believe in</w:t>
      </w:r>
      <w:r>
        <w:rPr>
          <w:b w:val="0"/>
          <w:i w:val="0"/>
          <w:smallCaps w:val="0"/>
          <w:strike w:val="0"/>
          <w:u w:val="single"/>
        </w:rPr>
        <w:t xml:space="preserve"> an inclusive </w:t>
      </w:r>
      <w:r>
        <w:rPr>
          <w:b w:val="0"/>
          <w:i w:val="0"/>
          <w:smallCaps w:val="0"/>
          <w:strike w:val="0"/>
          <w:highlight w:val="cyan"/>
          <w:u w:val="single"/>
        </w:rPr>
        <w:t xml:space="preserve">country that fosters </w:t>
      </w:r>
      <w:r>
        <w:rPr>
          <w:b/>
          <w:i w:val="0"/>
          <w:smallCaps w:val="0"/>
          <w:strike w:val="0"/>
          <w:sz w:val="24"/>
          <w:highlight w:val="cyan"/>
          <w:u w:val="single"/>
        </w:rPr>
        <w:t>opportunity</w:t>
      </w:r>
      <w:r>
        <w:rPr>
          <w:b w:val="0"/>
          <w:i w:val="0"/>
          <w:smallCaps w:val="0"/>
          <w:strike w:val="0"/>
          <w:highlight w:val="cyan"/>
          <w:u w:val="single"/>
        </w:rPr>
        <w:t xml:space="preserve">, </w:t>
      </w:r>
      <w:r>
        <w:rPr>
          <w:b/>
          <w:i w:val="0"/>
          <w:smallCaps w:val="0"/>
          <w:strike w:val="0"/>
          <w:sz w:val="24"/>
          <w:highlight w:val="cyan"/>
          <w:u w:val="single"/>
        </w:rPr>
        <w:t>creativity</w:t>
      </w:r>
      <w:r>
        <w:rPr>
          <w:b w:val="0"/>
          <w:i w:val="0"/>
          <w:smallCaps w:val="0"/>
          <w:strike w:val="0"/>
          <w:u w:val="single"/>
        </w:rPr>
        <w:t xml:space="preserve"> and a level playing field. Donald </w:t>
      </w:r>
      <w:r>
        <w:rPr>
          <w:b w:val="0"/>
          <w:i w:val="0"/>
          <w:smallCaps w:val="0"/>
          <w:strike w:val="0"/>
          <w:highlight w:val="cyan"/>
          <w:u w:val="single"/>
        </w:rPr>
        <w:t>Trump does not</w:t>
      </w:r>
      <w:r>
        <w:rPr>
          <w:b w:val="0"/>
          <w:i w:val="0"/>
          <w:smallCaps w:val="0"/>
          <w:strike w:val="0"/>
          <w:u w:val="single"/>
        </w:rPr>
        <w:t xml:space="preserve">. He </w:t>
      </w:r>
      <w:r>
        <w:rPr>
          <w:b w:val="0"/>
          <w:i w:val="0"/>
          <w:smallCaps w:val="0"/>
          <w:strike w:val="0"/>
          <w:highlight w:val="cyan"/>
          <w:u w:val="single"/>
        </w:rPr>
        <w:t xml:space="preserve">campaigns on </w:t>
      </w:r>
      <w:r>
        <w:rPr>
          <w:b/>
          <w:i w:val="0"/>
          <w:smallCaps w:val="0"/>
          <w:strike w:val="0"/>
          <w:sz w:val="24"/>
          <w:highlight w:val="cyan"/>
          <w:u w:val="single"/>
        </w:rPr>
        <w:t>anger</w:t>
      </w:r>
      <w:r>
        <w:rPr>
          <w:b w:val="0"/>
          <w:i w:val="0"/>
          <w:smallCaps w:val="0"/>
          <w:strike w:val="0"/>
          <w:u w:val="none"/>
        </w:rPr>
        <w:t xml:space="preserve">, bigotry, fear of new ideas and new people, and a fundamental belief that America is weak and in decline. We have listened to Donald Trump over the past year and we have concluded: </w:t>
      </w:r>
      <w:r>
        <w:rPr>
          <w:b w:val="0"/>
          <w:i w:val="0"/>
          <w:smallCaps w:val="0"/>
          <w:strike w:val="0"/>
          <w:highlight w:val="cyan"/>
          <w:u w:val="single"/>
        </w:rPr>
        <w:t xml:space="preserve">Trump would be a </w:t>
      </w:r>
      <w:r>
        <w:rPr>
          <w:b/>
          <w:i w:val="0"/>
          <w:smallCaps w:val="0"/>
          <w:strike w:val="0"/>
          <w:sz w:val="24"/>
          <w:highlight w:val="cyan"/>
          <w:u w:val="single"/>
        </w:rPr>
        <w:t>disaster</w:t>
      </w:r>
      <w:r>
        <w:rPr>
          <w:b w:val="0"/>
          <w:i w:val="0"/>
          <w:smallCaps w:val="0"/>
          <w:strike w:val="0"/>
          <w:highlight w:val="cyan"/>
          <w:u w:val="single"/>
        </w:rPr>
        <w:t xml:space="preserve"> for innovation</w:t>
      </w:r>
      <w:r>
        <w:rPr>
          <w:b w:val="0"/>
          <w:i w:val="0"/>
          <w:smallCaps w:val="0"/>
          <w:strike w:val="0"/>
          <w:u w:val="single"/>
        </w:rPr>
        <w:t xml:space="preserve">. His vision </w:t>
      </w:r>
      <w:r>
        <w:rPr>
          <w:b w:val="0"/>
          <w:i w:val="0"/>
          <w:smallCaps w:val="0"/>
          <w:strike w:val="0"/>
          <w:highlight w:val="cyan"/>
          <w:u w:val="single"/>
        </w:rPr>
        <w:t>stands against</w:t>
      </w:r>
      <w:r>
        <w:rPr>
          <w:b w:val="0"/>
          <w:i w:val="0"/>
          <w:smallCaps w:val="0"/>
          <w:strike w:val="0"/>
          <w:u w:val="single"/>
        </w:rPr>
        <w:t xml:space="preserve"> the open </w:t>
      </w:r>
      <w:r>
        <w:rPr>
          <w:b/>
          <w:i w:val="0"/>
          <w:smallCaps w:val="0"/>
          <w:strike w:val="0"/>
          <w:sz w:val="24"/>
          <w:highlight w:val="cyan"/>
          <w:u w:val="single"/>
        </w:rPr>
        <w:t>exchange</w:t>
      </w:r>
      <w:r>
        <w:rPr>
          <w:b w:val="0"/>
          <w:i w:val="0"/>
          <w:smallCaps w:val="0"/>
          <w:strike w:val="0"/>
          <w:highlight w:val="cyan"/>
          <w:u w:val="single"/>
        </w:rPr>
        <w:t xml:space="preserve"> of ideas</w:t>
      </w:r>
      <w:r>
        <w:rPr>
          <w:b w:val="0"/>
          <w:i w:val="0"/>
          <w:smallCaps w:val="0"/>
          <w:strike w:val="0"/>
          <w:u w:val="single"/>
        </w:rPr>
        <w:t xml:space="preserve">, free </w:t>
      </w:r>
      <w:r>
        <w:rPr>
          <w:b/>
          <w:i w:val="0"/>
          <w:smallCaps w:val="0"/>
          <w:strike w:val="0"/>
          <w:sz w:val="24"/>
          <w:highlight w:val="cyan"/>
          <w:u w:val="single"/>
        </w:rPr>
        <w:t>movement</w:t>
      </w:r>
      <w:r>
        <w:rPr>
          <w:b w:val="0"/>
          <w:i w:val="0"/>
          <w:smallCaps w:val="0"/>
          <w:strike w:val="0"/>
          <w:highlight w:val="cyan"/>
          <w:u w:val="single"/>
        </w:rPr>
        <w:t xml:space="preserve"> of people, and</w:t>
      </w:r>
      <w:r>
        <w:rPr>
          <w:b w:val="0"/>
          <w:i w:val="0"/>
          <w:smallCaps w:val="0"/>
          <w:strike w:val="0"/>
          <w:u w:val="single"/>
        </w:rPr>
        <w:t xml:space="preserve"> productive </w:t>
      </w:r>
      <w:r>
        <w:rPr>
          <w:b/>
          <w:i w:val="0"/>
          <w:smallCaps w:val="0"/>
          <w:strike w:val="0"/>
          <w:sz w:val="24"/>
          <w:highlight w:val="cyan"/>
          <w:u w:val="single"/>
        </w:rPr>
        <w:t>engagement</w:t>
      </w:r>
      <w:r>
        <w:rPr>
          <w:b w:val="0"/>
          <w:i w:val="0"/>
          <w:smallCaps w:val="0"/>
          <w:strike w:val="0"/>
          <w:highlight w:val="cyan"/>
          <w:u w:val="single"/>
        </w:rPr>
        <w:t xml:space="preserve"> with</w:t>
      </w:r>
      <w:r>
        <w:rPr>
          <w:b w:val="0"/>
          <w:i w:val="0"/>
          <w:smallCaps w:val="0"/>
          <w:strike w:val="0"/>
          <w:u w:val="single"/>
        </w:rPr>
        <w:t xml:space="preserve"> the </w:t>
      </w:r>
      <w:r>
        <w:rPr>
          <w:b/>
          <w:i w:val="0"/>
          <w:smallCaps w:val="0"/>
          <w:strike w:val="0"/>
          <w:sz w:val="24"/>
          <w:highlight w:val="cyan"/>
          <w:u w:val="single"/>
        </w:rPr>
        <w:t>outside</w:t>
      </w:r>
      <w:r>
        <w:rPr>
          <w:b w:val="0"/>
          <w:i w:val="0"/>
          <w:smallCaps w:val="0"/>
          <w:strike w:val="0"/>
          <w:u w:val="single"/>
        </w:rPr>
        <w:t xml:space="preserve"> </w:t>
      </w:r>
      <w:r>
        <w:rPr>
          <w:b w:val="0"/>
          <w:i w:val="0"/>
          <w:smallCaps w:val="0"/>
          <w:strike w:val="0"/>
          <w:highlight w:val="cyan"/>
          <w:u w:val="single"/>
        </w:rPr>
        <w:t>world that is critical to</w:t>
      </w:r>
      <w:r>
        <w:rPr>
          <w:b w:val="0"/>
          <w:i w:val="0"/>
          <w:smallCaps w:val="0"/>
          <w:strike w:val="0"/>
          <w:u w:val="single"/>
        </w:rPr>
        <w:t xml:space="preserve"> our </w:t>
      </w:r>
      <w:r>
        <w:rPr>
          <w:b w:val="0"/>
          <w:i w:val="0"/>
          <w:smallCaps w:val="0"/>
          <w:strike w:val="0"/>
          <w:highlight w:val="cyan"/>
          <w:u w:val="single"/>
        </w:rPr>
        <w:t>econ</w:t>
      </w:r>
      <w:r>
        <w:rPr>
          <w:b w:val="0"/>
          <w:i w:val="0"/>
          <w:smallCaps w:val="0"/>
          <w:strike w:val="0"/>
          <w:u w:val="single"/>
        </w:rPr>
        <w:t xml:space="preserve">omy — </w:t>
      </w:r>
      <w:r>
        <w:rPr>
          <w:b w:val="0"/>
          <w:i w:val="0"/>
          <w:smallCaps w:val="0"/>
          <w:strike w:val="0"/>
          <w:u w:val="none"/>
        </w:rPr>
        <w:t>and that provide the foundation for innovation and growth.</w:t>
      </w:r>
    </w:p>
    <w:p>
      <w:pPr>
        <w:spacing w:after="60"/>
      </w:pPr>
      <w:r>
        <w:rPr>
          <w:b w:val="0"/>
          <w:i w:val="0"/>
          <w:smallCaps w:val="0"/>
          <w:strike w:val="0"/>
          <w:u w:val="none"/>
        </w:rPr>
        <w:t xml:space="preserve">Let’s start with the human talent that drives innovation forward. We believe that America’s </w:t>
      </w:r>
      <w:r>
        <w:rPr>
          <w:b/>
          <w:i w:val="0"/>
          <w:smallCaps w:val="0"/>
          <w:strike w:val="0"/>
          <w:sz w:val="24"/>
          <w:highlight w:val="cyan"/>
          <w:u w:val="single"/>
        </w:rPr>
        <w:t>diversity</w:t>
      </w:r>
      <w:r>
        <w:rPr>
          <w:b w:val="0"/>
          <w:i w:val="0"/>
          <w:smallCaps w:val="0"/>
          <w:strike w:val="0"/>
          <w:highlight w:val="cyan"/>
          <w:u w:val="single"/>
        </w:rPr>
        <w:t xml:space="preserve"> is</w:t>
      </w:r>
      <w:r>
        <w:rPr>
          <w:b w:val="0"/>
          <w:i w:val="0"/>
          <w:smallCaps w:val="0"/>
          <w:strike w:val="0"/>
          <w:u w:val="single"/>
        </w:rPr>
        <w:t xml:space="preserve"> </w:t>
      </w:r>
      <w:r>
        <w:rPr>
          <w:b w:val="0"/>
          <w:i w:val="0"/>
          <w:smallCaps w:val="0"/>
          <w:strike w:val="0"/>
          <w:highlight w:val="cyan"/>
          <w:u w:val="single"/>
        </w:rPr>
        <w:t xml:space="preserve">our </w:t>
      </w:r>
      <w:r>
        <w:rPr>
          <w:b/>
          <w:i w:val="0"/>
          <w:smallCaps w:val="0"/>
          <w:strike w:val="0"/>
          <w:sz w:val="24"/>
          <w:highlight w:val="cyan"/>
          <w:u w:val="single"/>
        </w:rPr>
        <w:t>strength</w:t>
      </w:r>
      <w:r>
        <w:rPr>
          <w:b w:val="0"/>
          <w:i w:val="0"/>
          <w:smallCaps w:val="0"/>
          <w:strike w:val="0"/>
          <w:u w:val="single"/>
        </w:rPr>
        <w:t>.</w:t>
      </w:r>
      <w:r>
        <w:rPr>
          <w:b w:val="0"/>
          <w:i w:val="0"/>
          <w:smallCaps w:val="0"/>
          <w:strike w:val="0"/>
          <w:u w:val="none"/>
        </w:rPr>
        <w:t xml:space="preserve"> Great ideas come from all parts of society, and we should champion that broad-based creative potential. We also believe that progressive immigration policies help us attract and retain some of the brightest minds on earth — scientists, entrepreneurs, and creators. In fact, </w:t>
      </w:r>
      <w:r>
        <w:rPr>
          <w:b/>
          <w:i w:val="0"/>
          <w:smallCaps w:val="0"/>
          <w:strike w:val="0"/>
          <w:sz w:val="24"/>
          <w:highlight w:val="cyan"/>
          <w:u w:val="single"/>
        </w:rPr>
        <w:t>40</w:t>
      </w:r>
      <w:r>
        <w:rPr>
          <w:b w:val="0"/>
          <w:i w:val="0"/>
          <w:smallCaps w:val="0"/>
          <w:strike w:val="0"/>
          <w:highlight w:val="cyan"/>
          <w:u w:val="single"/>
        </w:rPr>
        <w:t>% of Fortune</w:t>
      </w:r>
      <w:r>
        <w:rPr>
          <w:b w:val="0"/>
          <w:i w:val="0"/>
          <w:smallCaps w:val="0"/>
          <w:strike w:val="0"/>
          <w:u w:val="single"/>
        </w:rPr>
        <w:t xml:space="preserve"> </w:t>
      </w:r>
      <w:r>
        <w:rPr>
          <w:b w:val="0"/>
          <w:i w:val="0"/>
          <w:smallCaps w:val="0"/>
          <w:strike w:val="0"/>
          <w:highlight w:val="cyan"/>
          <w:u w:val="single"/>
        </w:rPr>
        <w:t>500 companies</w:t>
      </w:r>
      <w:r>
        <w:rPr>
          <w:b w:val="0"/>
          <w:i w:val="0"/>
          <w:smallCaps w:val="0"/>
          <w:strike w:val="0"/>
          <w:u w:val="single"/>
        </w:rPr>
        <w:t xml:space="preserve"> were </w:t>
      </w:r>
      <w:r>
        <w:rPr>
          <w:b w:val="0"/>
          <w:i w:val="0"/>
          <w:smallCaps w:val="0"/>
          <w:strike w:val="0"/>
          <w:highlight w:val="cyan"/>
          <w:u w:val="single"/>
        </w:rPr>
        <w:t xml:space="preserve">founded by </w:t>
      </w:r>
      <w:r>
        <w:rPr>
          <w:b/>
          <w:i w:val="0"/>
          <w:smallCaps w:val="0"/>
          <w:strike w:val="0"/>
          <w:sz w:val="24"/>
          <w:highlight w:val="cyan"/>
          <w:u w:val="single"/>
        </w:rPr>
        <w:t>immigrants</w:t>
      </w:r>
      <w:r>
        <w:rPr>
          <w:b w:val="0"/>
          <w:i w:val="0"/>
          <w:smallCaps w:val="0"/>
          <w:strike w:val="0"/>
          <w:u w:val="single"/>
        </w:rPr>
        <w:t xml:space="preserve"> or their children. Donald </w:t>
      </w:r>
      <w:r>
        <w:rPr>
          <w:b w:val="0"/>
          <w:i w:val="0"/>
          <w:smallCaps w:val="0"/>
          <w:strike w:val="0"/>
          <w:highlight w:val="cyan"/>
          <w:u w:val="single"/>
        </w:rPr>
        <w:t>Trump</w:t>
      </w:r>
      <w:r>
        <w:rPr>
          <w:b w:val="0"/>
          <w:i w:val="0"/>
          <w:smallCaps w:val="0"/>
          <w:strike w:val="0"/>
          <w:u w:val="single"/>
        </w:rPr>
        <w:t xml:space="preserve">, meanwhile, </w:t>
      </w:r>
      <w:r>
        <w:rPr>
          <w:b w:val="0"/>
          <w:i w:val="0"/>
          <w:smallCaps w:val="0"/>
          <w:strike w:val="0"/>
          <w:highlight w:val="cyan"/>
          <w:u w:val="single"/>
        </w:rPr>
        <w:t xml:space="preserve">traffics </w:t>
      </w:r>
      <w:r>
        <w:rPr>
          <w:b w:val="0"/>
          <w:i w:val="0"/>
          <w:smallCaps w:val="0"/>
          <w:strike w:val="0"/>
          <w:u w:val="single"/>
        </w:rPr>
        <w:t xml:space="preserve">in ethnic and racial stereotypes, repeatedly insults women, and </w:t>
      </w:r>
      <w:r>
        <w:rPr>
          <w:b w:val="0"/>
          <w:i w:val="0"/>
          <w:smallCaps w:val="0"/>
          <w:strike w:val="0"/>
          <w:highlight w:val="cyan"/>
          <w:u w:val="single"/>
        </w:rPr>
        <w:t xml:space="preserve">is openly </w:t>
      </w:r>
      <w:r>
        <w:rPr>
          <w:b/>
          <w:i w:val="0"/>
          <w:smallCaps w:val="0"/>
          <w:strike w:val="0"/>
          <w:sz w:val="24"/>
          <w:highlight w:val="cyan"/>
          <w:u w:val="single"/>
        </w:rPr>
        <w:t>hostile</w:t>
      </w:r>
      <w:r>
        <w:rPr>
          <w:b w:val="0"/>
          <w:i w:val="0"/>
          <w:smallCaps w:val="0"/>
          <w:strike w:val="0"/>
          <w:highlight w:val="cyan"/>
          <w:u w:val="single"/>
        </w:rPr>
        <w:t xml:space="preserve"> to </w:t>
      </w:r>
      <w:r>
        <w:rPr>
          <w:b/>
          <w:i w:val="0"/>
          <w:smallCaps w:val="0"/>
          <w:strike w:val="0"/>
          <w:sz w:val="24"/>
          <w:highlight w:val="cyan"/>
          <w:u w:val="single"/>
        </w:rPr>
        <w:t>immigration</w:t>
      </w:r>
      <w:r>
        <w:rPr>
          <w:b w:val="0"/>
          <w:i w:val="0"/>
          <w:smallCaps w:val="0"/>
          <w:strike w:val="0"/>
          <w:u w:val="none"/>
        </w:rPr>
        <w:t>. He has promised a wall, mass deportations, and profiling.</w:t>
      </w:r>
    </w:p>
    <w:p>
      <w:pPr>
        <w:spacing w:after="60"/>
      </w:pPr>
      <w:r>
        <w:rPr>
          <w:b w:val="0"/>
          <w:i w:val="0"/>
          <w:smallCaps w:val="0"/>
          <w:strike w:val="0"/>
          <w:u w:val="none"/>
        </w:rPr>
        <w:t xml:space="preserve">We also believe in the free and open exchange of ideas, including over the Internet, as a seed from which innovation springs. Donald </w:t>
      </w:r>
      <w:r>
        <w:rPr>
          <w:b w:val="0"/>
          <w:i w:val="0"/>
          <w:smallCaps w:val="0"/>
          <w:strike w:val="0"/>
          <w:highlight w:val="cyan"/>
          <w:u w:val="single"/>
        </w:rPr>
        <w:t>Trump proposes “</w:t>
      </w:r>
      <w:r>
        <w:rPr>
          <w:b/>
          <w:i w:val="0"/>
          <w:smallCaps w:val="0"/>
          <w:strike w:val="0"/>
          <w:sz w:val="24"/>
          <w:highlight w:val="cyan"/>
          <w:u w:val="single"/>
        </w:rPr>
        <w:t>shutting</w:t>
      </w:r>
      <w:r>
        <w:rPr>
          <w:b w:val="0"/>
          <w:i w:val="0"/>
          <w:smallCaps w:val="0"/>
          <w:strike w:val="0"/>
          <w:highlight w:val="cyan"/>
          <w:u w:val="single"/>
        </w:rPr>
        <w:t xml:space="preserve"> down” parts of</w:t>
      </w:r>
      <w:r>
        <w:rPr>
          <w:b w:val="0"/>
          <w:i w:val="0"/>
          <w:smallCaps w:val="0"/>
          <w:strike w:val="0"/>
          <w:u w:val="single"/>
        </w:rPr>
        <w:t xml:space="preserve"> the </w:t>
      </w:r>
      <w:r>
        <w:rPr>
          <w:b/>
          <w:i w:val="0"/>
          <w:smallCaps w:val="0"/>
          <w:strike w:val="0"/>
          <w:sz w:val="24"/>
          <w:highlight w:val="cyan"/>
          <w:u w:val="single"/>
        </w:rPr>
        <w:t>Internet</w:t>
      </w:r>
      <w:r>
        <w:rPr>
          <w:b w:val="0"/>
          <w:i w:val="0"/>
          <w:smallCaps w:val="0"/>
          <w:strike w:val="0"/>
          <w:highlight w:val="cyan"/>
          <w:u w:val="single"/>
        </w:rPr>
        <w:t xml:space="preserve"> as</w:t>
      </w:r>
      <w:r>
        <w:rPr>
          <w:b w:val="0"/>
          <w:i w:val="0"/>
          <w:smallCaps w:val="0"/>
          <w:strike w:val="0"/>
          <w:u w:val="single"/>
        </w:rPr>
        <w:t xml:space="preserve"> a </w:t>
      </w:r>
      <w:r>
        <w:rPr>
          <w:b/>
          <w:i w:val="0"/>
          <w:smallCaps w:val="0"/>
          <w:strike w:val="0"/>
          <w:sz w:val="24"/>
          <w:highlight w:val="cyan"/>
          <w:u w:val="single"/>
        </w:rPr>
        <w:t>security</w:t>
      </w:r>
      <w:r>
        <w:rPr>
          <w:b w:val="0"/>
          <w:i w:val="0"/>
          <w:smallCaps w:val="0"/>
          <w:strike w:val="0"/>
          <w:u w:val="single"/>
        </w:rPr>
        <w:t xml:space="preserve"> </w:t>
      </w:r>
      <w:r>
        <w:rPr>
          <w:b w:val="0"/>
          <w:i w:val="0"/>
          <w:smallCaps w:val="0"/>
          <w:strike w:val="0"/>
          <w:highlight w:val="cyan"/>
          <w:u w:val="single"/>
        </w:rPr>
        <w:t>strategy</w:t>
      </w:r>
      <w:r>
        <w:rPr>
          <w:b w:val="0"/>
          <w:i w:val="0"/>
          <w:smallCaps w:val="0"/>
          <w:strike w:val="0"/>
          <w:u w:val="single"/>
        </w:rPr>
        <w:t xml:space="preserve"> — </w:t>
      </w:r>
      <w:r>
        <w:rPr>
          <w:b w:val="0"/>
          <w:i w:val="0"/>
          <w:smallCaps w:val="0"/>
          <w:strike w:val="0"/>
          <w:highlight w:val="cyan"/>
          <w:u w:val="single"/>
        </w:rPr>
        <w:t>demonstrating</w:t>
      </w:r>
      <w:r>
        <w:rPr>
          <w:b w:val="0"/>
          <w:i w:val="0"/>
          <w:smallCaps w:val="0"/>
          <w:strike w:val="0"/>
          <w:u w:val="single"/>
        </w:rPr>
        <w:t xml:space="preserve"> both </w:t>
      </w:r>
      <w:r>
        <w:rPr>
          <w:b/>
          <w:i w:val="0"/>
          <w:smallCaps w:val="0"/>
          <w:strike w:val="0"/>
          <w:sz w:val="24"/>
          <w:highlight w:val="cyan"/>
          <w:u w:val="single"/>
        </w:rPr>
        <w:t>poor</w:t>
      </w:r>
      <w:r>
        <w:rPr>
          <w:b w:val="0"/>
          <w:i w:val="0"/>
          <w:smallCaps w:val="0"/>
          <w:strike w:val="0"/>
          <w:highlight w:val="cyan"/>
          <w:u w:val="single"/>
        </w:rPr>
        <w:t xml:space="preserve"> judgment </w:t>
      </w:r>
      <w:r>
        <w:rPr>
          <w:b w:val="0"/>
          <w:i w:val="0"/>
          <w:smallCaps w:val="0"/>
          <w:strike w:val="0"/>
          <w:u w:val="single"/>
        </w:rPr>
        <w:t xml:space="preserve">and ignorance </w:t>
      </w:r>
      <w:r>
        <w:rPr>
          <w:b w:val="0"/>
          <w:i w:val="0"/>
          <w:smallCaps w:val="0"/>
          <w:strike w:val="0"/>
          <w:highlight w:val="cyan"/>
          <w:u w:val="single"/>
        </w:rPr>
        <w:t>about</w:t>
      </w:r>
      <w:r>
        <w:rPr>
          <w:b w:val="0"/>
          <w:i w:val="0"/>
          <w:smallCaps w:val="0"/>
          <w:strike w:val="0"/>
          <w:u w:val="single"/>
        </w:rPr>
        <w:t xml:space="preserve"> how </w:t>
      </w:r>
      <w:r>
        <w:rPr>
          <w:b/>
          <w:i w:val="0"/>
          <w:smallCaps w:val="0"/>
          <w:strike w:val="0"/>
          <w:sz w:val="24"/>
          <w:highlight w:val="cyan"/>
          <w:u w:val="single"/>
        </w:rPr>
        <w:t>tech</w:t>
      </w:r>
      <w:r>
        <w:rPr>
          <w:b/>
          <w:i w:val="0"/>
          <w:smallCaps w:val="0"/>
          <w:strike w:val="0"/>
          <w:sz w:val="24"/>
          <w:u w:val="single"/>
        </w:rPr>
        <w:t>nology</w:t>
      </w:r>
      <w:r>
        <w:rPr>
          <w:b w:val="0"/>
          <w:i w:val="0"/>
          <w:smallCaps w:val="0"/>
          <w:strike w:val="0"/>
          <w:u w:val="single"/>
        </w:rPr>
        <w:t xml:space="preserve"> works</w:t>
      </w:r>
      <w:r>
        <w:rPr>
          <w:b w:val="0"/>
          <w:i w:val="0"/>
          <w:smallCaps w:val="0"/>
          <w:strike w:val="0"/>
          <w:u w:val="none"/>
        </w:rPr>
        <w:t>. His penchant to censor extends to revoking press credentials and threatening to punish media platforms that criticize him.</w:t>
      </w:r>
    </w:p>
    <w:p>
      <w:pPr>
        <w:spacing w:after="60"/>
      </w:pPr>
      <w:r>
        <w:rPr>
          <w:b w:val="0"/>
          <w:i w:val="0"/>
          <w:smallCaps w:val="0"/>
          <w:strike w:val="0"/>
          <w:u w:val="none"/>
        </w:rPr>
        <w:t xml:space="preserve">Finally, we believe that </w:t>
      </w:r>
      <w:r>
        <w:rPr>
          <w:b w:val="0"/>
          <w:i w:val="0"/>
          <w:smallCaps w:val="0"/>
          <w:strike w:val="0"/>
          <w:highlight w:val="cyan"/>
          <w:u w:val="single"/>
        </w:rPr>
        <w:t>government plays</w:t>
      </w:r>
      <w:r>
        <w:rPr>
          <w:b w:val="0"/>
          <w:i w:val="0"/>
          <w:smallCaps w:val="0"/>
          <w:strike w:val="0"/>
          <w:u w:val="single"/>
        </w:rPr>
        <w:t xml:space="preserve"> an </w:t>
      </w:r>
      <w:r>
        <w:rPr>
          <w:b/>
          <w:i w:val="0"/>
          <w:smallCaps w:val="0"/>
          <w:strike w:val="0"/>
          <w:sz w:val="24"/>
          <w:highlight w:val="cyan"/>
          <w:u w:val="single"/>
        </w:rPr>
        <w:t>important</w:t>
      </w:r>
      <w:r>
        <w:rPr>
          <w:b w:val="0"/>
          <w:i w:val="0"/>
          <w:smallCaps w:val="0"/>
          <w:strike w:val="0"/>
          <w:highlight w:val="cyan"/>
          <w:u w:val="single"/>
        </w:rPr>
        <w:t xml:space="preserve"> role in </w:t>
      </w:r>
      <w:r>
        <w:rPr>
          <w:b w:val="0"/>
          <w:i w:val="0"/>
          <w:smallCaps w:val="0"/>
          <w:strike w:val="0"/>
          <w:u w:val="single"/>
        </w:rPr>
        <w:t xml:space="preserve">the </w:t>
      </w:r>
      <w:r>
        <w:rPr>
          <w:b w:val="0"/>
          <w:i w:val="0"/>
          <w:smallCaps w:val="0"/>
          <w:strike w:val="0"/>
          <w:highlight w:val="cyan"/>
          <w:u w:val="single"/>
        </w:rPr>
        <w:t>tech</w:t>
      </w:r>
      <w:r>
        <w:rPr>
          <w:b w:val="0"/>
          <w:i w:val="0"/>
          <w:smallCaps w:val="0"/>
          <w:strike w:val="0"/>
          <w:u w:val="single"/>
        </w:rPr>
        <w:t xml:space="preserve">nology </w:t>
      </w:r>
      <w:r>
        <w:rPr>
          <w:b/>
          <w:i w:val="0"/>
          <w:smallCaps w:val="0"/>
          <w:strike w:val="0"/>
          <w:sz w:val="24"/>
          <w:highlight w:val="cyan"/>
          <w:u w:val="single"/>
        </w:rPr>
        <w:t>economy</w:t>
      </w:r>
      <w:r>
        <w:rPr>
          <w:b w:val="0"/>
          <w:i w:val="0"/>
          <w:smallCaps w:val="0"/>
          <w:strike w:val="0"/>
          <w:u w:val="single"/>
        </w:rPr>
        <w:t xml:space="preserve"> by investing</w:t>
      </w:r>
      <w:r>
        <w:rPr>
          <w:b w:val="0"/>
          <w:i w:val="0"/>
          <w:smallCaps w:val="0"/>
          <w:strike w:val="0"/>
          <w:u w:val="none"/>
        </w:rPr>
        <w:t xml:space="preserve"> in infrastructure, education and scientific research. Donald </w:t>
      </w:r>
      <w:r>
        <w:rPr>
          <w:b w:val="0"/>
          <w:i w:val="0"/>
          <w:smallCaps w:val="0"/>
          <w:strike w:val="0"/>
          <w:highlight w:val="cyan"/>
          <w:u w:val="single"/>
        </w:rPr>
        <w:t>Trump</w:t>
      </w:r>
      <w:r>
        <w:rPr>
          <w:b w:val="0"/>
          <w:i w:val="0"/>
          <w:smallCaps w:val="0"/>
          <w:strike w:val="0"/>
          <w:u w:val="single"/>
        </w:rPr>
        <w:t xml:space="preserve"> articulates few policies beyond erratic and contradictory pronouncements. Hi</w:t>
      </w:r>
      <w:r>
        <w:rPr>
          <w:b w:val="0"/>
          <w:i w:val="0"/>
          <w:smallCaps w:val="0"/>
          <w:strike w:val="0"/>
          <w:highlight w:val="cyan"/>
          <w:u w:val="single"/>
        </w:rPr>
        <w:t>s</w:t>
      </w:r>
      <w:r>
        <w:rPr>
          <w:b w:val="0"/>
          <w:i w:val="0"/>
          <w:smallCaps w:val="0"/>
          <w:strike w:val="0"/>
          <w:u w:val="single"/>
        </w:rPr>
        <w:t xml:space="preserve"> reckless </w:t>
      </w:r>
      <w:r>
        <w:rPr>
          <w:b w:val="0"/>
          <w:i w:val="0"/>
          <w:smallCaps w:val="0"/>
          <w:strike w:val="0"/>
          <w:highlight w:val="cyan"/>
          <w:u w:val="single"/>
        </w:rPr>
        <w:t>disregard for</w:t>
      </w:r>
      <w:r>
        <w:rPr>
          <w:b w:val="0"/>
          <w:i w:val="0"/>
          <w:smallCaps w:val="0"/>
          <w:strike w:val="0"/>
          <w:u w:val="single"/>
        </w:rPr>
        <w:t xml:space="preserve"> our legal</w:t>
      </w:r>
      <w:r>
        <w:rPr>
          <w:b w:val="0"/>
          <w:i w:val="0"/>
          <w:smallCaps w:val="0"/>
          <w:strike w:val="0"/>
          <w:u w:val="none"/>
        </w:rPr>
        <w:t xml:space="preserve"> </w:t>
      </w:r>
      <w:r>
        <w:rPr>
          <w:b w:val="0"/>
          <w:i w:val="0"/>
          <w:smallCaps w:val="0"/>
          <w:strike w:val="0"/>
          <w:u w:val="single"/>
        </w:rPr>
        <w:t xml:space="preserve">and political </w:t>
      </w:r>
      <w:r>
        <w:rPr>
          <w:b w:val="0"/>
          <w:i w:val="0"/>
          <w:smallCaps w:val="0"/>
          <w:strike w:val="0"/>
          <w:highlight w:val="cyan"/>
          <w:u w:val="single"/>
        </w:rPr>
        <w:t>institutions</w:t>
      </w:r>
      <w:r>
        <w:rPr>
          <w:b w:val="0"/>
          <w:i w:val="0"/>
          <w:smallCaps w:val="0"/>
          <w:strike w:val="0"/>
          <w:u w:val="single"/>
        </w:rPr>
        <w:t xml:space="preserve"> </w:t>
      </w:r>
      <w:r>
        <w:rPr>
          <w:b w:val="0"/>
          <w:i w:val="0"/>
          <w:smallCaps w:val="0"/>
          <w:strike w:val="0"/>
          <w:highlight w:val="cyan"/>
          <w:u w:val="single"/>
        </w:rPr>
        <w:t>threatens to</w:t>
      </w:r>
      <w:r>
        <w:rPr>
          <w:b w:val="0"/>
          <w:i w:val="0"/>
          <w:smallCaps w:val="0"/>
          <w:strike w:val="0"/>
          <w:u w:val="single"/>
        </w:rPr>
        <w:t xml:space="preserve"> upend</w:t>
      </w:r>
      <w:r>
        <w:rPr>
          <w:b w:val="0"/>
          <w:i w:val="0"/>
          <w:smallCaps w:val="0"/>
          <w:strike w:val="0"/>
          <w:u w:val="none"/>
        </w:rPr>
        <w:t xml:space="preserve"> what attracts companies to start and scale in America. He </w:t>
      </w:r>
      <w:r>
        <w:rPr>
          <w:b w:val="0"/>
          <w:i w:val="0"/>
          <w:smallCaps w:val="0"/>
          <w:strike w:val="0"/>
          <w:u w:val="single"/>
        </w:rPr>
        <w:t xml:space="preserve">risks </w:t>
      </w:r>
      <w:r>
        <w:rPr>
          <w:b/>
          <w:i w:val="0"/>
          <w:smallCaps w:val="0"/>
          <w:strike w:val="0"/>
          <w:sz w:val="24"/>
          <w:highlight w:val="cyan"/>
          <w:u w:val="single"/>
        </w:rPr>
        <w:t>distort</w:t>
      </w:r>
      <w:r>
        <w:rPr>
          <w:b/>
          <w:i w:val="0"/>
          <w:smallCaps w:val="0"/>
          <w:strike w:val="0"/>
          <w:sz w:val="24"/>
          <w:u w:val="single"/>
        </w:rPr>
        <w:t>ing</w:t>
      </w:r>
      <w:r>
        <w:rPr>
          <w:b w:val="0"/>
          <w:i w:val="0"/>
          <w:smallCaps w:val="0"/>
          <w:strike w:val="0"/>
          <w:u w:val="single"/>
        </w:rPr>
        <w:t xml:space="preserve"> </w:t>
      </w:r>
      <w:r>
        <w:rPr>
          <w:b w:val="0"/>
          <w:i w:val="0"/>
          <w:smallCaps w:val="0"/>
          <w:strike w:val="0"/>
          <w:highlight w:val="cyan"/>
          <w:u w:val="single"/>
        </w:rPr>
        <w:t>markets</w:t>
      </w:r>
      <w:r>
        <w:rPr>
          <w:b w:val="0"/>
          <w:i w:val="0"/>
          <w:smallCaps w:val="0"/>
          <w:strike w:val="0"/>
          <w:u w:val="single"/>
        </w:rPr>
        <w:t xml:space="preserve">, </w:t>
      </w:r>
      <w:r>
        <w:rPr>
          <w:b w:val="0"/>
          <w:i w:val="0"/>
          <w:smallCaps w:val="0"/>
          <w:strike w:val="0"/>
          <w:highlight w:val="cyan"/>
          <w:u w:val="single"/>
        </w:rPr>
        <w:t xml:space="preserve">reducing </w:t>
      </w:r>
      <w:r>
        <w:rPr>
          <w:b/>
          <w:i w:val="0"/>
          <w:smallCaps w:val="0"/>
          <w:strike w:val="0"/>
          <w:sz w:val="24"/>
          <w:highlight w:val="cyan"/>
          <w:u w:val="single"/>
        </w:rPr>
        <w:t>exports</w:t>
      </w:r>
      <w:r>
        <w:rPr>
          <w:b w:val="0"/>
          <w:i w:val="0"/>
          <w:smallCaps w:val="0"/>
          <w:strike w:val="0"/>
          <w:highlight w:val="cyan"/>
          <w:u w:val="single"/>
        </w:rPr>
        <w:t xml:space="preserve">, and slowing </w:t>
      </w:r>
      <w:r>
        <w:rPr>
          <w:b/>
          <w:i w:val="0"/>
          <w:smallCaps w:val="0"/>
          <w:strike w:val="0"/>
          <w:sz w:val="24"/>
          <w:highlight w:val="cyan"/>
          <w:u w:val="single"/>
        </w:rPr>
        <w:t>job creation</w:t>
      </w:r>
      <w:r>
        <w:rPr>
          <w:b w:val="0"/>
          <w:i w:val="0"/>
          <w:smallCaps w:val="0"/>
          <w:strike w:val="0"/>
          <w:u w:val="singl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